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rPr>
          <w:rFonts w:ascii="Arial" w:cs="Arial" w:eastAsia="Arial" w:hAnsi="Arial"/>
          <w:sz w:val="48"/>
          <w:szCs w:val="48"/>
        </w:rPr>
      </w:pPr>
      <w:r w:rsidDel="00000000" w:rsidR="00000000" w:rsidRPr="00000000">
        <w:rPr>
          <w:rFonts w:ascii="Arial" w:cs="Arial" w:eastAsia="Arial" w:hAnsi="Arial"/>
          <w:sz w:val="48"/>
          <w:szCs w:val="48"/>
          <w:rtl w:val="0"/>
        </w:rPr>
        <w:t xml:space="preserve">Leddy land talk</w:t>
      </w:r>
    </w:p>
    <w:p w:rsidR="00000000" w:rsidDel="00000000" w:rsidP="00000000" w:rsidRDefault="00000000" w:rsidRPr="00000000" w14:paraId="00000003">
      <w:pPr>
        <w:rPr>
          <w:rFonts w:ascii="Arial" w:cs="Arial" w:eastAsia="Arial" w:hAnsi="Arial"/>
          <w:sz w:val="48"/>
          <w:szCs w:val="48"/>
        </w:rPr>
      </w:pPr>
      <w:r w:rsidDel="00000000" w:rsidR="00000000" w:rsidRPr="00000000">
        <w:rPr>
          <w:rFonts w:ascii="Arial" w:cs="Arial" w:eastAsia="Arial" w:hAnsi="Arial"/>
          <w:sz w:val="48"/>
          <w:szCs w:val="48"/>
          <w:rtl w:val="0"/>
        </w:rPr>
        <w:t xml:space="preserve">  Interviewer Charlie Machia,  2024</w:t>
      </w:r>
      <w:r w:rsidDel="00000000" w:rsidR="00000000" w:rsidRPr="00000000">
        <w:rPr>
          <w:rtl w:val="0"/>
        </w:rPr>
      </w:r>
    </w:p>
    <w:p w:rsidR="00000000" w:rsidDel="00000000" w:rsidP="00000000" w:rsidRDefault="00000000" w:rsidRPr="00000000" w14:paraId="00000004">
      <w:pPr>
        <w:spacing w:after="0" w:before="440" w:lineRule="auto"/>
        <w:rPr/>
      </w:pPr>
      <w:r w:rsidDel="00000000" w:rsidR="00000000" w:rsidRPr="00000000">
        <w:rPr>
          <w:rFonts w:ascii="Arial" w:cs="Arial" w:eastAsia="Arial" w:hAnsi="Arial"/>
          <w:b w:val="1"/>
          <w:bCs w:val="1"/>
          <w:color w:val="4f6880"/>
          <w:sz w:val="22"/>
          <w:szCs w:val="22"/>
          <w:rtl w:val="0"/>
        </w:rPr>
        <w:t xml:space="preserve">SPEAKERS</w:t>
      </w:r>
      <w:r w:rsidDel="00000000" w:rsidR="00000000" w:rsidRPr="00000000">
        <w:rPr>
          <w:rtl w:val="0"/>
        </w:rPr>
      </w:r>
    </w:p>
    <w:p w:rsidR="00000000" w:rsidDel="00000000" w:rsidP="00000000" w:rsidRDefault="00000000" w:rsidRPr="00000000" w14:paraId="00000005">
      <w:pPr>
        <w:rPr/>
      </w:pPr>
      <w:r w:rsidDel="00000000" w:rsidR="00000000" w:rsidRPr="00000000">
        <w:rPr>
          <w:rFonts w:ascii="Arial" w:cs="Arial" w:eastAsia="Arial" w:hAnsi="Arial"/>
          <w:color w:val="4f6880"/>
          <w:sz w:val="22"/>
          <w:szCs w:val="22"/>
          <w:rtl w:val="0"/>
        </w:rPr>
        <w:t xml:space="preserve">Speaker 1, Speaker 8, Speaker 7, Speaker 6, Speaker 3, Speaker 4, Speaker 9, Speaker 10, Speake</w:t>
      </w:r>
      <w:r w:rsidDel="00000000" w:rsidR="00000000" w:rsidRPr="00000000">
        <w:rPr>
          <w:rFonts w:ascii="Arial" w:cs="Arial" w:eastAsia="Arial" w:hAnsi="Arial"/>
          <w:color w:val="4f6880"/>
          <w:rtl w:val="0"/>
        </w:rPr>
        <w:t xml:space="preserve">r</w:t>
      </w:r>
      <w:r w:rsidDel="00000000" w:rsidR="00000000" w:rsidRPr="00000000">
        <w:rPr>
          <w:rFonts w:ascii="Arial" w:cs="Arial" w:eastAsia="Arial" w:hAnsi="Arial"/>
          <w:color w:val="4f6880"/>
          <w:sz w:val="22"/>
          <w:szCs w:val="22"/>
          <w:rtl w:val="0"/>
        </w:rPr>
        <w:t xml:space="preserve"> 2, Speaker 5</w:t>
      </w:r>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Fonts w:ascii="Arial" w:cs="Arial" w:eastAsia="Arial" w:hAnsi="Arial"/>
          <w:color w:val="5d7284"/>
          <w:sz w:val="22"/>
          <w:szCs w:val="22"/>
          <w:rtl w:val="0"/>
        </w:rPr>
        <w:t xml:space="preserve">00:01</w:t>
      </w:r>
      <w:r w:rsidDel="00000000" w:rsidR="00000000" w:rsidRPr="00000000">
        <w:rPr>
          <w:rtl w:val="0"/>
        </w:rPr>
      </w:r>
    </w:p>
    <w:p w:rsidR="00000000" w:rsidDel="00000000" w:rsidP="00000000" w:rsidRDefault="00000000" w:rsidRPr="00000000" w14:paraId="00000008">
      <w:pPr>
        <w:spacing w:after="0" w:lineRule="auto"/>
        <w:rPr/>
      </w:pPr>
      <w:r w:rsidDel="00000000" w:rsidR="00000000" w:rsidRPr="00000000">
        <w:rPr>
          <w:rFonts w:ascii="Arial" w:cs="Arial" w:eastAsia="Arial" w:hAnsi="Arial"/>
          <w:sz w:val="22"/>
          <w:szCs w:val="22"/>
          <w:rtl w:val="0"/>
        </w:rPr>
        <w:t xml:space="preserve">Several houses here</w:t>
      </w:r>
      <w:r w:rsidDel="00000000" w:rsidR="00000000" w:rsidRPr="00000000">
        <w:rPr>
          <w:rtl w:val="0"/>
        </w:rPr>
      </w:r>
    </w:p>
    <w:p w:rsidR="00000000" w:rsidDel="00000000" w:rsidP="00000000" w:rsidRDefault="00000000" w:rsidRPr="00000000" w14:paraId="00000009">
      <w:pPr>
        <w:spacing w:after="0" w:lineRule="auto"/>
        <w:rPr/>
      </w:pPr>
      <w:r w:rsidDel="00000000" w:rsidR="00000000" w:rsidRPr="00000000">
        <w:rPr>
          <w:rtl w:val="0"/>
        </w:rPr>
      </w:r>
    </w:p>
    <w:p w:rsidR="00000000" w:rsidDel="00000000" w:rsidP="00000000" w:rsidRDefault="00000000" w:rsidRPr="00000000" w14:paraId="0000000A">
      <w:pPr>
        <w:spacing w:after="0" w:lineRule="auto"/>
        <w:rPr/>
      </w:pPr>
      <w:r w:rsidDel="00000000" w:rsidR="00000000" w:rsidRPr="00000000">
        <w:rPr>
          <w:rFonts w:ascii="Arial" w:cs="Arial" w:eastAsia="Arial" w:hAnsi="Arial"/>
          <w:color w:val="5d7284"/>
          <w:sz w:val="22"/>
          <w:szCs w:val="22"/>
          <w:rtl w:val="0"/>
        </w:rPr>
        <w:t xml:space="preserve">00:04</w:t>
      </w:r>
      <w:r w:rsidDel="00000000" w:rsidR="00000000" w:rsidRPr="00000000">
        <w:rPr>
          <w:rtl w:val="0"/>
        </w:rPr>
      </w:r>
    </w:p>
    <w:p w:rsidR="00000000" w:rsidDel="00000000" w:rsidP="00000000" w:rsidRDefault="00000000" w:rsidRPr="00000000" w14:paraId="0000000B">
      <w:pPr>
        <w:spacing w:after="0" w:lineRule="auto"/>
        <w:rPr/>
      </w:pPr>
      <w:r w:rsidDel="00000000" w:rsidR="00000000" w:rsidRPr="00000000">
        <w:rPr>
          <w:rFonts w:ascii="Arial" w:cs="Arial" w:eastAsia="Arial" w:hAnsi="Arial"/>
          <w:sz w:val="22"/>
          <w:szCs w:val="22"/>
          <w:rtl w:val="0"/>
        </w:rPr>
        <w:t xml:space="preserve">at that time, and then my great grandfather,</w:t>
      </w:r>
      <w:r w:rsidDel="00000000" w:rsidR="00000000" w:rsidRPr="00000000">
        <w:rPr>
          <w:rtl w:val="0"/>
        </w:rPr>
      </w:r>
    </w:p>
    <w:p w:rsidR="00000000" w:rsidDel="00000000" w:rsidP="00000000" w:rsidRDefault="00000000" w:rsidRPr="00000000" w14:paraId="0000000C">
      <w:pPr>
        <w:spacing w:after="0" w:lineRule="auto"/>
        <w:rPr/>
      </w:pPr>
      <w:r w:rsidDel="00000000" w:rsidR="00000000" w:rsidRPr="00000000">
        <w:rPr>
          <w:rtl w:val="0"/>
        </w:rPr>
      </w:r>
    </w:p>
    <w:p w:rsidR="00000000" w:rsidDel="00000000" w:rsidP="00000000" w:rsidRDefault="00000000" w:rsidRPr="00000000" w14:paraId="0000000D">
      <w:pPr>
        <w:spacing w:after="0" w:lineRule="auto"/>
        <w:rPr/>
      </w:pPr>
      <w:r w:rsidDel="00000000" w:rsidR="00000000" w:rsidRPr="00000000">
        <w:rPr>
          <w:rFonts w:ascii="Arial" w:cs="Arial" w:eastAsia="Arial" w:hAnsi="Arial"/>
          <w:color w:val="5d7284"/>
          <w:sz w:val="22"/>
          <w:szCs w:val="22"/>
          <w:rtl w:val="0"/>
        </w:rPr>
        <w:t xml:space="preserve">00:08</w:t>
      </w: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Fonts w:ascii="Arial" w:cs="Arial" w:eastAsia="Arial" w:hAnsi="Arial"/>
          <w:sz w:val="22"/>
          <w:szCs w:val="22"/>
          <w:rtl w:val="0"/>
        </w:rPr>
        <w:t xml:space="preserve">he was born in Shelburne. He was the first </w:t>
      </w:r>
      <w:r w:rsidDel="00000000" w:rsidR="00000000" w:rsidRPr="00000000">
        <w:rPr>
          <w:rFonts w:ascii="Arial" w:cs="Arial" w:eastAsia="Arial" w:hAnsi="Arial"/>
          <w:rtl w:val="0"/>
        </w:rPr>
        <w:t xml:space="preserve">o</w:t>
      </w:r>
      <w:r w:rsidDel="00000000" w:rsidR="00000000" w:rsidRPr="00000000">
        <w:rPr>
          <w:rFonts w:ascii="Arial" w:cs="Arial" w:eastAsia="Arial" w:hAnsi="Arial"/>
          <w:sz w:val="22"/>
          <w:szCs w:val="22"/>
          <w:rtl w:val="0"/>
        </w:rPr>
        <w:t xml:space="preserve">ne of the family born in Shelburne. There's eight or 10 of them.</w:t>
      </w:r>
      <w:r w:rsidDel="00000000" w:rsidR="00000000" w:rsidRPr="00000000">
        <w:rPr>
          <w:rtl w:val="0"/>
        </w:rPr>
      </w:r>
    </w:p>
    <w:p w:rsidR="00000000" w:rsidDel="00000000" w:rsidP="00000000" w:rsidRDefault="00000000" w:rsidRPr="00000000" w14:paraId="0000000F">
      <w:pPr>
        <w:spacing w:after="0" w:lineRule="auto"/>
        <w:rPr/>
      </w:pPr>
      <w:r w:rsidDel="00000000" w:rsidR="00000000" w:rsidRPr="00000000">
        <w:rPr>
          <w:rtl w:val="0"/>
        </w:rPr>
      </w:r>
    </w:p>
    <w:p w:rsidR="00000000" w:rsidDel="00000000" w:rsidP="00000000" w:rsidRDefault="00000000" w:rsidRPr="00000000" w14:paraId="00000010">
      <w:pPr>
        <w:spacing w:after="0" w:lineRule="auto"/>
        <w:rPr/>
      </w:pPr>
      <w:r w:rsidDel="00000000" w:rsidR="00000000" w:rsidRPr="00000000">
        <w:rPr>
          <w:rFonts w:ascii="Arial" w:cs="Arial" w:eastAsia="Arial" w:hAnsi="Arial"/>
          <w:color w:val="5d7284"/>
          <w:sz w:val="22"/>
          <w:szCs w:val="22"/>
          <w:rtl w:val="0"/>
        </w:rPr>
        <w:t xml:space="preserve">00:14</w:t>
      </w:r>
      <w:r w:rsidDel="00000000" w:rsidR="00000000" w:rsidRPr="00000000">
        <w:rPr>
          <w:rtl w:val="0"/>
        </w:rPr>
      </w:r>
    </w:p>
    <w:p w:rsidR="00000000" w:rsidDel="00000000" w:rsidP="00000000" w:rsidRDefault="00000000" w:rsidRPr="00000000" w14:paraId="00000011">
      <w:pPr>
        <w:spacing w:after="0" w:lineRule="auto"/>
        <w:rPr/>
      </w:pPr>
      <w:r w:rsidDel="00000000" w:rsidR="00000000" w:rsidRPr="00000000">
        <w:rPr>
          <w:rFonts w:ascii="Arial" w:cs="Arial" w:eastAsia="Arial" w:hAnsi="Arial"/>
          <w:sz w:val="22"/>
          <w:szCs w:val="22"/>
          <w:rtl w:val="0"/>
        </w:rPr>
        <w:t xml:space="preserve">One of them was born at sea, coming from Ireland. I found that on the census record, it said ocean as the place of birth for one of the kids. Yeah. I mean, that must have been something for my great, great grandmother to be able to deliver and, and I thought it was hyperbole, you know. And, you know, yeah, sure, yeah, right, born at sea, it makes sense. But </w:t>
      </w:r>
      <w:r w:rsidDel="00000000" w:rsidR="00000000" w:rsidRPr="00000000">
        <w:rPr>
          <w:rFonts w:ascii="Arial" w:cs="Arial" w:eastAsia="Arial" w:hAnsi="Arial"/>
          <w:sz w:val="22"/>
          <w:szCs w:val="22"/>
          <w:rtl w:val="0"/>
        </w:rPr>
        <w:t xml:space="preserve">on the  the</w:t>
      </w:r>
      <w:r w:rsidDel="00000000" w:rsidR="00000000" w:rsidRPr="00000000">
        <w:rPr>
          <w:rFonts w:ascii="Arial" w:cs="Arial" w:eastAsia="Arial" w:hAnsi="Arial"/>
          <w:sz w:val="22"/>
          <w:szCs w:val="22"/>
          <w:rtl w:val="0"/>
        </w:rPr>
        <w:t xml:space="preserve"> census record, but also on the birth certificate of her son, it says the place of birth of the mother. It says banks of Newfoundland. And she, of course, Ellen Leddy was the informant on the birth certificate. So she says she was born in the banks of Newfoundland, the Etsy, Etsy. Sometimes it says Etsy. But So</w:t>
      </w: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r>
    </w:p>
    <w:p w:rsidR="00000000" w:rsidDel="00000000" w:rsidP="00000000" w:rsidRDefault="00000000" w:rsidRPr="00000000" w14:paraId="00000013">
      <w:pPr>
        <w:spacing w:after="0" w:lineRule="auto"/>
        <w:rPr/>
      </w:pPr>
      <w:r w:rsidDel="00000000" w:rsidR="00000000" w:rsidRPr="00000000">
        <w:rPr>
          <w:rFonts w:ascii="Arial" w:cs="Arial" w:eastAsia="Arial" w:hAnsi="Arial"/>
          <w:color w:val="5d7284"/>
          <w:sz w:val="22"/>
          <w:szCs w:val="22"/>
          <w:rtl w:val="0"/>
        </w:rPr>
        <w:t xml:space="preserve">01:01</w:t>
      </w:r>
      <w:r w:rsidDel="00000000" w:rsidR="00000000" w:rsidRPr="00000000">
        <w:rPr>
          <w:rtl w:val="0"/>
        </w:rPr>
      </w:r>
    </w:p>
    <w:p w:rsidR="00000000" w:rsidDel="00000000" w:rsidP="00000000" w:rsidRDefault="00000000" w:rsidRPr="00000000" w14:paraId="00000014">
      <w:pPr>
        <w:spacing w:after="0" w:lineRule="auto"/>
        <w:rPr/>
      </w:pPr>
      <w:r w:rsidDel="00000000" w:rsidR="00000000" w:rsidRPr="00000000">
        <w:rPr>
          <w:rFonts w:ascii="Arial" w:cs="Arial" w:eastAsia="Arial" w:hAnsi="Arial"/>
          <w:sz w:val="22"/>
          <w:szCs w:val="22"/>
          <w:rtl w:val="0"/>
        </w:rPr>
        <w:t xml:space="preserve">, as it happens, there's a diary by a cabin passenger  on the Leddy ship, there's only from the internet that says there's only two or three or four from  the coffin ships, that there would be a diary, and there's one. And I think it happens to be what the term coffin ship</w:t>
      </w:r>
      <w:r w:rsidDel="00000000" w:rsidR="00000000" w:rsidRPr="00000000">
        <w:rPr>
          <w:rtl w:val="0"/>
        </w:rPr>
      </w:r>
    </w:p>
    <w:p w:rsidR="00000000" w:rsidDel="00000000" w:rsidP="00000000" w:rsidRDefault="00000000" w:rsidRPr="00000000" w14:paraId="00000015">
      <w:pPr>
        <w:spacing w:after="0" w:lineRule="auto"/>
        <w:rPr/>
      </w:pPr>
      <w:r w:rsidDel="00000000" w:rsidR="00000000" w:rsidRPr="00000000">
        <w:rPr>
          <w:rtl w:val="0"/>
        </w:rPr>
      </w:r>
    </w:p>
    <w:p w:rsidR="00000000" w:rsidDel="00000000" w:rsidP="00000000" w:rsidRDefault="00000000" w:rsidRPr="00000000" w14:paraId="00000016">
      <w:pPr>
        <w:spacing w:after="0" w:lineRule="auto"/>
        <w:rPr/>
      </w:pPr>
      <w:r w:rsidDel="00000000" w:rsidR="00000000" w:rsidRPr="00000000">
        <w:rPr>
          <w:rFonts w:ascii="Arial" w:cs="Arial" w:eastAsia="Arial" w:hAnsi="Arial"/>
          <w:color w:val="5d7284"/>
          <w:sz w:val="22"/>
          <w:szCs w:val="22"/>
          <w:rtl w:val="0"/>
        </w:rPr>
        <w:t xml:space="preserve">01:19</w:t>
      </w:r>
      <w:r w:rsidDel="00000000" w:rsidR="00000000" w:rsidRPr="00000000">
        <w:rPr>
          <w:rtl w:val="0"/>
        </w:rPr>
      </w:r>
    </w:p>
    <w:p w:rsidR="00000000" w:rsidDel="00000000" w:rsidP="00000000" w:rsidRDefault="00000000" w:rsidRPr="00000000" w14:paraId="00000017">
      <w:pPr>
        <w:spacing w:after="0" w:lineRule="auto"/>
        <w:rPr/>
      </w:pPr>
      <w:r w:rsidDel="00000000" w:rsidR="00000000" w:rsidRPr="00000000">
        <w:rPr>
          <w:rFonts w:ascii="Arial" w:cs="Arial" w:eastAsia="Arial" w:hAnsi="Arial"/>
          <w:sz w:val="22"/>
          <w:szCs w:val="22"/>
          <w:rtl w:val="0"/>
        </w:rPr>
        <w:t xml:space="preserve">means. This man knows. He knows about the Irish and the tenants.</w:t>
      </w:r>
      <w:r w:rsidDel="00000000" w:rsidR="00000000" w:rsidRPr="00000000">
        <w:rPr>
          <w:rtl w:val="0"/>
        </w:rPr>
      </w:r>
    </w:p>
    <w:p w:rsidR="00000000" w:rsidDel="00000000" w:rsidP="00000000" w:rsidRDefault="00000000" w:rsidRPr="00000000" w14:paraId="00000018">
      <w:pPr>
        <w:spacing w:after="0" w:lineRule="auto"/>
        <w:rPr/>
      </w:pPr>
      <w:r w:rsidDel="00000000" w:rsidR="00000000" w:rsidRPr="00000000">
        <w:rPr>
          <w:rtl w:val="0"/>
        </w:rPr>
      </w:r>
    </w:p>
    <w:p w:rsidR="00000000" w:rsidDel="00000000" w:rsidP="00000000" w:rsidRDefault="00000000" w:rsidRPr="00000000" w14:paraId="00000019">
      <w:pPr>
        <w:spacing w:after="0" w:lineRule="auto"/>
        <w:rPr/>
      </w:pPr>
      <w:r w:rsidDel="00000000" w:rsidR="00000000" w:rsidRPr="00000000">
        <w:rPr>
          <w:rFonts w:ascii="Arial" w:cs="Arial" w:eastAsia="Arial" w:hAnsi="Arial"/>
          <w:color w:val="5d7284"/>
          <w:sz w:val="22"/>
          <w:szCs w:val="22"/>
          <w:rtl w:val="0"/>
        </w:rPr>
        <w:t xml:space="preserve">01:25</w:t>
      </w:r>
      <w:r w:rsidDel="00000000" w:rsidR="00000000" w:rsidRPr="00000000">
        <w:rPr>
          <w:rtl w:val="0"/>
        </w:rPr>
      </w:r>
    </w:p>
    <w:p w:rsidR="00000000" w:rsidDel="00000000" w:rsidP="00000000" w:rsidRDefault="00000000" w:rsidRPr="00000000" w14:paraId="0000001A">
      <w:pPr>
        <w:spacing w:after="0" w:lineRule="auto"/>
        <w:rPr/>
      </w:pPr>
      <w:r w:rsidDel="00000000" w:rsidR="00000000" w:rsidRPr="00000000">
        <w:rPr>
          <w:rFonts w:ascii="Arial" w:cs="Arial" w:eastAsia="Arial" w:hAnsi="Arial"/>
          <w:sz w:val="22"/>
          <w:szCs w:val="22"/>
          <w:rtl w:val="0"/>
        </w:rPr>
        <w:t xml:space="preserve">So the lady ship was, was a</w:t>
      </w:r>
      <w:r w:rsidDel="00000000" w:rsidR="00000000" w:rsidRPr="00000000">
        <w:rPr>
          <w:rtl w:val="0"/>
        </w:rPr>
      </w:r>
    </w:p>
    <w:p w:rsidR="00000000" w:rsidDel="00000000" w:rsidP="00000000" w:rsidRDefault="00000000" w:rsidRPr="00000000" w14:paraId="0000001B">
      <w:pPr>
        <w:spacing w:after="0" w:lineRule="auto"/>
        <w:rPr/>
      </w:pPr>
      <w:r w:rsidDel="00000000" w:rsidR="00000000" w:rsidRPr="00000000">
        <w:rPr>
          <w:rtl w:val="0"/>
        </w:rPr>
      </w:r>
    </w:p>
    <w:p w:rsidR="00000000" w:rsidDel="00000000" w:rsidP="00000000" w:rsidRDefault="00000000" w:rsidRPr="00000000" w14:paraId="0000001C">
      <w:pPr>
        <w:spacing w:after="0" w:lineRule="auto"/>
        <w:rPr/>
      </w:pPr>
      <w:r w:rsidDel="00000000" w:rsidR="00000000" w:rsidRPr="00000000">
        <w:rPr>
          <w:rFonts w:ascii="Arial" w:cs="Arial" w:eastAsia="Arial" w:hAnsi="Arial"/>
          <w:color w:val="5d7284"/>
          <w:sz w:val="22"/>
          <w:szCs w:val="22"/>
          <w:rtl w:val="0"/>
        </w:rPr>
        <w:t xml:space="preserve">01:31</w:t>
      </w:r>
      <w:r w:rsidDel="00000000" w:rsidR="00000000" w:rsidRPr="00000000">
        <w:rPr>
          <w:rtl w:val="0"/>
        </w:rPr>
      </w:r>
    </w:p>
    <w:p w:rsidR="00000000" w:rsidDel="00000000" w:rsidP="00000000" w:rsidRDefault="00000000" w:rsidRPr="00000000" w14:paraId="0000001D">
      <w:pPr>
        <w:spacing w:after="0" w:lineRule="auto"/>
        <w:rPr/>
      </w:pPr>
      <w:r w:rsidDel="00000000" w:rsidR="00000000" w:rsidRPr="00000000">
        <w:rPr>
          <w:rFonts w:ascii="Arial" w:cs="Arial" w:eastAsia="Arial" w:hAnsi="Arial"/>
          <w:sz w:val="22"/>
          <w:szCs w:val="22"/>
          <w:rtl w:val="0"/>
        </w:rPr>
        <w:t xml:space="preserve"> temperance ship. So there was no drinking on board and so, I don't know if that made a difference, but there </w:t>
      </w:r>
      <w:r w:rsidDel="00000000" w:rsidR="00000000" w:rsidRPr="00000000">
        <w:rPr>
          <w:rFonts w:ascii="Arial" w:cs="Arial" w:eastAsia="Arial" w:hAnsi="Arial"/>
          <w:rtl w:val="0"/>
        </w:rPr>
        <w:t xml:space="preserve">were</w:t>
      </w:r>
      <w:r w:rsidDel="00000000" w:rsidR="00000000" w:rsidRPr="00000000">
        <w:rPr>
          <w:rFonts w:ascii="Arial" w:cs="Arial" w:eastAsia="Arial" w:hAnsi="Arial"/>
          <w:sz w:val="22"/>
          <w:szCs w:val="22"/>
          <w:rtl w:val="0"/>
        </w:rPr>
        <w:t xml:space="preserve"> only about 10 or 20 that died on the way over. So it wasn't bad. Some of </w:t>
      </w:r>
      <w:r w:rsidDel="00000000" w:rsidR="00000000" w:rsidRPr="00000000">
        <w:rPr>
          <w:rFonts w:ascii="Arial" w:cs="Arial" w:eastAsia="Arial" w:hAnsi="Arial"/>
          <w:rtl w:val="0"/>
        </w:rPr>
        <w:t xml:space="preserve">them might</w:t>
      </w:r>
      <w:r w:rsidDel="00000000" w:rsidR="00000000" w:rsidRPr="00000000">
        <w:rPr>
          <w:rFonts w:ascii="Arial" w:cs="Arial" w:eastAsia="Arial" w:hAnsi="Arial"/>
          <w:sz w:val="22"/>
          <w:szCs w:val="22"/>
          <w:rtl w:val="0"/>
        </w:rPr>
        <w:t xml:space="preserve"> have 400 people coming over, and 100 of them would die of ship </w:t>
      </w:r>
      <w:r w:rsidDel="00000000" w:rsidR="00000000" w:rsidRPr="00000000">
        <w:rPr>
          <w:rFonts w:ascii="Arial" w:cs="Arial" w:eastAsia="Arial" w:hAnsi="Arial"/>
          <w:rtl w:val="0"/>
        </w:rPr>
        <w:t xml:space="preserve">fever or</w:t>
      </w:r>
      <w:r w:rsidDel="00000000" w:rsidR="00000000" w:rsidRPr="00000000">
        <w:rPr>
          <w:rFonts w:ascii="Arial" w:cs="Arial" w:eastAsia="Arial" w:hAnsi="Arial"/>
          <w:sz w:val="22"/>
          <w:szCs w:val="22"/>
          <w:rtl w:val="0"/>
        </w:rPr>
        <w:t xml:space="preserve"> typhus on the way over. So</w:t>
      </w:r>
      <w:r w:rsidDel="00000000" w:rsidR="00000000" w:rsidRPr="00000000">
        <w:rPr>
          <w:rtl w:val="0"/>
        </w:rPr>
      </w:r>
    </w:p>
    <w:p w:rsidR="00000000" w:rsidDel="00000000" w:rsidP="00000000" w:rsidRDefault="00000000" w:rsidRPr="00000000" w14:paraId="0000001E">
      <w:pPr>
        <w:spacing w:after="0" w:lineRule="auto"/>
        <w:rPr/>
      </w:pPr>
      <w:r w:rsidDel="00000000" w:rsidR="00000000" w:rsidRPr="00000000">
        <w:rPr>
          <w:rtl w:val="0"/>
        </w:rPr>
      </w:r>
    </w:p>
    <w:p w:rsidR="00000000" w:rsidDel="00000000" w:rsidP="00000000" w:rsidRDefault="00000000" w:rsidRPr="00000000" w14:paraId="0000001F">
      <w:pPr>
        <w:spacing w:after="0" w:lineRule="auto"/>
        <w:rPr/>
      </w:pPr>
      <w:r w:rsidDel="00000000" w:rsidR="00000000" w:rsidRPr="00000000">
        <w:rPr>
          <w:rFonts w:ascii="Arial" w:cs="Arial" w:eastAsia="Arial" w:hAnsi="Arial"/>
          <w:color w:val="5d7284"/>
          <w:sz w:val="22"/>
          <w:szCs w:val="22"/>
          <w:rtl w:val="0"/>
        </w:rPr>
        <w:t xml:space="preserve">01:51</w:t>
      </w:r>
      <w:r w:rsidDel="00000000" w:rsidR="00000000" w:rsidRPr="00000000">
        <w:rPr>
          <w:rtl w:val="0"/>
        </w:rPr>
      </w:r>
    </w:p>
    <w:p w:rsidR="00000000" w:rsidDel="00000000" w:rsidP="00000000" w:rsidRDefault="00000000" w:rsidRPr="00000000" w14:paraId="00000020">
      <w:pPr>
        <w:spacing w:after="0" w:lineRule="auto"/>
        <w:rPr/>
      </w:pPr>
      <w:r w:rsidDel="00000000" w:rsidR="00000000" w:rsidRPr="00000000">
        <w:rPr>
          <w:rFonts w:ascii="Arial" w:cs="Arial" w:eastAsia="Arial" w:hAnsi="Arial"/>
          <w:sz w:val="22"/>
          <w:szCs w:val="22"/>
          <w:rtl w:val="0"/>
        </w:rPr>
        <w:t xml:space="preserve">I'm going to get to Stevensville. But it was, it was easier for the Irish</w:t>
      </w:r>
      <w:r w:rsidDel="00000000" w:rsidR="00000000" w:rsidRPr="00000000">
        <w:rPr>
          <w:rtl w:val="0"/>
        </w:rPr>
      </w:r>
    </w:p>
    <w:p w:rsidR="00000000" w:rsidDel="00000000" w:rsidP="00000000" w:rsidRDefault="00000000" w:rsidRPr="00000000" w14:paraId="00000021">
      <w:pPr>
        <w:spacing w:after="0" w:lineRule="auto"/>
        <w:rPr/>
      </w:pPr>
      <w:r w:rsidDel="00000000" w:rsidR="00000000" w:rsidRPr="00000000">
        <w:rPr>
          <w:rtl w:val="0"/>
        </w:rPr>
      </w:r>
    </w:p>
    <w:p w:rsidR="00000000" w:rsidDel="00000000" w:rsidP="00000000" w:rsidRDefault="00000000" w:rsidRPr="00000000" w14:paraId="00000022">
      <w:pPr>
        <w:spacing w:after="0" w:lineRule="auto"/>
        <w:rPr/>
      </w:pPr>
      <w:r w:rsidDel="00000000" w:rsidR="00000000" w:rsidRPr="00000000">
        <w:rPr>
          <w:rFonts w:ascii="Arial" w:cs="Arial" w:eastAsia="Arial" w:hAnsi="Arial"/>
          <w:color w:val="5d7284"/>
          <w:sz w:val="22"/>
          <w:szCs w:val="22"/>
          <w:rtl w:val="0"/>
        </w:rPr>
        <w:t xml:space="preserve">01:59</w:t>
      </w:r>
      <w:r w:rsidDel="00000000" w:rsidR="00000000" w:rsidRPr="00000000">
        <w:rPr>
          <w:rtl w:val="0"/>
        </w:rPr>
      </w:r>
    </w:p>
    <w:p w:rsidR="00000000" w:rsidDel="00000000" w:rsidP="00000000" w:rsidRDefault="00000000" w:rsidRPr="00000000" w14:paraId="00000023">
      <w:pPr>
        <w:spacing w:after="0" w:lineRule="auto"/>
        <w:rPr/>
      </w:pPr>
      <w:r w:rsidDel="00000000" w:rsidR="00000000" w:rsidRPr="00000000">
        <w:rPr>
          <w:rFonts w:ascii="Arial" w:cs="Arial" w:eastAsia="Arial" w:hAnsi="Arial"/>
          <w:sz w:val="22"/>
          <w:szCs w:val="22"/>
          <w:rtl w:val="0"/>
        </w:rPr>
        <w:t xml:space="preserve">immigrants to come into British North America, because Congress had had set up some immigration problems, because a lot of the Irish were sick, so they'd come in up the St Lawrence River, and there was a quarantine station just south of Quebec City called Grosse-Île. It's still there. It's an island. It's the Ellis Island of Canada. And so all the ships had to anchor at Grosse-Île </w:t>
      </w:r>
      <w:r w:rsidDel="00000000" w:rsidR="00000000" w:rsidRPr="00000000">
        <w:rPr>
          <w:rFonts w:ascii="Arial" w:cs="Arial" w:eastAsia="Arial" w:hAnsi="Arial"/>
          <w:rtl w:val="0"/>
        </w:rPr>
        <w:t xml:space="preserve">until they</w:t>
      </w:r>
      <w:r w:rsidDel="00000000" w:rsidR="00000000" w:rsidRPr="00000000">
        <w:rPr>
          <w:rFonts w:ascii="Arial" w:cs="Arial" w:eastAsia="Arial" w:hAnsi="Arial"/>
          <w:sz w:val="22"/>
          <w:szCs w:val="22"/>
          <w:rtl w:val="0"/>
        </w:rPr>
        <w:t xml:space="preserve"> were cleared by the doctors </w:t>
      </w:r>
      <w:r w:rsidDel="00000000" w:rsidR="00000000" w:rsidRPr="00000000">
        <w:rPr>
          <w:rFonts w:ascii="Arial" w:cs="Arial" w:eastAsia="Arial" w:hAnsi="Arial"/>
          <w:rtl w:val="0"/>
        </w:rPr>
        <w:t xml:space="preserve">to continue</w:t>
      </w:r>
      <w:r w:rsidDel="00000000" w:rsidR="00000000" w:rsidRPr="00000000">
        <w:rPr>
          <w:rFonts w:ascii="Arial" w:cs="Arial" w:eastAsia="Arial" w:hAnsi="Arial"/>
          <w:sz w:val="22"/>
          <w:szCs w:val="22"/>
          <w:rtl w:val="0"/>
        </w:rPr>
        <w:t xml:space="preserve"> up river to Montreal or Quebec City. So the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ended up there, and then they made their way down into Vermont. They were in Shelburne for a while. Then they ended up in </w:t>
      </w:r>
      <w:r w:rsidDel="00000000" w:rsidR="00000000" w:rsidRPr="00000000">
        <w:rPr>
          <w:rFonts w:ascii="Arial" w:cs="Arial" w:eastAsia="Arial" w:hAnsi="Arial"/>
          <w:rtl w:val="0"/>
        </w:rPr>
        <w:t xml:space="preserve">Underhill</w:t>
      </w:r>
      <w:r w:rsidDel="00000000" w:rsidR="00000000" w:rsidRPr="00000000">
        <w:rPr>
          <w:rFonts w:ascii="Arial" w:cs="Arial" w:eastAsia="Arial" w:hAnsi="Arial"/>
          <w:sz w:val="22"/>
          <w:szCs w:val="22"/>
          <w:rtl w:val="0"/>
        </w:rPr>
        <w:t xml:space="preserve">, probably in 1856</w:t>
      </w:r>
      <w:r w:rsidDel="00000000" w:rsidR="00000000" w:rsidRPr="00000000">
        <w:rPr>
          <w:rtl w:val="0"/>
        </w:rPr>
      </w:r>
    </w:p>
    <w:p w:rsidR="00000000" w:rsidDel="00000000" w:rsidP="00000000" w:rsidRDefault="00000000" w:rsidRPr="00000000" w14:paraId="00000024">
      <w:pPr>
        <w:spacing w:after="0" w:lineRule="auto"/>
        <w:rPr/>
      </w:pPr>
      <w:r w:rsidDel="00000000" w:rsidR="00000000" w:rsidRPr="00000000">
        <w:rPr>
          <w:rtl w:val="0"/>
        </w:rPr>
      </w:r>
    </w:p>
    <w:p w:rsidR="00000000" w:rsidDel="00000000" w:rsidP="00000000" w:rsidRDefault="00000000" w:rsidRPr="00000000" w14:paraId="00000025">
      <w:pPr>
        <w:spacing w:after="0" w:lineRule="auto"/>
        <w:rPr/>
      </w:pPr>
      <w:r w:rsidDel="00000000" w:rsidR="00000000" w:rsidRPr="00000000">
        <w:rPr>
          <w:rFonts w:ascii="Arial" w:cs="Arial" w:eastAsia="Arial" w:hAnsi="Arial"/>
          <w:color w:val="5d7284"/>
          <w:sz w:val="22"/>
          <w:szCs w:val="22"/>
          <w:rtl w:val="0"/>
        </w:rPr>
        <w:t xml:space="preserve">02:43</w:t>
      </w:r>
      <w:r w:rsidDel="00000000" w:rsidR="00000000" w:rsidRPr="00000000">
        <w:rPr>
          <w:rtl w:val="0"/>
        </w:rPr>
      </w:r>
    </w:p>
    <w:p w:rsidR="00000000" w:rsidDel="00000000" w:rsidP="00000000" w:rsidRDefault="00000000" w:rsidRPr="00000000" w14:paraId="00000026">
      <w:pPr>
        <w:spacing w:after="0" w:lineRule="auto"/>
        <w:rPr/>
      </w:pPr>
      <w:r w:rsidDel="00000000" w:rsidR="00000000" w:rsidRPr="00000000">
        <w:rPr>
          <w:rFonts w:ascii="Arial" w:cs="Arial" w:eastAsia="Arial" w:hAnsi="Arial"/>
          <w:sz w:val="22"/>
          <w:szCs w:val="22"/>
          <w:rtl w:val="0"/>
        </w:rPr>
        <w:t xml:space="preserve">or so. My great grandfather, </w:t>
      </w:r>
      <w:r w:rsidDel="00000000" w:rsidR="00000000" w:rsidRPr="00000000">
        <w:rPr>
          <w:rFonts w:ascii="Arial" w:cs="Arial" w:eastAsia="Arial" w:hAnsi="Arial"/>
          <w:rtl w:val="0"/>
        </w:rPr>
        <w:t xml:space="preserve">Michael, led</w:t>
      </w:r>
      <w:r w:rsidDel="00000000" w:rsidR="00000000" w:rsidRPr="00000000">
        <w:rPr>
          <w:rFonts w:ascii="Arial" w:cs="Arial" w:eastAsia="Arial" w:hAnsi="Arial"/>
          <w:sz w:val="22"/>
          <w:szCs w:val="22"/>
          <w:rtl w:val="0"/>
        </w:rPr>
        <w:t xml:space="preserve"> back in the day, because there were a lot of Irish here. They tended to be Democrats,</w:t>
      </w:r>
      <w:r w:rsidDel="00000000" w:rsidR="00000000" w:rsidRPr="00000000">
        <w:rPr>
          <w:rtl w:val="0"/>
        </w:rPr>
      </w:r>
    </w:p>
    <w:p w:rsidR="00000000" w:rsidDel="00000000" w:rsidP="00000000" w:rsidRDefault="00000000" w:rsidRPr="00000000" w14:paraId="00000027">
      <w:pPr>
        <w:spacing w:after="0" w:lineRule="auto"/>
        <w:rPr/>
      </w:pPr>
      <w:r w:rsidDel="00000000" w:rsidR="00000000" w:rsidRPr="00000000">
        <w:rPr>
          <w:rtl w:val="0"/>
        </w:rPr>
      </w:r>
    </w:p>
    <w:p w:rsidR="00000000" w:rsidDel="00000000" w:rsidP="00000000" w:rsidRDefault="00000000" w:rsidRPr="00000000" w14:paraId="00000028">
      <w:pPr>
        <w:spacing w:after="0" w:lineRule="auto"/>
        <w:rPr/>
      </w:pPr>
      <w:r w:rsidDel="00000000" w:rsidR="00000000" w:rsidRPr="00000000">
        <w:rPr>
          <w:rFonts w:ascii="Arial" w:cs="Arial" w:eastAsia="Arial" w:hAnsi="Arial"/>
          <w:color w:val="5d7284"/>
          <w:sz w:val="22"/>
          <w:szCs w:val="22"/>
          <w:rtl w:val="0"/>
        </w:rPr>
        <w:t xml:space="preserve">02:53</w:t>
      </w:r>
      <w:r w:rsidDel="00000000" w:rsidR="00000000" w:rsidRPr="00000000">
        <w:rPr>
          <w:rtl w:val="0"/>
        </w:rPr>
      </w:r>
    </w:p>
    <w:p w:rsidR="00000000" w:rsidDel="00000000" w:rsidP="00000000" w:rsidRDefault="00000000" w:rsidRPr="00000000" w14:paraId="00000029">
      <w:pPr>
        <w:spacing w:after="0" w:lineRule="auto"/>
        <w:rPr/>
      </w:pPr>
      <w:r w:rsidDel="00000000" w:rsidR="00000000" w:rsidRPr="00000000">
        <w:rPr>
          <w:rFonts w:ascii="Arial" w:cs="Arial" w:eastAsia="Arial" w:hAnsi="Arial"/>
          <w:sz w:val="22"/>
          <w:szCs w:val="22"/>
          <w:rtl w:val="0"/>
        </w:rPr>
        <w:t xml:space="preserve">and they would be members of the legislature like Boyle was 100 years later. And they would, every year they would, it's your turn to do it. So Michael Leddy and my great grandfather, he wasn't a member for a term. Then my grandfather </w:t>
      </w:r>
      <w:r w:rsidDel="00000000" w:rsidR="00000000" w:rsidRPr="00000000">
        <w:rPr>
          <w:rFonts w:ascii="Arial" w:cs="Arial" w:eastAsia="Arial" w:hAnsi="Arial"/>
          <w:rtl w:val="0"/>
        </w:rPr>
        <w:t xml:space="preserve">was my</w:t>
      </w:r>
      <w:r w:rsidDel="00000000" w:rsidR="00000000" w:rsidRPr="00000000">
        <w:rPr>
          <w:rFonts w:ascii="Arial" w:cs="Arial" w:eastAsia="Arial" w:hAnsi="Arial"/>
          <w:sz w:val="22"/>
          <w:szCs w:val="22"/>
          <w:rtl w:val="0"/>
        </w:rPr>
        <w:t xml:space="preserve"> great uncle. So</w:t>
      </w:r>
      <w:r w:rsidDel="00000000" w:rsidR="00000000" w:rsidRPr="00000000">
        <w:rPr>
          <w:rtl w:val="0"/>
        </w:rPr>
      </w:r>
    </w:p>
    <w:p w:rsidR="00000000" w:rsidDel="00000000" w:rsidP="00000000" w:rsidRDefault="00000000" w:rsidRPr="00000000" w14:paraId="0000002A">
      <w:pPr>
        <w:spacing w:after="0" w:lineRule="auto"/>
        <w:rPr/>
      </w:pPr>
      <w:r w:rsidDel="00000000" w:rsidR="00000000" w:rsidRPr="00000000">
        <w:rPr>
          <w:rtl w:val="0"/>
        </w:rPr>
      </w:r>
    </w:p>
    <w:p w:rsidR="00000000" w:rsidDel="00000000" w:rsidP="00000000" w:rsidRDefault="00000000" w:rsidRPr="00000000" w14:paraId="0000002B">
      <w:pPr>
        <w:spacing w:after="0" w:lineRule="auto"/>
        <w:rPr/>
      </w:pPr>
      <w:r w:rsidDel="00000000" w:rsidR="00000000" w:rsidRPr="00000000">
        <w:rPr>
          <w:rFonts w:ascii="Arial" w:cs="Arial" w:eastAsia="Arial" w:hAnsi="Arial"/>
          <w:color w:val="5d7284"/>
          <w:sz w:val="22"/>
          <w:szCs w:val="22"/>
          <w:rtl w:val="0"/>
        </w:rPr>
        <w:t xml:space="preserve">03:10</w:t>
      </w:r>
      <w:r w:rsidDel="00000000" w:rsidR="00000000" w:rsidRPr="00000000">
        <w:rPr>
          <w:rtl w:val="0"/>
        </w:rPr>
      </w:r>
    </w:p>
    <w:p w:rsidR="00000000" w:rsidDel="00000000" w:rsidP="00000000" w:rsidRDefault="00000000" w:rsidRPr="00000000" w14:paraId="0000002C">
      <w:pPr>
        <w:spacing w:after="0" w:lineRule="auto"/>
        <w:rPr/>
      </w:pPr>
      <w:r w:rsidDel="00000000" w:rsidR="00000000" w:rsidRPr="00000000">
        <w:rPr>
          <w:rFonts w:ascii="Arial" w:cs="Arial" w:eastAsia="Arial" w:hAnsi="Arial"/>
          <w:sz w:val="22"/>
          <w:szCs w:val="22"/>
          <w:rtl w:val="0"/>
        </w:rPr>
        <w:t xml:space="preserve">they were</w:t>
      </w:r>
      <w:r w:rsidDel="00000000" w:rsidR="00000000" w:rsidRPr="00000000">
        <w:rPr>
          <w:rtl w:val="0"/>
        </w:rPr>
      </w:r>
    </w:p>
    <w:p w:rsidR="00000000" w:rsidDel="00000000" w:rsidP="00000000" w:rsidRDefault="00000000" w:rsidRPr="00000000" w14:paraId="0000002D">
      <w:pPr>
        <w:spacing w:after="0" w:lineRule="auto"/>
        <w:rPr/>
      </w:pPr>
      <w:r w:rsidDel="00000000" w:rsidR="00000000" w:rsidRPr="00000000">
        <w:rPr>
          <w:rtl w:val="0"/>
        </w:rPr>
      </w:r>
    </w:p>
    <w:p w:rsidR="00000000" w:rsidDel="00000000" w:rsidP="00000000" w:rsidRDefault="00000000" w:rsidRPr="00000000" w14:paraId="0000002E">
      <w:pPr>
        <w:spacing w:after="0" w:lineRule="auto"/>
        <w:rPr/>
      </w:pPr>
      <w:r w:rsidDel="00000000" w:rsidR="00000000" w:rsidRPr="00000000">
        <w:rPr>
          <w:rFonts w:ascii="Arial" w:cs="Arial" w:eastAsia="Arial" w:hAnsi="Arial"/>
          <w:color w:val="5d7284"/>
          <w:sz w:val="22"/>
          <w:szCs w:val="22"/>
          <w:rtl w:val="0"/>
        </w:rPr>
        <w:t xml:space="preserve">03:12</w:t>
      </w:r>
      <w:r w:rsidDel="00000000" w:rsidR="00000000" w:rsidRPr="00000000">
        <w:rPr>
          <w:rtl w:val="0"/>
        </w:rPr>
      </w:r>
    </w:p>
    <w:p w:rsidR="00000000" w:rsidDel="00000000" w:rsidP="00000000" w:rsidRDefault="00000000" w:rsidRPr="00000000" w14:paraId="0000002F">
      <w:pPr>
        <w:spacing w:after="0" w:lineRule="auto"/>
        <w:rPr/>
      </w:pPr>
      <w:r w:rsidDel="00000000" w:rsidR="00000000" w:rsidRPr="00000000">
        <w:rPr>
          <w:rFonts w:ascii="Arial" w:cs="Arial" w:eastAsia="Arial" w:hAnsi="Arial"/>
          <w:sz w:val="22"/>
          <w:szCs w:val="22"/>
          <w:rtl w:val="0"/>
        </w:rPr>
        <w:t xml:space="preserve">in the bio in the legislature of 1908 it talked about Michael Leddy being born children of settling here like in 1856</w:t>
      </w:r>
      <w:r w:rsidDel="00000000" w:rsidR="00000000" w:rsidRPr="00000000">
        <w:rPr>
          <w:rtl w:val="0"/>
        </w:rPr>
      </w:r>
    </w:p>
    <w:p w:rsidR="00000000" w:rsidDel="00000000" w:rsidP="00000000" w:rsidRDefault="00000000" w:rsidRPr="00000000" w14:paraId="00000030">
      <w:pPr>
        <w:spacing w:after="0" w:lineRule="auto"/>
        <w:rPr/>
      </w:pPr>
      <w:r w:rsidDel="00000000" w:rsidR="00000000" w:rsidRPr="00000000">
        <w:rPr>
          <w:rtl w:val="0"/>
        </w:rPr>
      </w:r>
    </w:p>
    <w:p w:rsidR="00000000" w:rsidDel="00000000" w:rsidP="00000000" w:rsidRDefault="00000000" w:rsidRPr="00000000" w14:paraId="00000031">
      <w:pPr>
        <w:spacing w:after="0" w:lineRule="auto"/>
        <w:rPr/>
      </w:pPr>
      <w:r w:rsidDel="00000000" w:rsidR="00000000" w:rsidRPr="00000000">
        <w:rPr>
          <w:rFonts w:ascii="Arial" w:cs="Arial" w:eastAsia="Arial" w:hAnsi="Arial"/>
          <w:color w:val="5d7284"/>
          <w:sz w:val="22"/>
          <w:szCs w:val="22"/>
          <w:rtl w:val="0"/>
        </w:rPr>
        <w:t xml:space="preserve">03:21</w:t>
      </w:r>
      <w:r w:rsidDel="00000000" w:rsidR="00000000" w:rsidRPr="00000000">
        <w:rPr>
          <w:rtl w:val="0"/>
        </w:rPr>
      </w:r>
    </w:p>
    <w:p w:rsidR="00000000" w:rsidDel="00000000" w:rsidP="00000000" w:rsidRDefault="00000000" w:rsidRPr="00000000" w14:paraId="00000032">
      <w:pPr>
        <w:spacing w:after="0" w:lineRule="auto"/>
        <w:rPr/>
      </w:pPr>
      <w:r w:rsidDel="00000000" w:rsidR="00000000" w:rsidRPr="00000000">
        <w:rPr>
          <w:rFonts w:ascii="Arial" w:cs="Arial" w:eastAsia="Arial" w:hAnsi="Arial"/>
          <w:sz w:val="22"/>
          <w:szCs w:val="22"/>
          <w:rtl w:val="0"/>
        </w:rPr>
        <w:t xml:space="preserve">so I'm not sure where he lived in 1856</w:t>
      </w:r>
      <w:r w:rsidDel="00000000" w:rsidR="00000000" w:rsidRPr="00000000">
        <w:rPr>
          <w:rtl w:val="0"/>
        </w:rPr>
      </w:r>
    </w:p>
    <w:p w:rsidR="00000000" w:rsidDel="00000000" w:rsidP="00000000" w:rsidRDefault="00000000" w:rsidRPr="00000000" w14:paraId="00000033">
      <w:pPr>
        <w:spacing w:after="0" w:lineRule="auto"/>
        <w:rPr/>
      </w:pPr>
      <w:r w:rsidDel="00000000" w:rsidR="00000000" w:rsidRPr="00000000">
        <w:rPr>
          <w:rtl w:val="0"/>
        </w:rPr>
      </w:r>
    </w:p>
    <w:p w:rsidR="00000000" w:rsidDel="00000000" w:rsidP="00000000" w:rsidRDefault="00000000" w:rsidRPr="00000000" w14:paraId="00000034">
      <w:pPr>
        <w:spacing w:after="0" w:lineRule="auto"/>
        <w:rPr/>
      </w:pPr>
      <w:r w:rsidDel="00000000" w:rsidR="00000000" w:rsidRPr="00000000">
        <w:rPr>
          <w:rFonts w:ascii="Arial" w:cs="Arial" w:eastAsia="Arial" w:hAnsi="Arial"/>
          <w:color w:val="5d7284"/>
          <w:sz w:val="22"/>
          <w:szCs w:val="22"/>
          <w:rtl w:val="0"/>
        </w:rPr>
        <w:t xml:space="preserve">03:24</w:t>
      </w:r>
      <w:r w:rsidDel="00000000" w:rsidR="00000000" w:rsidRPr="00000000">
        <w:rPr>
          <w:rtl w:val="0"/>
        </w:rPr>
      </w:r>
    </w:p>
    <w:p w:rsidR="00000000" w:rsidDel="00000000" w:rsidP="00000000" w:rsidRDefault="00000000" w:rsidRPr="00000000" w14:paraId="00000035">
      <w:pPr>
        <w:spacing w:after="0" w:lineRule="auto"/>
        <w:rPr/>
      </w:pPr>
      <w:r w:rsidDel="00000000" w:rsidR="00000000" w:rsidRPr="00000000">
        <w:rPr>
          <w:rFonts w:ascii="Arial" w:cs="Arial" w:eastAsia="Arial" w:hAnsi="Arial"/>
          <w:sz w:val="22"/>
          <w:szCs w:val="22"/>
          <w:rtl w:val="0"/>
        </w:rPr>
        <w:t xml:space="preserve">in 1869 they lived here because there's a map that shows that. The Atlas shows the names of the people who lived in this hamlet here.</w:t>
      </w:r>
      <w:r w:rsidDel="00000000" w:rsidR="00000000" w:rsidRPr="00000000">
        <w:rPr>
          <w:rtl w:val="0"/>
        </w:rPr>
      </w:r>
    </w:p>
    <w:p w:rsidR="00000000" w:rsidDel="00000000" w:rsidP="00000000" w:rsidRDefault="00000000" w:rsidRPr="00000000" w14:paraId="00000036">
      <w:pPr>
        <w:spacing w:after="0" w:lineRule="auto"/>
        <w:rPr/>
      </w:pPr>
      <w:r w:rsidDel="00000000" w:rsidR="00000000" w:rsidRPr="00000000">
        <w:rPr>
          <w:rtl w:val="0"/>
        </w:rPr>
      </w:r>
    </w:p>
    <w:p w:rsidR="00000000" w:rsidDel="00000000" w:rsidP="00000000" w:rsidRDefault="00000000" w:rsidRPr="00000000" w14:paraId="00000037">
      <w:pPr>
        <w:spacing w:after="0" w:lineRule="auto"/>
        <w:rPr/>
      </w:pPr>
      <w:r w:rsidDel="00000000" w:rsidR="00000000" w:rsidRPr="00000000">
        <w:rPr>
          <w:rFonts w:ascii="Arial" w:cs="Arial" w:eastAsia="Arial" w:hAnsi="Arial"/>
          <w:color w:val="5d7284"/>
          <w:sz w:val="22"/>
          <w:szCs w:val="22"/>
          <w:rtl w:val="0"/>
        </w:rPr>
        <w:t xml:space="preserve">03:35</w:t>
      </w:r>
      <w:r w:rsidDel="00000000" w:rsidR="00000000" w:rsidRPr="00000000">
        <w:rPr>
          <w:rtl w:val="0"/>
        </w:rPr>
      </w:r>
    </w:p>
    <w:p w:rsidR="00000000" w:rsidDel="00000000" w:rsidP="00000000" w:rsidRDefault="00000000" w:rsidRPr="00000000" w14:paraId="00000038">
      <w:pPr>
        <w:spacing w:after="0" w:lineRule="auto"/>
        <w:rPr/>
      </w:pPr>
      <w:r w:rsidDel="00000000" w:rsidR="00000000" w:rsidRPr="00000000">
        <w:rPr>
          <w:rFonts w:ascii="Arial" w:cs="Arial" w:eastAsia="Arial" w:hAnsi="Arial"/>
          <w:sz w:val="22"/>
          <w:szCs w:val="22"/>
          <w:rtl w:val="0"/>
        </w:rPr>
        <w:t xml:space="preserve">My great grandmother, great grandfather, Michael Leddy, was born, was married in 1875</w:t>
      </w:r>
      <w:r w:rsidDel="00000000" w:rsidR="00000000" w:rsidRPr="00000000">
        <w:rPr>
          <w:rtl w:val="0"/>
        </w:rPr>
      </w:r>
    </w:p>
    <w:p w:rsidR="00000000" w:rsidDel="00000000" w:rsidP="00000000" w:rsidRDefault="00000000" w:rsidRPr="00000000" w14:paraId="00000039">
      <w:pPr>
        <w:spacing w:after="0" w:lineRule="auto"/>
        <w:rPr/>
      </w:pPr>
      <w:r w:rsidDel="00000000" w:rsidR="00000000" w:rsidRPr="00000000">
        <w:rPr>
          <w:rtl w:val="0"/>
        </w:rPr>
      </w:r>
    </w:p>
    <w:p w:rsidR="00000000" w:rsidDel="00000000" w:rsidP="00000000" w:rsidRDefault="00000000" w:rsidRPr="00000000" w14:paraId="0000003A">
      <w:pPr>
        <w:spacing w:after="0" w:lineRule="auto"/>
        <w:rPr/>
      </w:pPr>
      <w:r w:rsidDel="00000000" w:rsidR="00000000" w:rsidRPr="00000000">
        <w:rPr>
          <w:rFonts w:ascii="Arial" w:cs="Arial" w:eastAsia="Arial" w:hAnsi="Arial"/>
          <w:color w:val="5d7284"/>
          <w:sz w:val="22"/>
          <w:szCs w:val="22"/>
          <w:rtl w:val="0"/>
        </w:rPr>
        <w:t xml:space="preserve">03:42</w:t>
      </w:r>
      <w:r w:rsidDel="00000000" w:rsidR="00000000" w:rsidRPr="00000000">
        <w:rPr>
          <w:rtl w:val="0"/>
        </w:rPr>
      </w:r>
    </w:p>
    <w:p w:rsidR="00000000" w:rsidDel="00000000" w:rsidP="00000000" w:rsidRDefault="00000000" w:rsidRPr="00000000" w14:paraId="0000003B">
      <w:pPr>
        <w:spacing w:after="0" w:lineRule="auto"/>
        <w:rPr/>
      </w:pPr>
      <w:r w:rsidDel="00000000" w:rsidR="00000000" w:rsidRPr="00000000">
        <w:rPr>
          <w:rFonts w:ascii="Arial" w:cs="Arial" w:eastAsia="Arial" w:hAnsi="Arial"/>
          <w:sz w:val="22"/>
          <w:szCs w:val="22"/>
          <w:rtl w:val="0"/>
        </w:rPr>
        <w:t xml:space="preserve">across the lake to an Irish Catholic over there, Mary Alice Gill.</w:t>
      </w:r>
      <w:r w:rsidDel="00000000" w:rsidR="00000000" w:rsidRPr="00000000">
        <w:rPr>
          <w:rtl w:val="0"/>
        </w:rPr>
      </w:r>
    </w:p>
    <w:p w:rsidR="00000000" w:rsidDel="00000000" w:rsidP="00000000" w:rsidRDefault="00000000" w:rsidRPr="00000000" w14:paraId="0000003C">
      <w:pPr>
        <w:spacing w:after="0" w:lineRule="auto"/>
        <w:rPr/>
      </w:pPr>
      <w:r w:rsidDel="00000000" w:rsidR="00000000" w:rsidRPr="00000000">
        <w:rPr>
          <w:rtl w:val="0"/>
        </w:rPr>
      </w:r>
    </w:p>
    <w:p w:rsidR="00000000" w:rsidDel="00000000" w:rsidP="00000000" w:rsidRDefault="00000000" w:rsidRPr="00000000" w14:paraId="0000003D">
      <w:pPr>
        <w:spacing w:after="0" w:lineRule="auto"/>
        <w:rPr/>
      </w:pPr>
      <w:r w:rsidDel="00000000" w:rsidR="00000000" w:rsidRPr="00000000">
        <w:rPr>
          <w:rFonts w:ascii="Arial" w:cs="Arial" w:eastAsia="Arial" w:hAnsi="Arial"/>
          <w:color w:val="5d7284"/>
          <w:sz w:val="22"/>
          <w:szCs w:val="22"/>
          <w:rtl w:val="0"/>
        </w:rPr>
        <w:t xml:space="preserve">03:48</w:t>
      </w:r>
      <w:r w:rsidDel="00000000" w:rsidR="00000000" w:rsidRPr="00000000">
        <w:rPr>
          <w:rtl w:val="0"/>
        </w:rPr>
      </w:r>
    </w:p>
    <w:p w:rsidR="00000000" w:rsidDel="00000000" w:rsidP="00000000" w:rsidRDefault="00000000" w:rsidRPr="00000000" w14:paraId="0000003E">
      <w:pPr>
        <w:spacing w:after="0" w:lineRule="auto"/>
        <w:rPr/>
      </w:pPr>
      <w:r w:rsidDel="00000000" w:rsidR="00000000" w:rsidRPr="00000000">
        <w:rPr>
          <w:rFonts w:ascii="Arial" w:cs="Arial" w:eastAsia="Arial" w:hAnsi="Arial"/>
          <w:sz w:val="22"/>
          <w:szCs w:val="22"/>
          <w:rtl w:val="0"/>
        </w:rPr>
        <w:t xml:space="preserve">In 1875 he came back here, and he helped his great his father build that house there, and I think was built like in 1880</w:t>
      </w:r>
      <w:r w:rsidDel="00000000" w:rsidR="00000000" w:rsidRPr="00000000">
        <w:rPr>
          <w:rtl w:val="0"/>
        </w:rPr>
      </w:r>
    </w:p>
    <w:p w:rsidR="00000000" w:rsidDel="00000000" w:rsidP="00000000" w:rsidRDefault="00000000" w:rsidRPr="00000000" w14:paraId="0000003F">
      <w:pPr>
        <w:spacing w:after="0" w:lineRule="auto"/>
        <w:rPr/>
      </w:pPr>
      <w:r w:rsidDel="00000000" w:rsidR="00000000" w:rsidRPr="00000000">
        <w:rPr>
          <w:rtl w:val="0"/>
        </w:rPr>
      </w:r>
    </w:p>
    <w:p w:rsidR="00000000" w:rsidDel="00000000" w:rsidP="00000000" w:rsidRDefault="00000000" w:rsidRPr="00000000" w14:paraId="00000040">
      <w:pPr>
        <w:spacing w:after="0" w:lineRule="auto"/>
        <w:rPr/>
      </w:pPr>
      <w:r w:rsidDel="00000000" w:rsidR="00000000" w:rsidRPr="00000000">
        <w:rPr>
          <w:rFonts w:ascii="Arial" w:cs="Arial" w:eastAsia="Arial" w:hAnsi="Arial"/>
          <w:color w:val="5d7284"/>
          <w:sz w:val="22"/>
          <w:szCs w:val="22"/>
          <w:rtl w:val="0"/>
        </w:rPr>
        <w:t xml:space="preserve">03:57</w:t>
      </w:r>
      <w:r w:rsidDel="00000000" w:rsidR="00000000" w:rsidRPr="00000000">
        <w:rPr>
          <w:rtl w:val="0"/>
        </w:rPr>
      </w:r>
    </w:p>
    <w:p w:rsidR="00000000" w:rsidDel="00000000" w:rsidP="00000000" w:rsidRDefault="00000000" w:rsidRPr="00000000" w14:paraId="00000041">
      <w:pPr>
        <w:spacing w:after="0" w:lineRule="auto"/>
        <w:rPr/>
      </w:pPr>
      <w:r w:rsidDel="00000000" w:rsidR="00000000" w:rsidRPr="00000000">
        <w:rPr>
          <w:rFonts w:ascii="Arial" w:cs="Arial" w:eastAsia="Arial" w:hAnsi="Arial"/>
          <w:sz w:val="22"/>
          <w:szCs w:val="22"/>
          <w:rtl w:val="0"/>
        </w:rPr>
        <w:t xml:space="preserve">Peter Leddy, the immigrant,</w:t>
      </w:r>
      <w:r w:rsidDel="00000000" w:rsidR="00000000" w:rsidRPr="00000000">
        <w:rPr>
          <w:rtl w:val="0"/>
        </w:rPr>
      </w:r>
    </w:p>
    <w:p w:rsidR="00000000" w:rsidDel="00000000" w:rsidP="00000000" w:rsidRDefault="00000000" w:rsidRPr="00000000" w14:paraId="00000042">
      <w:pPr>
        <w:spacing w:after="0" w:lineRule="auto"/>
        <w:rPr/>
      </w:pPr>
      <w:r w:rsidDel="00000000" w:rsidR="00000000" w:rsidRPr="00000000">
        <w:rPr>
          <w:rtl w:val="0"/>
        </w:rPr>
      </w:r>
    </w:p>
    <w:p w:rsidR="00000000" w:rsidDel="00000000" w:rsidP="00000000" w:rsidRDefault="00000000" w:rsidRPr="00000000" w14:paraId="00000043">
      <w:pPr>
        <w:spacing w:after="0" w:lineRule="auto"/>
        <w:rPr/>
      </w:pPr>
      <w:r w:rsidDel="00000000" w:rsidR="00000000" w:rsidRPr="00000000">
        <w:rPr>
          <w:rFonts w:ascii="Arial" w:cs="Arial" w:eastAsia="Arial" w:hAnsi="Arial"/>
          <w:color w:val="5d7284"/>
          <w:sz w:val="22"/>
          <w:szCs w:val="22"/>
          <w:rtl w:val="0"/>
        </w:rPr>
        <w:t xml:space="preserve">04:00</w:t>
      </w:r>
      <w:r w:rsidDel="00000000" w:rsidR="00000000" w:rsidRPr="00000000">
        <w:rPr>
          <w:rtl w:val="0"/>
        </w:rPr>
      </w:r>
    </w:p>
    <w:p w:rsidR="00000000" w:rsidDel="00000000" w:rsidP="00000000" w:rsidRDefault="00000000" w:rsidRPr="00000000" w14:paraId="00000044">
      <w:pPr>
        <w:spacing w:after="0" w:lineRule="auto"/>
        <w:rPr/>
      </w:pPr>
      <w:r w:rsidDel="00000000" w:rsidR="00000000" w:rsidRPr="00000000">
        <w:rPr>
          <w:rFonts w:ascii="Arial" w:cs="Arial" w:eastAsia="Arial" w:hAnsi="Arial"/>
          <w:sz w:val="22"/>
          <w:szCs w:val="22"/>
          <w:rtl w:val="0"/>
        </w:rPr>
        <w:t xml:space="preserve">and his family. </w:t>
      </w:r>
      <w:r w:rsidDel="00000000" w:rsidR="00000000" w:rsidRPr="00000000">
        <w:rPr>
          <w:rFonts w:ascii="Arial" w:cs="Arial" w:eastAsia="Arial" w:hAnsi="Arial"/>
          <w:rtl w:val="0"/>
        </w:rPr>
        <w:t xml:space="preserve">They always lived</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there,</w:t>
      </w:r>
      <w:r w:rsidDel="00000000" w:rsidR="00000000" w:rsidRPr="00000000">
        <w:rPr>
          <w:rFonts w:ascii="Arial" w:cs="Arial" w:eastAsia="Arial" w:hAnsi="Arial"/>
          <w:sz w:val="22"/>
          <w:szCs w:val="22"/>
          <w:rtl w:val="0"/>
        </w:rPr>
        <w:t xml:space="preserve"> ones that hadn't been married.</w:t>
      </w:r>
      <w:r w:rsidDel="00000000" w:rsidR="00000000" w:rsidRPr="00000000">
        <w:rPr>
          <w:rtl w:val="0"/>
        </w:rPr>
      </w:r>
    </w:p>
    <w:p w:rsidR="00000000" w:rsidDel="00000000" w:rsidP="00000000" w:rsidRDefault="00000000" w:rsidRPr="00000000" w14:paraId="00000045">
      <w:pPr>
        <w:spacing w:after="0" w:lineRule="auto"/>
        <w:rPr/>
      </w:pPr>
      <w:r w:rsidDel="00000000" w:rsidR="00000000" w:rsidRPr="00000000">
        <w:rPr>
          <w:rtl w:val="0"/>
        </w:rPr>
      </w:r>
    </w:p>
    <w:p w:rsidR="00000000" w:rsidDel="00000000" w:rsidP="00000000" w:rsidRDefault="00000000" w:rsidRPr="00000000" w14:paraId="00000046">
      <w:pPr>
        <w:spacing w:after="0" w:lineRule="auto"/>
        <w:rPr/>
      </w:pPr>
      <w:r w:rsidDel="00000000" w:rsidR="00000000" w:rsidRPr="00000000">
        <w:rPr>
          <w:rFonts w:ascii="Arial" w:cs="Arial" w:eastAsia="Arial" w:hAnsi="Arial"/>
          <w:color w:val="5d7284"/>
          <w:sz w:val="22"/>
          <w:szCs w:val="22"/>
          <w:rtl w:val="0"/>
        </w:rPr>
        <w:t xml:space="preserve">04:05</w:t>
      </w:r>
      <w:r w:rsidDel="00000000" w:rsidR="00000000" w:rsidRPr="00000000">
        <w:rPr>
          <w:rtl w:val="0"/>
        </w:rPr>
      </w:r>
    </w:p>
    <w:p w:rsidR="00000000" w:rsidDel="00000000" w:rsidP="00000000" w:rsidRDefault="00000000" w:rsidRPr="00000000" w14:paraId="00000047">
      <w:pPr>
        <w:spacing w:after="0" w:lineRule="auto"/>
        <w:rPr/>
      </w:pPr>
      <w:r w:rsidDel="00000000" w:rsidR="00000000" w:rsidRPr="00000000">
        <w:rPr>
          <w:rFonts w:ascii="Arial" w:cs="Arial" w:eastAsia="Arial" w:hAnsi="Arial"/>
          <w:sz w:val="22"/>
          <w:szCs w:val="22"/>
          <w:rtl w:val="0"/>
        </w:rPr>
        <w:t xml:space="preserve">And Michael lived there as well.</w:t>
      </w:r>
      <w:r w:rsidDel="00000000" w:rsidR="00000000" w:rsidRPr="00000000">
        <w:rPr>
          <w:rtl w:val="0"/>
        </w:rPr>
      </w:r>
    </w:p>
    <w:p w:rsidR="00000000" w:rsidDel="00000000" w:rsidP="00000000" w:rsidRDefault="00000000" w:rsidRPr="00000000" w14:paraId="00000048">
      <w:pPr>
        <w:spacing w:after="0" w:lineRule="auto"/>
        <w:rPr/>
      </w:pPr>
      <w:r w:rsidDel="00000000" w:rsidR="00000000" w:rsidRPr="00000000">
        <w:rPr>
          <w:rtl w:val="0"/>
        </w:rPr>
      </w:r>
    </w:p>
    <w:p w:rsidR="00000000" w:rsidDel="00000000" w:rsidP="00000000" w:rsidRDefault="00000000" w:rsidRPr="00000000" w14:paraId="00000049">
      <w:pPr>
        <w:spacing w:after="0" w:lineRule="auto"/>
        <w:rPr/>
      </w:pPr>
      <w:r w:rsidDel="00000000" w:rsidR="00000000" w:rsidRPr="00000000">
        <w:rPr>
          <w:rFonts w:ascii="Arial" w:cs="Arial" w:eastAsia="Arial" w:hAnsi="Arial"/>
          <w:color w:val="5d7284"/>
          <w:sz w:val="22"/>
          <w:szCs w:val="22"/>
          <w:rtl w:val="0"/>
        </w:rPr>
        <w:t xml:space="preserve">04:08</w:t>
      </w:r>
      <w:r w:rsidDel="00000000" w:rsidR="00000000" w:rsidRPr="00000000">
        <w:rPr>
          <w:rtl w:val="0"/>
        </w:rPr>
      </w:r>
    </w:p>
    <w:p w:rsidR="00000000" w:rsidDel="00000000" w:rsidP="00000000" w:rsidRDefault="00000000" w:rsidRPr="00000000" w14:paraId="0000004A">
      <w:pPr>
        <w:spacing w:after="0" w:lineRule="auto"/>
        <w:rPr/>
      </w:pPr>
      <w:r w:rsidDel="00000000" w:rsidR="00000000" w:rsidRPr="00000000">
        <w:rPr>
          <w:rFonts w:ascii="Arial" w:cs="Arial" w:eastAsia="Arial" w:hAnsi="Arial"/>
          <w:sz w:val="22"/>
          <w:szCs w:val="22"/>
          <w:rtl w:val="0"/>
        </w:rPr>
        <w:t xml:space="preserve">There's only about four or five names the Irish weren't really there's a Michael Peter, Michael Peter, James, Michael Peter. Margaret, Mary, Elizabeth, Catherine. So</w:t>
      </w:r>
      <w:r w:rsidDel="00000000" w:rsidR="00000000" w:rsidRPr="00000000">
        <w:rPr>
          <w:rtl w:val="0"/>
        </w:rPr>
      </w:r>
    </w:p>
    <w:p w:rsidR="00000000" w:rsidDel="00000000" w:rsidP="00000000" w:rsidRDefault="00000000" w:rsidRPr="00000000" w14:paraId="0000004B">
      <w:pPr>
        <w:spacing w:after="0" w:lineRule="auto"/>
        <w:rPr/>
      </w:pPr>
      <w:r w:rsidDel="00000000" w:rsidR="00000000" w:rsidRPr="00000000">
        <w:rPr>
          <w:rtl w:val="0"/>
        </w:rPr>
      </w:r>
    </w:p>
    <w:p w:rsidR="00000000" w:rsidDel="00000000" w:rsidP="00000000" w:rsidRDefault="00000000" w:rsidRPr="00000000" w14:paraId="0000004C">
      <w:pPr>
        <w:spacing w:after="0" w:lineRule="auto"/>
        <w:rPr/>
      </w:pPr>
      <w:r w:rsidDel="00000000" w:rsidR="00000000" w:rsidRPr="00000000">
        <w:rPr>
          <w:rFonts w:ascii="Arial" w:cs="Arial" w:eastAsia="Arial" w:hAnsi="Arial"/>
          <w:color w:val="5d7284"/>
          <w:sz w:val="22"/>
          <w:szCs w:val="22"/>
          <w:rtl w:val="0"/>
        </w:rPr>
        <w:t xml:space="preserve">04:20</w:t>
      </w:r>
      <w:r w:rsidDel="00000000" w:rsidR="00000000" w:rsidRPr="00000000">
        <w:rPr>
          <w:rtl w:val="0"/>
        </w:rPr>
      </w:r>
    </w:p>
    <w:p w:rsidR="00000000" w:rsidDel="00000000" w:rsidP="00000000" w:rsidRDefault="00000000" w:rsidRPr="00000000" w14:paraId="0000004D">
      <w:pPr>
        <w:spacing w:after="0" w:lineRule="auto"/>
        <w:rPr/>
      </w:pPr>
      <w:r w:rsidDel="00000000" w:rsidR="00000000" w:rsidRPr="00000000">
        <w:rPr>
          <w:rFonts w:ascii="Arial" w:cs="Arial" w:eastAsia="Arial" w:hAnsi="Arial"/>
          <w:sz w:val="22"/>
          <w:szCs w:val="22"/>
          <w:rtl w:val="0"/>
        </w:rPr>
        <w:t xml:space="preserve">Peter's the immigrants. Father came. He </w:t>
      </w:r>
      <w:r w:rsidDel="00000000" w:rsidR="00000000" w:rsidRPr="00000000">
        <w:rPr>
          <w:rFonts w:ascii="Arial" w:cs="Arial" w:eastAsia="Arial" w:hAnsi="Arial"/>
          <w:rtl w:val="0"/>
        </w:rPr>
        <w:t xml:space="preserve">was in</w:t>
      </w:r>
      <w:r w:rsidDel="00000000" w:rsidR="00000000" w:rsidRPr="00000000">
        <w:rPr>
          <w:rFonts w:ascii="Arial" w:cs="Arial" w:eastAsia="Arial" w:hAnsi="Arial"/>
          <w:sz w:val="22"/>
          <w:szCs w:val="22"/>
          <w:rtl w:val="0"/>
        </w:rPr>
        <w:t xml:space="preserve"> his middle, late 60s. He came. Michael. His name was Michael Leddy, his his father was Peter Leddy, my great grandfather was Michael Leddy.</w:t>
      </w:r>
      <w:r w:rsidDel="00000000" w:rsidR="00000000" w:rsidRPr="00000000">
        <w:rPr>
          <w:rtl w:val="0"/>
        </w:rPr>
      </w:r>
    </w:p>
    <w:p w:rsidR="00000000" w:rsidDel="00000000" w:rsidP="00000000" w:rsidRDefault="00000000" w:rsidRPr="00000000" w14:paraId="0000004E">
      <w:pPr>
        <w:spacing w:after="0" w:lineRule="auto"/>
        <w:rPr/>
      </w:pPr>
      <w:r w:rsidDel="00000000" w:rsidR="00000000" w:rsidRPr="00000000">
        <w:rPr>
          <w:rtl w:val="0"/>
        </w:rPr>
      </w:r>
    </w:p>
    <w:p w:rsidR="00000000" w:rsidDel="00000000" w:rsidP="00000000" w:rsidRDefault="00000000" w:rsidRPr="00000000" w14:paraId="0000004F">
      <w:pPr>
        <w:spacing w:after="0" w:lineRule="auto"/>
        <w:rPr/>
      </w:pPr>
      <w:r w:rsidDel="00000000" w:rsidR="00000000" w:rsidRPr="00000000">
        <w:rPr>
          <w:rFonts w:ascii="Arial" w:cs="Arial" w:eastAsia="Arial" w:hAnsi="Arial"/>
          <w:color w:val="5d7284"/>
          <w:sz w:val="22"/>
          <w:szCs w:val="22"/>
          <w:rtl w:val="0"/>
        </w:rPr>
        <w:t xml:space="preserve">04:34</w:t>
      </w:r>
      <w:r w:rsidDel="00000000" w:rsidR="00000000" w:rsidRPr="00000000">
        <w:rPr>
          <w:rtl w:val="0"/>
        </w:rPr>
      </w:r>
    </w:p>
    <w:p w:rsidR="00000000" w:rsidDel="00000000" w:rsidP="00000000" w:rsidRDefault="00000000" w:rsidRPr="00000000" w14:paraId="00000050">
      <w:pPr>
        <w:spacing w:after="0" w:lineRule="auto"/>
        <w:rPr/>
      </w:pPr>
      <w:r w:rsidDel="00000000" w:rsidR="00000000" w:rsidRPr="00000000">
        <w:rPr>
          <w:rFonts w:ascii="Arial" w:cs="Arial" w:eastAsia="Arial" w:hAnsi="Arial"/>
          <w:sz w:val="22"/>
          <w:szCs w:val="22"/>
          <w:rtl w:val="0"/>
        </w:rPr>
        <w:t xml:space="preserve">My grandfather was John Leddy. He named his son, Bernard Leddy, who named his son, John Leddy, I named my son Michael Leddy, who named his son Peter Ledy. So it's</w:t>
      </w:r>
      <w:r w:rsidDel="00000000" w:rsidR="00000000" w:rsidRPr="00000000">
        <w:rPr>
          <w:rtl w:val="0"/>
        </w:rPr>
      </w:r>
    </w:p>
    <w:p w:rsidR="00000000" w:rsidDel="00000000" w:rsidP="00000000" w:rsidRDefault="00000000" w:rsidRPr="00000000" w14:paraId="00000051">
      <w:pPr>
        <w:spacing w:after="0" w:lineRule="auto"/>
        <w:rPr/>
      </w:pPr>
      <w:r w:rsidDel="00000000" w:rsidR="00000000" w:rsidRPr="00000000">
        <w:rPr>
          <w:rtl w:val="0"/>
        </w:rPr>
      </w:r>
    </w:p>
    <w:p w:rsidR="00000000" w:rsidDel="00000000" w:rsidP="00000000" w:rsidRDefault="00000000" w:rsidRPr="00000000" w14:paraId="00000052">
      <w:pPr>
        <w:spacing w:after="0" w:lineRule="auto"/>
        <w:rPr/>
      </w:pPr>
      <w:r w:rsidDel="00000000" w:rsidR="00000000" w:rsidRPr="00000000">
        <w:rPr>
          <w:rFonts w:ascii="Arial" w:cs="Arial" w:eastAsia="Arial" w:hAnsi="Arial"/>
          <w:color w:val="5d7284"/>
          <w:sz w:val="22"/>
          <w:szCs w:val="22"/>
          <w:rtl w:val="0"/>
        </w:rPr>
        <w:t xml:space="preserve">04:47</w:t>
      </w:r>
      <w:r w:rsidDel="00000000" w:rsidR="00000000" w:rsidRPr="00000000">
        <w:rPr>
          <w:rtl w:val="0"/>
        </w:rPr>
      </w:r>
    </w:p>
    <w:p w:rsidR="00000000" w:rsidDel="00000000" w:rsidP="00000000" w:rsidRDefault="00000000" w:rsidRPr="00000000" w14:paraId="00000053">
      <w:pPr>
        <w:spacing w:after="0" w:lineRule="auto"/>
        <w:rPr/>
      </w:pPr>
      <w:r w:rsidDel="00000000" w:rsidR="00000000" w:rsidRPr="00000000">
        <w:rPr>
          <w:rFonts w:ascii="Arial" w:cs="Arial" w:eastAsia="Arial" w:hAnsi="Arial"/>
          <w:sz w:val="22"/>
          <w:szCs w:val="22"/>
          <w:rtl w:val="0"/>
        </w:rPr>
        <w:t xml:space="preserve">so Michael Leddy helped his father build this place in 1880 I think.</w:t>
      </w:r>
      <w:r w:rsidDel="00000000" w:rsidR="00000000" w:rsidRPr="00000000">
        <w:rPr>
          <w:rtl w:val="0"/>
        </w:rPr>
      </w:r>
    </w:p>
    <w:p w:rsidR="00000000" w:rsidDel="00000000" w:rsidP="00000000" w:rsidRDefault="00000000" w:rsidRPr="00000000" w14:paraId="00000054">
      <w:pPr>
        <w:spacing w:after="0" w:lineRule="auto"/>
        <w:rPr/>
      </w:pPr>
      <w:r w:rsidDel="00000000" w:rsidR="00000000" w:rsidRPr="00000000">
        <w:rPr>
          <w:rtl w:val="0"/>
        </w:rPr>
      </w:r>
    </w:p>
    <w:p w:rsidR="00000000" w:rsidDel="00000000" w:rsidP="00000000" w:rsidRDefault="00000000" w:rsidRPr="00000000" w14:paraId="00000055">
      <w:pPr>
        <w:spacing w:after="0" w:lineRule="auto"/>
        <w:rPr/>
      </w:pPr>
      <w:r w:rsidDel="00000000" w:rsidR="00000000" w:rsidRPr="00000000">
        <w:rPr>
          <w:rFonts w:ascii="Arial" w:cs="Arial" w:eastAsia="Arial" w:hAnsi="Arial"/>
          <w:color w:val="5d7284"/>
          <w:sz w:val="22"/>
          <w:szCs w:val="22"/>
          <w:rtl w:val="0"/>
        </w:rPr>
        <w:t xml:space="preserve">04:53</w:t>
      </w:r>
      <w:r w:rsidDel="00000000" w:rsidR="00000000" w:rsidRPr="00000000">
        <w:rPr>
          <w:rtl w:val="0"/>
        </w:rPr>
      </w:r>
    </w:p>
    <w:p w:rsidR="00000000" w:rsidDel="00000000" w:rsidP="00000000" w:rsidRDefault="00000000" w:rsidRPr="00000000" w14:paraId="00000056">
      <w:pPr>
        <w:spacing w:after="0" w:lineRule="auto"/>
        <w:rPr/>
      </w:pPr>
      <w:r w:rsidDel="00000000" w:rsidR="00000000" w:rsidRPr="00000000">
        <w:rPr>
          <w:rFonts w:ascii="Arial" w:cs="Arial" w:eastAsia="Arial" w:hAnsi="Arial"/>
          <w:sz w:val="22"/>
          <w:szCs w:val="22"/>
          <w:rtl w:val="0"/>
        </w:rPr>
        <w:t xml:space="preserve">And Peter Leddy lived there until he died in 1887 here</w:t>
      </w:r>
      <w:r w:rsidDel="00000000" w:rsidR="00000000" w:rsidRPr="00000000">
        <w:rPr>
          <w:rtl w:val="0"/>
        </w:rPr>
      </w:r>
    </w:p>
    <w:p w:rsidR="00000000" w:rsidDel="00000000" w:rsidP="00000000" w:rsidRDefault="00000000" w:rsidRPr="00000000" w14:paraId="00000057">
      <w:pPr>
        <w:spacing w:after="0" w:lineRule="auto"/>
        <w:rPr/>
      </w:pPr>
      <w:r w:rsidDel="00000000" w:rsidR="00000000" w:rsidRPr="00000000">
        <w:rPr>
          <w:rtl w:val="0"/>
        </w:rPr>
      </w:r>
    </w:p>
    <w:p w:rsidR="00000000" w:rsidDel="00000000" w:rsidP="00000000" w:rsidRDefault="00000000" w:rsidRPr="00000000" w14:paraId="00000058">
      <w:pPr>
        <w:spacing w:after="0" w:lineRule="auto"/>
        <w:rPr/>
      </w:pPr>
      <w:r w:rsidDel="00000000" w:rsidR="00000000" w:rsidRPr="00000000">
        <w:rPr>
          <w:rFonts w:ascii="Arial" w:cs="Arial" w:eastAsia="Arial" w:hAnsi="Arial"/>
          <w:color w:val="5d7284"/>
          <w:sz w:val="22"/>
          <w:szCs w:val="22"/>
          <w:rtl w:val="0"/>
        </w:rPr>
        <w:t xml:space="preserve">04:58</w:t>
      </w:r>
      <w:r w:rsidDel="00000000" w:rsidR="00000000" w:rsidRPr="00000000">
        <w:rPr>
          <w:rtl w:val="0"/>
        </w:rPr>
      </w:r>
    </w:p>
    <w:p w:rsidR="00000000" w:rsidDel="00000000" w:rsidP="00000000" w:rsidRDefault="00000000" w:rsidRPr="00000000" w14:paraId="00000059">
      <w:pPr>
        <w:spacing w:after="0" w:lineRule="auto"/>
        <w:rPr/>
      </w:pPr>
      <w:r w:rsidDel="00000000" w:rsidR="00000000" w:rsidRPr="00000000">
        <w:rPr>
          <w:rFonts w:ascii="Arial" w:cs="Arial" w:eastAsia="Arial" w:hAnsi="Arial"/>
          <w:sz w:val="22"/>
          <w:szCs w:val="22"/>
          <w:rtl w:val="0"/>
        </w:rPr>
        <w:t xml:space="preserve">and my great.</w:t>
      </w:r>
      <w:r w:rsidDel="00000000" w:rsidR="00000000" w:rsidRPr="00000000">
        <w:rPr>
          <w:rtl w:val="0"/>
        </w:rPr>
      </w:r>
    </w:p>
    <w:p w:rsidR="00000000" w:rsidDel="00000000" w:rsidP="00000000" w:rsidRDefault="00000000" w:rsidRPr="00000000" w14:paraId="0000005A">
      <w:pPr>
        <w:spacing w:after="0" w:lineRule="auto"/>
        <w:rPr/>
      </w:pPr>
      <w:r w:rsidDel="00000000" w:rsidR="00000000" w:rsidRPr="00000000">
        <w:rPr>
          <w:rtl w:val="0"/>
        </w:rPr>
      </w:r>
    </w:p>
    <w:p w:rsidR="00000000" w:rsidDel="00000000" w:rsidP="00000000" w:rsidRDefault="00000000" w:rsidRPr="00000000" w14:paraId="0000005B">
      <w:pPr>
        <w:spacing w:after="0" w:lineRule="auto"/>
        <w:rPr/>
      </w:pPr>
      <w:r w:rsidDel="00000000" w:rsidR="00000000" w:rsidRPr="00000000">
        <w:rPr>
          <w:rFonts w:ascii="Arial" w:cs="Arial" w:eastAsia="Arial" w:hAnsi="Arial"/>
          <w:color w:val="5d7284"/>
          <w:sz w:val="22"/>
          <w:szCs w:val="22"/>
          <w:rtl w:val="0"/>
        </w:rPr>
        <w:t xml:space="preserve">05:00</w:t>
      </w:r>
      <w:r w:rsidDel="00000000" w:rsidR="00000000" w:rsidRPr="00000000">
        <w:rPr>
          <w:rtl w:val="0"/>
        </w:rPr>
      </w:r>
    </w:p>
    <w:p w:rsidR="00000000" w:rsidDel="00000000" w:rsidP="00000000" w:rsidRDefault="00000000" w:rsidRPr="00000000" w14:paraId="0000005C">
      <w:pPr>
        <w:spacing w:after="0" w:lineRule="auto"/>
        <w:rPr/>
      </w:pPr>
      <w:r w:rsidDel="00000000" w:rsidR="00000000" w:rsidRPr="00000000">
        <w:rPr>
          <w:rFonts w:ascii="Arial" w:cs="Arial" w:eastAsia="Arial" w:hAnsi="Arial"/>
          <w:sz w:val="22"/>
          <w:szCs w:val="22"/>
          <w:rtl w:val="0"/>
        </w:rPr>
        <w:t xml:space="preserve">Mother, Robert Sheridan Leddy. She lived here with him until 1889 when they died. So Michael had it. He sold it, I think the beginning of 1915 he farmed it</w:t>
      </w:r>
      <w:r w:rsidDel="00000000" w:rsidR="00000000" w:rsidRPr="00000000">
        <w:rPr>
          <w:rtl w:val="0"/>
        </w:rPr>
      </w:r>
    </w:p>
    <w:p w:rsidR="00000000" w:rsidDel="00000000" w:rsidP="00000000" w:rsidRDefault="00000000" w:rsidRPr="00000000" w14:paraId="0000005D">
      <w:pPr>
        <w:spacing w:after="0" w:lineRule="auto"/>
        <w:rPr/>
      </w:pPr>
      <w:r w:rsidDel="00000000" w:rsidR="00000000" w:rsidRPr="00000000">
        <w:rPr>
          <w:rtl w:val="0"/>
        </w:rPr>
      </w:r>
    </w:p>
    <w:p w:rsidR="00000000" w:rsidDel="00000000" w:rsidP="00000000" w:rsidRDefault="00000000" w:rsidRPr="00000000" w14:paraId="0000005E">
      <w:pPr>
        <w:spacing w:after="0" w:lineRule="auto"/>
        <w:rPr/>
      </w:pPr>
      <w:r w:rsidDel="00000000" w:rsidR="00000000" w:rsidRPr="00000000">
        <w:rPr>
          <w:rFonts w:ascii="Arial" w:cs="Arial" w:eastAsia="Arial" w:hAnsi="Arial"/>
          <w:color w:val="5d7284"/>
          <w:sz w:val="22"/>
          <w:szCs w:val="22"/>
          <w:rtl w:val="0"/>
        </w:rPr>
        <w:t xml:space="preserve">05:12</w:t>
      </w:r>
      <w:r w:rsidDel="00000000" w:rsidR="00000000" w:rsidRPr="00000000">
        <w:rPr>
          <w:rtl w:val="0"/>
        </w:rPr>
      </w:r>
    </w:p>
    <w:p w:rsidR="00000000" w:rsidDel="00000000" w:rsidP="00000000" w:rsidRDefault="00000000" w:rsidRPr="00000000" w14:paraId="0000005F">
      <w:pPr>
        <w:spacing w:after="0" w:lineRule="auto"/>
        <w:rPr/>
      </w:pPr>
      <w:r w:rsidDel="00000000" w:rsidR="00000000" w:rsidRPr="00000000">
        <w:rPr>
          <w:rFonts w:ascii="Arial" w:cs="Arial" w:eastAsia="Arial" w:hAnsi="Arial"/>
          <w:sz w:val="22"/>
          <w:szCs w:val="22"/>
          <w:rtl w:val="0"/>
        </w:rPr>
        <w:t xml:space="preserve">here, and he sold it in 1915 to a name that escapes me at the time. Is it the Coots???? Yes, I think it was good, but, </w:t>
      </w:r>
      <w:r w:rsidDel="00000000" w:rsidR="00000000" w:rsidRPr="00000000">
        <w:rPr>
          <w:rFonts w:ascii="Arial" w:cs="Arial" w:eastAsia="Arial" w:hAnsi="Arial"/>
          <w:rtl w:val="0"/>
        </w:rPr>
        <w:t xml:space="preserve">then</w:t>
      </w:r>
      <w:r w:rsidDel="00000000" w:rsidR="00000000" w:rsidRPr="00000000">
        <w:rPr>
          <w:rFonts w:ascii="Arial" w:cs="Arial" w:eastAsia="Arial" w:hAnsi="Arial"/>
          <w:sz w:val="22"/>
          <w:szCs w:val="22"/>
          <w:rtl w:val="0"/>
        </w:rPr>
        <w:t xml:space="preserve">, did Mary L</w:t>
      </w:r>
      <w:r w:rsidDel="00000000" w:rsidR="00000000" w:rsidRPr="00000000">
        <w:rPr>
          <w:rFonts w:ascii="Arial" w:cs="Arial" w:eastAsia="Arial" w:hAnsi="Arial"/>
          <w:rtl w:val="0"/>
        </w:rPr>
        <w:t xml:space="preserve">e</w:t>
      </w:r>
      <w:r w:rsidDel="00000000" w:rsidR="00000000" w:rsidRPr="00000000">
        <w:rPr>
          <w:rFonts w:ascii="Arial" w:cs="Arial" w:eastAsia="Arial" w:hAnsi="Arial"/>
          <w:sz w:val="22"/>
          <w:szCs w:val="22"/>
          <w:rtl w:val="0"/>
        </w:rPr>
        <w:t xml:space="preserve">ddy buy it back </w:t>
      </w:r>
      <w:r w:rsidDel="00000000" w:rsidR="00000000" w:rsidRPr="00000000">
        <w:rPr>
          <w:rFonts w:ascii="Arial" w:cs="Arial" w:eastAsia="Arial" w:hAnsi="Arial"/>
          <w:rtl w:val="0"/>
        </w:rPr>
        <w:t xml:space="preserve">from them</w:t>
      </w:r>
      <w:r w:rsidDel="00000000" w:rsidR="00000000" w:rsidRPr="00000000">
        <w:rPr>
          <w:rFonts w:ascii="Arial" w:cs="Arial" w:eastAsia="Arial" w:hAnsi="Arial"/>
          <w:sz w:val="22"/>
          <w:szCs w:val="22"/>
          <w:rtl w:val="0"/>
        </w:rPr>
        <w:t xml:space="preserve">? No,  Mary </w:t>
      </w:r>
      <w:r w:rsidDel="00000000" w:rsidR="00000000" w:rsidRPr="00000000">
        <w:rPr>
          <w:rFonts w:ascii="Arial" w:cs="Arial" w:eastAsia="Arial" w:hAnsi="Arial"/>
          <w:rtl w:val="0"/>
        </w:rPr>
        <w:t xml:space="preserve">Leddy</w:t>
      </w:r>
      <w:r w:rsidDel="00000000" w:rsidR="00000000" w:rsidRPr="00000000">
        <w:rPr>
          <w:rFonts w:ascii="Arial" w:cs="Arial" w:eastAsia="Arial" w:hAnsi="Arial"/>
          <w:sz w:val="22"/>
          <w:szCs w:val="22"/>
          <w:rtl w:val="0"/>
        </w:rPr>
        <w:t xml:space="preserve"> had the </w:t>
      </w:r>
      <w:r w:rsidDel="00000000" w:rsidR="00000000" w:rsidRPr="00000000">
        <w:rPr>
          <w:rFonts w:ascii="Arial" w:cs="Arial" w:eastAsia="Arial" w:hAnsi="Arial"/>
          <w:rtl w:val="0"/>
        </w:rPr>
        <w:t xml:space="preserve">parcel that….</w:t>
      </w:r>
      <w:r w:rsidDel="00000000" w:rsidR="00000000" w:rsidRPr="00000000">
        <w:rPr>
          <w:rFonts w:ascii="Arial" w:cs="Arial" w:eastAsia="Arial" w:hAnsi="Arial"/>
          <w:sz w:val="22"/>
          <w:szCs w:val="22"/>
          <w:rtl w:val="0"/>
        </w:rPr>
        <w:t xml:space="preserve"> there's two Mary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of cours</w:t>
      </w:r>
      <w:r w:rsidDel="00000000" w:rsidR="00000000" w:rsidRPr="00000000">
        <w:rPr>
          <w:rFonts w:ascii="Arial" w:cs="Arial" w:eastAsia="Arial" w:hAnsi="Arial"/>
          <w:rtl w:val="0"/>
        </w:rPr>
        <w:t xml:space="preserve">e,,,,,</w:t>
      </w:r>
      <w:r w:rsidDel="00000000" w:rsidR="00000000" w:rsidRPr="00000000">
        <w:rPr>
          <w:rtl w:val="0"/>
        </w:rPr>
      </w:r>
    </w:p>
    <w:p w:rsidR="00000000" w:rsidDel="00000000" w:rsidP="00000000" w:rsidRDefault="00000000" w:rsidRPr="00000000" w14:paraId="00000060">
      <w:pPr>
        <w:spacing w:after="0" w:lineRule="auto"/>
        <w:rPr/>
      </w:pPr>
      <w:r w:rsidDel="00000000" w:rsidR="00000000" w:rsidRPr="00000000">
        <w:rPr>
          <w:rtl w:val="0"/>
        </w:rPr>
      </w:r>
    </w:p>
    <w:p w:rsidR="00000000" w:rsidDel="00000000" w:rsidP="00000000" w:rsidRDefault="00000000" w:rsidRPr="00000000" w14:paraId="00000061">
      <w:pPr>
        <w:spacing w:after="0" w:lineRule="auto"/>
        <w:rPr/>
      </w:pPr>
      <w:r w:rsidDel="00000000" w:rsidR="00000000" w:rsidRPr="00000000">
        <w:rPr>
          <w:rFonts w:ascii="Arial" w:cs="Arial" w:eastAsia="Arial" w:hAnsi="Arial"/>
          <w:color w:val="5d7284"/>
          <w:sz w:val="22"/>
          <w:szCs w:val="22"/>
          <w:rtl w:val="0"/>
        </w:rPr>
        <w:t xml:space="preserve">05:34</w:t>
      </w:r>
      <w:r w:rsidDel="00000000" w:rsidR="00000000" w:rsidRPr="00000000">
        <w:rPr>
          <w:rtl w:val="0"/>
        </w:rPr>
      </w:r>
    </w:p>
    <w:p w:rsidR="00000000" w:rsidDel="00000000" w:rsidP="00000000" w:rsidRDefault="00000000" w:rsidRPr="00000000" w14:paraId="00000062">
      <w:pPr>
        <w:spacing w:after="0" w:lineRule="auto"/>
        <w:rPr/>
      </w:pPr>
      <w:r w:rsidDel="00000000" w:rsidR="00000000" w:rsidRPr="00000000">
        <w:rPr>
          <w:rFonts w:ascii="Arial" w:cs="Arial" w:eastAsia="Arial" w:hAnsi="Arial"/>
          <w:sz w:val="22"/>
          <w:szCs w:val="22"/>
          <w:rtl w:val="0"/>
        </w:rPr>
        <w:t xml:space="preserve">But Jimmy's godmother, my great aunt, Mary, she had the half acre, acre on the on the corner there, with the brook right next to your land there</w:t>
      </w:r>
      <w:r w:rsidDel="00000000" w:rsidR="00000000" w:rsidRPr="00000000">
        <w:rPr>
          <w:rtl w:val="0"/>
        </w:rPr>
      </w:r>
    </w:p>
    <w:p w:rsidR="00000000" w:rsidDel="00000000" w:rsidP="00000000" w:rsidRDefault="00000000" w:rsidRPr="00000000" w14:paraId="00000063">
      <w:pPr>
        <w:spacing w:after="0" w:lineRule="auto"/>
        <w:rPr/>
      </w:pPr>
      <w:r w:rsidDel="00000000" w:rsidR="00000000" w:rsidRPr="00000000">
        <w:rPr>
          <w:rtl w:val="0"/>
        </w:rPr>
      </w:r>
    </w:p>
    <w:p w:rsidR="00000000" w:rsidDel="00000000" w:rsidP="00000000" w:rsidRDefault="00000000" w:rsidRPr="00000000" w14:paraId="00000064">
      <w:pPr>
        <w:spacing w:after="0" w:lineRule="auto"/>
        <w:rPr/>
      </w:pPr>
      <w:r w:rsidDel="00000000" w:rsidR="00000000" w:rsidRPr="00000000">
        <w:rPr>
          <w:rFonts w:ascii="Arial" w:cs="Arial" w:eastAsia="Arial" w:hAnsi="Arial"/>
          <w:color w:val="5d7284"/>
          <w:sz w:val="22"/>
          <w:szCs w:val="22"/>
          <w:rtl w:val="0"/>
        </w:rPr>
        <w:t xml:space="preserve">05:45</w:t>
      </w:r>
      <w:r w:rsidDel="00000000" w:rsidR="00000000" w:rsidRPr="00000000">
        <w:rPr>
          <w:rtl w:val="0"/>
        </w:rPr>
      </w:r>
    </w:p>
    <w:p w:rsidR="00000000" w:rsidDel="00000000" w:rsidP="00000000" w:rsidRDefault="00000000" w:rsidRPr="00000000" w14:paraId="00000065">
      <w:pPr>
        <w:spacing w:after="0" w:lineRule="auto"/>
        <w:rPr/>
      </w:pPr>
      <w:r w:rsidDel="00000000" w:rsidR="00000000" w:rsidRPr="00000000">
        <w:rPr>
          <w:rFonts w:ascii="Arial" w:cs="Arial" w:eastAsia="Arial" w:hAnsi="Arial"/>
          <w:sz w:val="22"/>
          <w:szCs w:val="22"/>
          <w:rtl w:val="0"/>
        </w:rPr>
        <w:t xml:space="preserve">where the outhouse is hanging over the brook. He doesn't use it anymore. He says, Thanks be to God.</w:t>
      </w:r>
      <w:r w:rsidDel="00000000" w:rsidR="00000000" w:rsidRPr="00000000">
        <w:rPr>
          <w:rtl w:val="0"/>
        </w:rPr>
      </w:r>
    </w:p>
    <w:p w:rsidR="00000000" w:rsidDel="00000000" w:rsidP="00000000" w:rsidRDefault="00000000" w:rsidRPr="00000000" w14:paraId="00000066">
      <w:pPr>
        <w:spacing w:after="0" w:lineRule="auto"/>
        <w:rPr/>
      </w:pPr>
      <w:r w:rsidDel="00000000" w:rsidR="00000000" w:rsidRPr="00000000">
        <w:rPr>
          <w:rtl w:val="0"/>
        </w:rPr>
      </w:r>
    </w:p>
    <w:p w:rsidR="00000000" w:rsidDel="00000000" w:rsidP="00000000" w:rsidRDefault="00000000" w:rsidRPr="00000000" w14:paraId="00000067">
      <w:pPr>
        <w:spacing w:after="0" w:lineRule="auto"/>
        <w:rPr/>
      </w:pPr>
      <w:r w:rsidDel="00000000" w:rsidR="00000000" w:rsidRPr="00000000">
        <w:rPr>
          <w:rFonts w:ascii="Arial" w:cs="Arial" w:eastAsia="Arial" w:hAnsi="Arial"/>
          <w:color w:val="5d7284"/>
          <w:sz w:val="22"/>
          <w:szCs w:val="22"/>
          <w:rtl w:val="0"/>
        </w:rPr>
        <w:t xml:space="preserve">05:52</w:t>
      </w:r>
      <w:r w:rsidDel="00000000" w:rsidR="00000000" w:rsidRPr="00000000">
        <w:rPr>
          <w:rtl w:val="0"/>
        </w:rPr>
      </w:r>
    </w:p>
    <w:p w:rsidR="00000000" w:rsidDel="00000000" w:rsidP="00000000" w:rsidRDefault="00000000" w:rsidRPr="00000000" w14:paraId="00000068">
      <w:pPr>
        <w:spacing w:after="0" w:lineRule="auto"/>
        <w:rPr/>
      </w:pPr>
      <w:r w:rsidDel="00000000" w:rsidR="00000000" w:rsidRPr="00000000">
        <w:rPr>
          <w:rFonts w:ascii="Arial" w:cs="Arial" w:eastAsia="Arial" w:hAnsi="Arial"/>
          <w:sz w:val="22"/>
          <w:szCs w:val="22"/>
          <w:rtl w:val="0"/>
        </w:rPr>
        <w:t xml:space="preserve">But</w:t>
      </w:r>
      <w:r w:rsidDel="00000000" w:rsidR="00000000" w:rsidRPr="00000000">
        <w:rPr>
          <w:rtl w:val="0"/>
        </w:rPr>
      </w:r>
    </w:p>
    <w:p w:rsidR="00000000" w:rsidDel="00000000" w:rsidP="00000000" w:rsidRDefault="00000000" w:rsidRPr="00000000" w14:paraId="00000069">
      <w:pPr>
        <w:spacing w:after="0" w:lineRule="auto"/>
        <w:rPr/>
      </w:pPr>
      <w:r w:rsidDel="00000000" w:rsidR="00000000" w:rsidRPr="00000000">
        <w:rPr>
          <w:rtl w:val="0"/>
        </w:rPr>
      </w:r>
    </w:p>
    <w:p w:rsidR="00000000" w:rsidDel="00000000" w:rsidP="00000000" w:rsidRDefault="00000000" w:rsidRPr="00000000" w14:paraId="0000006A">
      <w:pPr>
        <w:spacing w:after="0" w:lineRule="auto"/>
        <w:rPr/>
      </w:pPr>
      <w:r w:rsidDel="00000000" w:rsidR="00000000" w:rsidRPr="00000000">
        <w:rPr>
          <w:rFonts w:ascii="Arial" w:cs="Arial" w:eastAsia="Arial" w:hAnsi="Arial"/>
          <w:color w:val="5d7284"/>
          <w:sz w:val="22"/>
          <w:szCs w:val="22"/>
          <w:rtl w:val="0"/>
        </w:rPr>
        <w:t xml:space="preserve">05:53</w:t>
      </w:r>
      <w:r w:rsidDel="00000000" w:rsidR="00000000" w:rsidRPr="00000000">
        <w:rPr>
          <w:rtl w:val="0"/>
        </w:rPr>
      </w:r>
    </w:p>
    <w:p w:rsidR="00000000" w:rsidDel="00000000" w:rsidP="00000000" w:rsidRDefault="00000000" w:rsidRPr="00000000" w14:paraId="0000006B">
      <w:pPr>
        <w:spacing w:after="0" w:lineRule="auto"/>
        <w:rPr/>
      </w:pPr>
      <w:r w:rsidDel="00000000" w:rsidR="00000000" w:rsidRPr="00000000">
        <w:rPr>
          <w:rFonts w:ascii="Arial" w:cs="Arial" w:eastAsia="Arial" w:hAnsi="Arial"/>
          <w:sz w:val="22"/>
          <w:szCs w:val="22"/>
          <w:rtl w:val="0"/>
        </w:rPr>
        <w:t xml:space="preserve">so </w:t>
      </w:r>
      <w:r w:rsidDel="00000000" w:rsidR="00000000" w:rsidRPr="00000000">
        <w:rPr>
          <w:rFonts w:ascii="Arial" w:cs="Arial" w:eastAsia="Arial" w:hAnsi="Arial"/>
          <w:rtl w:val="0"/>
        </w:rPr>
        <w:t xml:space="preserve">that's Mary</w:t>
      </w:r>
      <w:r w:rsidDel="00000000" w:rsidR="00000000" w:rsidRPr="00000000">
        <w:rPr>
          <w:rFonts w:ascii="Arial" w:cs="Arial" w:eastAsia="Arial" w:hAnsi="Arial"/>
          <w:sz w:val="22"/>
          <w:szCs w:val="22"/>
          <w:rtl w:val="0"/>
        </w:rPr>
        <w:t xml:space="preserve"> Leddy there. Now, our aunt, Mary Leddy </w:t>
      </w:r>
      <w:r w:rsidDel="00000000" w:rsidR="00000000" w:rsidRPr="00000000">
        <w:rPr>
          <w:rFonts w:ascii="Arial" w:cs="Arial" w:eastAsia="Arial" w:hAnsi="Arial"/>
          <w:rtl w:val="0"/>
        </w:rPr>
        <w:t xml:space="preserve">owned</w:t>
      </w:r>
      <w:r w:rsidDel="00000000" w:rsidR="00000000" w:rsidRPr="00000000">
        <w:rPr>
          <w:rFonts w:ascii="Arial" w:cs="Arial" w:eastAsia="Arial" w:hAnsi="Arial"/>
          <w:sz w:val="22"/>
          <w:szCs w:val="22"/>
          <w:rtl w:val="0"/>
        </w:rPr>
        <w:t xml:space="preserve">, probably an acre of land this side of that, and they had it. There was a camp there.</w:t>
      </w:r>
      <w:r w:rsidDel="00000000" w:rsidR="00000000" w:rsidRPr="00000000">
        <w:rPr>
          <w:rtl w:val="0"/>
        </w:rPr>
      </w:r>
    </w:p>
    <w:p w:rsidR="00000000" w:rsidDel="00000000" w:rsidP="00000000" w:rsidRDefault="00000000" w:rsidRPr="00000000" w14:paraId="0000006C">
      <w:pPr>
        <w:spacing w:after="0" w:lineRule="auto"/>
        <w:rPr/>
      </w:pPr>
      <w:r w:rsidDel="00000000" w:rsidR="00000000" w:rsidRPr="00000000">
        <w:rPr>
          <w:rtl w:val="0"/>
        </w:rPr>
      </w:r>
    </w:p>
    <w:p w:rsidR="00000000" w:rsidDel="00000000" w:rsidP="00000000" w:rsidRDefault="00000000" w:rsidRPr="00000000" w14:paraId="0000006D">
      <w:pPr>
        <w:spacing w:after="0" w:lineRule="auto"/>
        <w:rPr/>
      </w:pPr>
      <w:r w:rsidDel="00000000" w:rsidR="00000000" w:rsidRPr="00000000">
        <w:rPr>
          <w:rFonts w:ascii="Arial" w:cs="Arial" w:eastAsia="Arial" w:hAnsi="Arial"/>
          <w:color w:val="5d7284"/>
          <w:sz w:val="22"/>
          <w:szCs w:val="22"/>
          <w:rtl w:val="0"/>
        </w:rPr>
        <w:t xml:space="preserve">06:04</w:t>
      </w:r>
      <w:r w:rsidDel="00000000" w:rsidR="00000000" w:rsidRPr="00000000">
        <w:rPr>
          <w:rtl w:val="0"/>
        </w:rPr>
      </w:r>
    </w:p>
    <w:p w:rsidR="00000000" w:rsidDel="00000000" w:rsidP="00000000" w:rsidRDefault="00000000" w:rsidRPr="00000000" w14:paraId="0000006E">
      <w:pPr>
        <w:spacing w:after="0" w:lineRule="auto"/>
        <w:rPr/>
      </w:pPr>
      <w:r w:rsidDel="00000000" w:rsidR="00000000" w:rsidRPr="00000000">
        <w:rPr>
          <w:rFonts w:ascii="Arial" w:cs="Arial" w:eastAsia="Arial" w:hAnsi="Arial"/>
          <w:sz w:val="22"/>
          <w:szCs w:val="22"/>
          <w:rtl w:val="0"/>
        </w:rPr>
        <w:t xml:space="preserve">My father's sister, Mary Leddy</w:t>
      </w:r>
      <w:r w:rsidDel="00000000" w:rsidR="00000000" w:rsidRPr="00000000">
        <w:rPr>
          <w:rFonts w:ascii="Arial" w:cs="Arial" w:eastAsia="Arial" w:hAnsi="Arial"/>
          <w:rtl w:val="0"/>
        </w:rPr>
        <w:t xml:space="preserve"> L</w:t>
      </w:r>
      <w:r w:rsidDel="00000000" w:rsidR="00000000" w:rsidRPr="00000000">
        <w:rPr>
          <w:rFonts w:ascii="Arial" w:cs="Arial" w:eastAsia="Arial" w:hAnsi="Arial"/>
          <w:sz w:val="22"/>
          <w:szCs w:val="22"/>
          <w:rtl w:val="0"/>
        </w:rPr>
        <w:t xml:space="preserve">uck, right? You know Michael luck. He's down the road here,</w:t>
      </w:r>
      <w:r w:rsidDel="00000000" w:rsidR="00000000" w:rsidRPr="00000000">
        <w:rPr>
          <w:rtl w:val="0"/>
        </w:rPr>
      </w:r>
    </w:p>
    <w:p w:rsidR="00000000" w:rsidDel="00000000" w:rsidP="00000000" w:rsidRDefault="00000000" w:rsidRPr="00000000" w14:paraId="0000006F">
      <w:pPr>
        <w:spacing w:after="0" w:lineRule="auto"/>
        <w:rPr/>
      </w:pPr>
      <w:r w:rsidDel="00000000" w:rsidR="00000000" w:rsidRPr="00000000">
        <w:rPr>
          <w:rtl w:val="0"/>
        </w:rPr>
      </w:r>
    </w:p>
    <w:p w:rsidR="00000000" w:rsidDel="00000000" w:rsidP="00000000" w:rsidRDefault="00000000" w:rsidRPr="00000000" w14:paraId="00000070">
      <w:pPr>
        <w:spacing w:after="0" w:lineRule="auto"/>
        <w:rPr/>
      </w:pPr>
      <w:r w:rsidDel="00000000" w:rsidR="00000000" w:rsidRPr="00000000">
        <w:rPr>
          <w:rFonts w:ascii="Arial" w:cs="Arial" w:eastAsia="Arial" w:hAnsi="Arial"/>
          <w:color w:val="5d7284"/>
          <w:sz w:val="22"/>
          <w:szCs w:val="22"/>
          <w:rtl w:val="0"/>
        </w:rPr>
        <w:t xml:space="preserve">06:11</w:t>
      </w:r>
      <w:r w:rsidDel="00000000" w:rsidR="00000000" w:rsidRPr="00000000">
        <w:rPr>
          <w:rtl w:val="0"/>
        </w:rPr>
      </w:r>
    </w:p>
    <w:p w:rsidR="00000000" w:rsidDel="00000000" w:rsidP="00000000" w:rsidRDefault="00000000" w:rsidRPr="00000000" w14:paraId="00000071">
      <w:pPr>
        <w:spacing w:after="0" w:lineRule="auto"/>
        <w:rPr/>
      </w:pPr>
      <w:r w:rsidDel="00000000" w:rsidR="00000000" w:rsidRPr="00000000">
        <w:rPr>
          <w:rFonts w:ascii="Arial" w:cs="Arial" w:eastAsia="Arial" w:hAnsi="Arial"/>
          <w:sz w:val="22"/>
          <w:szCs w:val="22"/>
          <w:rtl w:val="0"/>
        </w:rPr>
        <w:t xml:space="preserve">and Barbara, right? That was their summer camp. They live in Burlington, but they moved up for the summer like your grandfather moved up from from Boston</w:t>
      </w:r>
      <w:r w:rsidDel="00000000" w:rsidR="00000000" w:rsidRPr="00000000">
        <w:rPr>
          <w:rtl w:val="0"/>
        </w:rPr>
      </w:r>
    </w:p>
    <w:p w:rsidR="00000000" w:rsidDel="00000000" w:rsidP="00000000" w:rsidRDefault="00000000" w:rsidRPr="00000000" w14:paraId="00000072">
      <w:pPr>
        <w:spacing w:after="0" w:lineRule="auto"/>
        <w:rPr/>
      </w:pPr>
      <w:r w:rsidDel="00000000" w:rsidR="00000000" w:rsidRPr="00000000">
        <w:rPr>
          <w:rtl w:val="0"/>
        </w:rPr>
      </w:r>
    </w:p>
    <w:p w:rsidR="00000000" w:rsidDel="00000000" w:rsidP="00000000" w:rsidRDefault="00000000" w:rsidRPr="00000000" w14:paraId="00000073">
      <w:pPr>
        <w:spacing w:after="0" w:lineRule="auto"/>
        <w:rPr/>
      </w:pPr>
      <w:r w:rsidDel="00000000" w:rsidR="00000000" w:rsidRPr="00000000">
        <w:rPr>
          <w:rFonts w:ascii="Arial" w:cs="Arial" w:eastAsia="Arial" w:hAnsi="Arial"/>
          <w:color w:val="5d7284"/>
          <w:sz w:val="22"/>
          <w:szCs w:val="22"/>
          <w:rtl w:val="0"/>
        </w:rPr>
        <w:t xml:space="preserve">06:21</w:t>
      </w:r>
      <w:r w:rsidDel="00000000" w:rsidR="00000000" w:rsidRPr="00000000">
        <w:rPr>
          <w:rtl w:val="0"/>
        </w:rPr>
      </w:r>
    </w:p>
    <w:p w:rsidR="00000000" w:rsidDel="00000000" w:rsidP="00000000" w:rsidRDefault="00000000" w:rsidRPr="00000000" w14:paraId="00000074">
      <w:pPr>
        <w:spacing w:after="0" w:lineRule="auto"/>
        <w:rPr/>
      </w:pPr>
      <w:r w:rsidDel="00000000" w:rsidR="00000000" w:rsidRPr="00000000">
        <w:rPr>
          <w:rFonts w:ascii="Arial" w:cs="Arial" w:eastAsia="Arial" w:hAnsi="Arial"/>
          <w:sz w:val="22"/>
          <w:szCs w:val="22"/>
          <w:rtl w:val="0"/>
        </w:rPr>
        <w:t xml:space="preserve">for the clean air, I guess. And </w:t>
      </w:r>
      <w:r w:rsidDel="00000000" w:rsidR="00000000" w:rsidRPr="00000000">
        <w:rPr>
          <w:rFonts w:ascii="Arial" w:cs="Arial" w:eastAsia="Arial" w:hAnsi="Arial"/>
          <w:rtl w:val="0"/>
        </w:rPr>
        <w:t xml:space="preserve">they'd be</w:t>
      </w:r>
      <w:r w:rsidDel="00000000" w:rsidR="00000000" w:rsidRPr="00000000">
        <w:rPr>
          <w:rFonts w:ascii="Arial" w:cs="Arial" w:eastAsia="Arial" w:hAnsi="Arial"/>
          <w:sz w:val="22"/>
          <w:szCs w:val="22"/>
          <w:rtl w:val="0"/>
        </w:rPr>
        <w:t xml:space="preserve"> here </w:t>
      </w:r>
      <w:r w:rsidDel="00000000" w:rsidR="00000000" w:rsidRPr="00000000">
        <w:rPr>
          <w:rFonts w:ascii="Arial" w:cs="Arial" w:eastAsia="Arial" w:hAnsi="Arial"/>
          <w:rtl w:val="0"/>
        </w:rPr>
        <w:t xml:space="preserve">from June</w:t>
      </w:r>
      <w:r w:rsidDel="00000000" w:rsidR="00000000" w:rsidRPr="00000000">
        <w:rPr>
          <w:rFonts w:ascii="Arial" w:cs="Arial" w:eastAsia="Arial" w:hAnsi="Arial"/>
          <w:sz w:val="22"/>
          <w:szCs w:val="22"/>
          <w:rtl w:val="0"/>
        </w:rPr>
        <w:t xml:space="preserve"> to Labor Day in that camp </w:t>
      </w:r>
      <w:r w:rsidDel="00000000" w:rsidR="00000000" w:rsidRPr="00000000">
        <w:rPr>
          <w:rFonts w:ascii="Arial" w:cs="Arial" w:eastAsia="Arial" w:hAnsi="Arial"/>
          <w:rtl w:val="0"/>
        </w:rPr>
        <w:t xml:space="preserve">where they</w:t>
      </w:r>
      <w:r w:rsidDel="00000000" w:rsidR="00000000" w:rsidRPr="00000000">
        <w:rPr>
          <w:rFonts w:ascii="Arial" w:cs="Arial" w:eastAsia="Arial" w:hAnsi="Arial"/>
          <w:sz w:val="22"/>
          <w:szCs w:val="22"/>
          <w:rtl w:val="0"/>
        </w:rPr>
        <w:t xml:space="preserve"> sold it, I think, to Maple Leaf, I think. And then Maple Leaf locked it down. Now it's sort of, Michael sold it. Michael sold it. </w:t>
      </w:r>
      <w:r w:rsidDel="00000000" w:rsidR="00000000" w:rsidRPr="00000000">
        <w:rPr>
          <w:rFonts w:ascii="Arial" w:cs="Arial" w:eastAsia="Arial" w:hAnsi="Arial"/>
          <w:rtl w:val="0"/>
        </w:rPr>
        <w:t xml:space="preserve">It was</w:t>
      </w:r>
      <w:r w:rsidDel="00000000" w:rsidR="00000000" w:rsidRPr="00000000">
        <w:rPr>
          <w:rFonts w:ascii="Arial" w:cs="Arial" w:eastAsia="Arial" w:hAnsi="Arial"/>
          <w:sz w:val="22"/>
          <w:szCs w:val="22"/>
          <w:rtl w:val="0"/>
        </w:rPr>
        <w:t xml:space="preserve"> one of the smallest camps you'd ever</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75">
      <w:pPr>
        <w:spacing w:after="0" w:lineRule="auto"/>
        <w:rPr/>
      </w:pPr>
      <w:r w:rsidDel="00000000" w:rsidR="00000000" w:rsidRPr="00000000">
        <w:rPr>
          <w:rtl w:val="0"/>
        </w:rPr>
      </w:r>
    </w:p>
    <w:p w:rsidR="00000000" w:rsidDel="00000000" w:rsidP="00000000" w:rsidRDefault="00000000" w:rsidRPr="00000000" w14:paraId="00000076">
      <w:pPr>
        <w:spacing w:after="0" w:lineRule="auto"/>
        <w:rPr/>
      </w:pPr>
      <w:r w:rsidDel="00000000" w:rsidR="00000000" w:rsidRPr="00000000">
        <w:rPr>
          <w:rFonts w:ascii="Arial" w:cs="Arial" w:eastAsia="Arial" w:hAnsi="Arial"/>
          <w:color w:val="5d7284"/>
          <w:sz w:val="22"/>
          <w:szCs w:val="22"/>
          <w:rtl w:val="0"/>
        </w:rPr>
        <w:t xml:space="preserve">06:44</w:t>
      </w:r>
      <w:r w:rsidDel="00000000" w:rsidR="00000000" w:rsidRPr="00000000">
        <w:rPr>
          <w:rtl w:val="0"/>
        </w:rPr>
      </w:r>
    </w:p>
    <w:p w:rsidR="00000000" w:rsidDel="00000000" w:rsidP="00000000" w:rsidRDefault="00000000" w:rsidRPr="00000000" w14:paraId="00000077">
      <w:pPr>
        <w:spacing w:after="0" w:lineRule="auto"/>
        <w:rPr/>
      </w:pPr>
      <w:r w:rsidDel="00000000" w:rsidR="00000000" w:rsidRPr="00000000">
        <w:rPr>
          <w:rFonts w:ascii="Arial" w:cs="Arial" w:eastAsia="Arial" w:hAnsi="Arial"/>
          <w:sz w:val="22"/>
          <w:szCs w:val="22"/>
          <w:rtl w:val="0"/>
        </w:rPr>
        <w:t xml:space="preserve">so that.</w:t>
      </w:r>
      <w:r w:rsidDel="00000000" w:rsidR="00000000" w:rsidRPr="00000000">
        <w:rPr>
          <w:rtl w:val="0"/>
        </w:rPr>
      </w:r>
    </w:p>
    <w:p w:rsidR="00000000" w:rsidDel="00000000" w:rsidP="00000000" w:rsidRDefault="00000000" w:rsidRPr="00000000" w14:paraId="00000078">
      <w:pPr>
        <w:spacing w:after="0" w:lineRule="auto"/>
        <w:rPr/>
      </w:pPr>
      <w:r w:rsidDel="00000000" w:rsidR="00000000" w:rsidRPr="00000000">
        <w:rPr>
          <w:rtl w:val="0"/>
        </w:rPr>
      </w:r>
    </w:p>
    <w:p w:rsidR="00000000" w:rsidDel="00000000" w:rsidP="00000000" w:rsidRDefault="00000000" w:rsidRPr="00000000" w14:paraId="00000079">
      <w:pPr>
        <w:spacing w:after="0" w:lineRule="auto"/>
        <w:rPr/>
      </w:pPr>
      <w:r w:rsidDel="00000000" w:rsidR="00000000" w:rsidRPr="00000000">
        <w:rPr>
          <w:rFonts w:ascii="Arial" w:cs="Arial" w:eastAsia="Arial" w:hAnsi="Arial"/>
          <w:color w:val="5d7284"/>
          <w:sz w:val="22"/>
          <w:szCs w:val="22"/>
          <w:rtl w:val="0"/>
        </w:rPr>
        <w:t xml:space="preserve">06:45</w:t>
      </w:r>
      <w:r w:rsidDel="00000000" w:rsidR="00000000" w:rsidRPr="00000000">
        <w:rPr>
          <w:rtl w:val="0"/>
        </w:rPr>
      </w:r>
    </w:p>
    <w:p w:rsidR="00000000" w:rsidDel="00000000" w:rsidP="00000000" w:rsidRDefault="00000000" w:rsidRPr="00000000" w14:paraId="0000007A">
      <w:pPr>
        <w:spacing w:after="0" w:lineRule="auto"/>
        <w:rPr/>
      </w:pPr>
      <w:r w:rsidDel="00000000" w:rsidR="00000000" w:rsidRPr="00000000">
        <w:rPr>
          <w:rFonts w:ascii="Arial" w:cs="Arial" w:eastAsia="Arial" w:hAnsi="Arial"/>
          <w:sz w:val="22"/>
          <w:szCs w:val="22"/>
          <w:rtl w:val="0"/>
        </w:rPr>
        <w:t xml:space="preserve">So that's sort of the history there that my father seems there's another one piece of interesting history. </w:t>
      </w:r>
      <w:r w:rsidDel="00000000" w:rsidR="00000000" w:rsidRPr="00000000">
        <w:rPr>
          <w:rFonts w:ascii="Arial" w:cs="Arial" w:eastAsia="Arial" w:hAnsi="Arial"/>
          <w:rtl w:val="0"/>
        </w:rPr>
        <w:t xml:space="preserve">My</w:t>
      </w:r>
      <w:r w:rsidDel="00000000" w:rsidR="00000000" w:rsidRPr="00000000">
        <w:rPr>
          <w:rFonts w:ascii="Arial" w:cs="Arial" w:eastAsia="Arial" w:hAnsi="Arial"/>
          <w:sz w:val="22"/>
          <w:szCs w:val="22"/>
          <w:rtl w:val="0"/>
        </w:rPr>
        <w:t xml:space="preserve"> namesake, John </w:t>
      </w:r>
      <w:r w:rsidDel="00000000" w:rsidR="00000000" w:rsidRPr="00000000">
        <w:rPr>
          <w:rFonts w:ascii="Arial" w:cs="Arial" w:eastAsia="Arial" w:hAnsi="Arial"/>
          <w:rtl w:val="0"/>
        </w:rPr>
        <w:t xml:space="preserve">Leddy</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7B">
      <w:pPr>
        <w:spacing w:after="0" w:lineRule="auto"/>
        <w:rPr/>
      </w:pPr>
      <w:r w:rsidDel="00000000" w:rsidR="00000000" w:rsidRPr="00000000">
        <w:rPr>
          <w:rtl w:val="0"/>
        </w:rPr>
      </w:r>
    </w:p>
    <w:p w:rsidR="00000000" w:rsidDel="00000000" w:rsidP="00000000" w:rsidRDefault="00000000" w:rsidRPr="00000000" w14:paraId="0000007C">
      <w:pPr>
        <w:spacing w:after="0" w:lineRule="auto"/>
        <w:rPr/>
      </w:pPr>
      <w:r w:rsidDel="00000000" w:rsidR="00000000" w:rsidRPr="00000000">
        <w:rPr>
          <w:rFonts w:ascii="Arial" w:cs="Arial" w:eastAsia="Arial" w:hAnsi="Arial"/>
          <w:color w:val="5d7284"/>
          <w:sz w:val="22"/>
          <w:szCs w:val="22"/>
          <w:rtl w:val="0"/>
        </w:rPr>
        <w:t xml:space="preserve">06:53</w:t>
      </w:r>
      <w:r w:rsidDel="00000000" w:rsidR="00000000" w:rsidRPr="00000000">
        <w:rPr>
          <w:rtl w:val="0"/>
        </w:rPr>
      </w:r>
    </w:p>
    <w:p w:rsidR="00000000" w:rsidDel="00000000" w:rsidP="00000000" w:rsidRDefault="00000000" w:rsidRPr="00000000" w14:paraId="0000007D">
      <w:pPr>
        <w:spacing w:after="0" w:lineRule="auto"/>
        <w:rPr/>
      </w:pPr>
      <w:r w:rsidDel="00000000" w:rsidR="00000000" w:rsidRPr="00000000">
        <w:rPr>
          <w:rFonts w:ascii="Arial" w:cs="Arial" w:eastAsia="Arial" w:hAnsi="Arial"/>
          <w:sz w:val="22"/>
          <w:szCs w:val="22"/>
          <w:rtl w:val="0"/>
        </w:rPr>
        <w:t xml:space="preserve">He was born here, but he was he co</w:t>
      </w:r>
      <w:r w:rsidDel="00000000" w:rsidR="00000000" w:rsidRPr="00000000">
        <w:rPr>
          <w:rFonts w:ascii="Arial" w:cs="Arial" w:eastAsia="Arial" w:hAnsi="Arial"/>
          <w:rtl w:val="0"/>
        </w:rPr>
        <w:t xml:space="preserve">urting </w:t>
      </w:r>
      <w:r w:rsidDel="00000000" w:rsidR="00000000" w:rsidRPr="00000000">
        <w:rPr>
          <w:rFonts w:ascii="Arial" w:cs="Arial" w:eastAsia="Arial" w:hAnsi="Arial"/>
          <w:sz w:val="22"/>
          <w:szCs w:val="22"/>
          <w:rtl w:val="0"/>
        </w:rPr>
        <w:t xml:space="preserve"> a woman from</w:t>
      </w:r>
      <w:r w:rsidDel="00000000" w:rsidR="00000000" w:rsidRPr="00000000">
        <w:rPr>
          <w:rtl w:val="0"/>
        </w:rPr>
      </w:r>
    </w:p>
    <w:p w:rsidR="00000000" w:rsidDel="00000000" w:rsidP="00000000" w:rsidRDefault="00000000" w:rsidRPr="00000000" w14:paraId="0000007E">
      <w:pPr>
        <w:spacing w:after="0" w:lineRule="auto"/>
        <w:rPr/>
      </w:pPr>
      <w:r w:rsidDel="00000000" w:rsidR="00000000" w:rsidRPr="00000000">
        <w:rPr>
          <w:rtl w:val="0"/>
        </w:rPr>
      </w:r>
    </w:p>
    <w:p w:rsidR="00000000" w:rsidDel="00000000" w:rsidP="00000000" w:rsidRDefault="00000000" w:rsidRPr="00000000" w14:paraId="0000007F">
      <w:pPr>
        <w:spacing w:after="0" w:lineRule="auto"/>
        <w:rPr/>
      </w:pPr>
      <w:r w:rsidDel="00000000" w:rsidR="00000000" w:rsidRPr="00000000">
        <w:rPr>
          <w:rFonts w:ascii="Arial" w:cs="Arial" w:eastAsia="Arial" w:hAnsi="Arial"/>
          <w:color w:val="5d7284"/>
          <w:sz w:val="22"/>
          <w:szCs w:val="22"/>
          <w:rtl w:val="0"/>
        </w:rPr>
        <w:t xml:space="preserve">06:59</w:t>
      </w:r>
      <w:r w:rsidDel="00000000" w:rsidR="00000000" w:rsidRPr="00000000">
        <w:rPr>
          <w:rtl w:val="0"/>
        </w:rPr>
      </w:r>
    </w:p>
    <w:p w:rsidR="00000000" w:rsidDel="00000000" w:rsidP="00000000" w:rsidRDefault="00000000" w:rsidRPr="00000000" w14:paraId="00000080">
      <w:pPr>
        <w:spacing w:after="0" w:lineRule="auto"/>
        <w:rPr/>
      </w:pPr>
      <w:r w:rsidDel="00000000" w:rsidR="00000000" w:rsidRPr="00000000">
        <w:rPr>
          <w:rFonts w:ascii="Arial" w:cs="Arial" w:eastAsia="Arial" w:hAnsi="Arial"/>
          <w:sz w:val="22"/>
          <w:szCs w:val="22"/>
          <w:rtl w:val="0"/>
        </w:rPr>
        <w:t xml:space="preserve">the west Bolton road</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2"/>
          <w:szCs w:val="22"/>
          <w:rtl w:val="0"/>
        </w:rPr>
        <w:t xml:space="preserve">the </w:t>
      </w:r>
      <w:r w:rsidDel="00000000" w:rsidR="00000000" w:rsidRPr="00000000">
        <w:rPr>
          <w:rFonts w:ascii="Arial" w:cs="Arial" w:eastAsia="Arial" w:hAnsi="Arial"/>
          <w:rtl w:val="0"/>
        </w:rPr>
        <w:t xml:space="preserve">Krug Rd </w:t>
      </w:r>
      <w:r w:rsidDel="00000000" w:rsidR="00000000" w:rsidRPr="00000000">
        <w:rPr>
          <w:rFonts w:ascii="Arial" w:cs="Arial" w:eastAsia="Arial" w:hAnsi="Arial"/>
          <w:sz w:val="22"/>
          <w:szCs w:val="22"/>
          <w:rtl w:val="0"/>
        </w:rPr>
        <w:t xml:space="preserve"> near St Thomas' church, goes up. It goes up about four or 500 yards, and it stops here because the fi</w:t>
      </w:r>
      <w:r w:rsidDel="00000000" w:rsidR="00000000" w:rsidRPr="00000000">
        <w:rPr>
          <w:rFonts w:ascii="Arial" w:cs="Arial" w:eastAsia="Arial" w:hAnsi="Arial"/>
          <w:rtl w:val="0"/>
        </w:rPr>
        <w:t xml:space="preserve">ring </w:t>
      </w:r>
      <w:r w:rsidDel="00000000" w:rsidR="00000000" w:rsidRPr="00000000">
        <w:rPr>
          <w:rFonts w:ascii="Arial" w:cs="Arial" w:eastAsia="Arial" w:hAnsi="Arial"/>
          <w:sz w:val="22"/>
          <w:szCs w:val="22"/>
          <w:rtl w:val="0"/>
        </w:rPr>
        <w:t xml:space="preserve"> range is there. But the Leddy farm was the Marlow farm, I should say, was on the artillery range. And so he marries in</w:t>
      </w:r>
      <w:r w:rsidDel="00000000" w:rsidR="00000000" w:rsidRPr="00000000">
        <w:rPr>
          <w:rtl w:val="0"/>
        </w:rPr>
      </w:r>
    </w:p>
    <w:p w:rsidR="00000000" w:rsidDel="00000000" w:rsidP="00000000" w:rsidRDefault="00000000" w:rsidRPr="00000000" w14:paraId="00000081">
      <w:pPr>
        <w:spacing w:after="0" w:lineRule="auto"/>
        <w:rPr/>
      </w:pPr>
      <w:r w:rsidDel="00000000" w:rsidR="00000000" w:rsidRPr="00000000">
        <w:rPr>
          <w:rtl w:val="0"/>
        </w:rPr>
      </w:r>
    </w:p>
    <w:p w:rsidR="00000000" w:rsidDel="00000000" w:rsidP="00000000" w:rsidRDefault="00000000" w:rsidRPr="00000000" w14:paraId="00000082">
      <w:pPr>
        <w:spacing w:after="0" w:lineRule="auto"/>
        <w:rPr/>
      </w:pPr>
      <w:r w:rsidDel="00000000" w:rsidR="00000000" w:rsidRPr="00000000">
        <w:rPr>
          <w:rFonts w:ascii="Arial" w:cs="Arial" w:eastAsia="Arial" w:hAnsi="Arial"/>
          <w:color w:val="5d7284"/>
          <w:sz w:val="22"/>
          <w:szCs w:val="22"/>
          <w:rtl w:val="0"/>
        </w:rPr>
        <w:t xml:space="preserve">07:17</w:t>
      </w:r>
      <w:r w:rsidDel="00000000" w:rsidR="00000000" w:rsidRPr="00000000">
        <w:rPr>
          <w:rtl w:val="0"/>
        </w:rPr>
      </w:r>
    </w:p>
    <w:p w:rsidR="00000000" w:rsidDel="00000000" w:rsidP="00000000" w:rsidRDefault="00000000" w:rsidRPr="00000000" w14:paraId="00000083">
      <w:pPr>
        <w:spacing w:after="0" w:lineRule="auto"/>
        <w:rPr/>
      </w:pPr>
      <w:r w:rsidDel="00000000" w:rsidR="00000000" w:rsidRPr="00000000">
        <w:rPr>
          <w:rFonts w:ascii="Arial" w:cs="Arial" w:eastAsia="Arial" w:hAnsi="Arial"/>
          <w:sz w:val="22"/>
          <w:szCs w:val="22"/>
          <w:rtl w:val="0"/>
        </w:rPr>
        <w:t xml:space="preserve">1909, I think my grandmother, and it's interesting, my great grandfather, his name was Frank </w:t>
      </w:r>
      <w:r w:rsidDel="00000000" w:rsidR="00000000" w:rsidRPr="00000000">
        <w:rPr>
          <w:rFonts w:ascii="Arial" w:cs="Arial" w:eastAsia="Arial" w:hAnsi="Arial"/>
          <w:rtl w:val="0"/>
        </w:rPr>
        <w:t xml:space="preserve">Barley</w:t>
      </w:r>
      <w:r w:rsidDel="00000000" w:rsidR="00000000" w:rsidRPr="00000000">
        <w:rPr>
          <w:rFonts w:ascii="Arial" w:cs="Arial" w:eastAsia="Arial" w:hAnsi="Arial"/>
          <w:sz w:val="22"/>
          <w:szCs w:val="22"/>
          <w:rtl w:val="0"/>
        </w:rPr>
        <w:t xml:space="preserve">, who was an average born fellow. He was born in Ireland in 1836 or 1837</w:t>
      </w:r>
      <w:r w:rsidDel="00000000" w:rsidR="00000000" w:rsidRPr="00000000">
        <w:rPr>
          <w:rtl w:val="0"/>
        </w:rPr>
      </w:r>
    </w:p>
    <w:p w:rsidR="00000000" w:rsidDel="00000000" w:rsidP="00000000" w:rsidRDefault="00000000" w:rsidRPr="00000000" w14:paraId="00000084">
      <w:pPr>
        <w:spacing w:after="0" w:lineRule="auto"/>
        <w:rPr/>
      </w:pPr>
      <w:r w:rsidDel="00000000" w:rsidR="00000000" w:rsidRPr="00000000">
        <w:rPr>
          <w:rtl w:val="0"/>
        </w:rPr>
      </w:r>
    </w:p>
    <w:p w:rsidR="00000000" w:rsidDel="00000000" w:rsidP="00000000" w:rsidRDefault="00000000" w:rsidRPr="00000000" w14:paraId="00000085">
      <w:pPr>
        <w:spacing w:after="0" w:lineRule="auto"/>
        <w:rPr/>
      </w:pPr>
      <w:r w:rsidDel="00000000" w:rsidR="00000000" w:rsidRPr="00000000">
        <w:rPr>
          <w:rFonts w:ascii="Arial" w:cs="Arial" w:eastAsia="Arial" w:hAnsi="Arial"/>
          <w:color w:val="5d7284"/>
          <w:sz w:val="22"/>
          <w:szCs w:val="22"/>
          <w:rtl w:val="0"/>
        </w:rPr>
        <w:t xml:space="preserve">07:30</w:t>
      </w:r>
      <w:r w:rsidDel="00000000" w:rsidR="00000000" w:rsidRPr="00000000">
        <w:rPr>
          <w:rtl w:val="0"/>
        </w:rPr>
      </w:r>
    </w:p>
    <w:p w:rsidR="00000000" w:rsidDel="00000000" w:rsidP="00000000" w:rsidRDefault="00000000" w:rsidRPr="00000000" w14:paraId="00000086">
      <w:pPr>
        <w:spacing w:after="0" w:lineRule="auto"/>
        <w:rPr/>
      </w:pPr>
      <w:r w:rsidDel="00000000" w:rsidR="00000000" w:rsidRPr="00000000">
        <w:rPr>
          <w:rFonts w:ascii="Arial" w:cs="Arial" w:eastAsia="Arial" w:hAnsi="Arial"/>
          <w:sz w:val="22"/>
          <w:szCs w:val="22"/>
          <w:rtl w:val="0"/>
        </w:rPr>
        <w:t xml:space="preserve">and he bought his farm here in 1860s</w:t>
      </w:r>
      <w:r w:rsidDel="00000000" w:rsidR="00000000" w:rsidRPr="00000000">
        <w:rPr>
          <w:rtl w:val="0"/>
        </w:rPr>
      </w:r>
    </w:p>
    <w:p w:rsidR="00000000" w:rsidDel="00000000" w:rsidP="00000000" w:rsidRDefault="00000000" w:rsidRPr="00000000" w14:paraId="00000087">
      <w:pPr>
        <w:spacing w:after="0" w:lineRule="auto"/>
        <w:rPr/>
      </w:pPr>
      <w:r w:rsidDel="00000000" w:rsidR="00000000" w:rsidRPr="00000000">
        <w:rPr>
          <w:rtl w:val="0"/>
        </w:rPr>
      </w:r>
    </w:p>
    <w:p w:rsidR="00000000" w:rsidDel="00000000" w:rsidP="00000000" w:rsidRDefault="00000000" w:rsidRPr="00000000" w14:paraId="00000088">
      <w:pPr>
        <w:spacing w:after="0" w:lineRule="auto"/>
        <w:rPr/>
      </w:pPr>
      <w:r w:rsidDel="00000000" w:rsidR="00000000" w:rsidRPr="00000000">
        <w:rPr>
          <w:rFonts w:ascii="Arial" w:cs="Arial" w:eastAsia="Arial" w:hAnsi="Arial"/>
          <w:color w:val="5d7284"/>
          <w:sz w:val="22"/>
          <w:szCs w:val="22"/>
          <w:rtl w:val="0"/>
        </w:rPr>
        <w:t xml:space="preserve">07:34</w:t>
      </w:r>
      <w:r w:rsidDel="00000000" w:rsidR="00000000" w:rsidRPr="00000000">
        <w:rPr>
          <w:rtl w:val="0"/>
        </w:rPr>
      </w:r>
    </w:p>
    <w:p w:rsidR="00000000" w:rsidDel="00000000" w:rsidP="00000000" w:rsidRDefault="00000000" w:rsidRPr="00000000" w14:paraId="00000089">
      <w:pPr>
        <w:spacing w:after="0" w:lineRule="auto"/>
        <w:rPr/>
      </w:pPr>
      <w:r w:rsidDel="00000000" w:rsidR="00000000" w:rsidRPr="00000000">
        <w:rPr>
          <w:rFonts w:ascii="Arial" w:cs="Arial" w:eastAsia="Arial" w:hAnsi="Arial"/>
          <w:sz w:val="22"/>
          <w:szCs w:val="22"/>
          <w:rtl w:val="0"/>
        </w:rPr>
        <w:t xml:space="preserve">where they're firing right now.</w:t>
      </w:r>
      <w:r w:rsidDel="00000000" w:rsidR="00000000" w:rsidRPr="00000000">
        <w:rPr>
          <w:rtl w:val="0"/>
        </w:rPr>
      </w:r>
    </w:p>
    <w:p w:rsidR="00000000" w:rsidDel="00000000" w:rsidP="00000000" w:rsidRDefault="00000000" w:rsidRPr="00000000" w14:paraId="0000008A">
      <w:pPr>
        <w:spacing w:after="0" w:lineRule="auto"/>
        <w:rPr/>
      </w:pPr>
      <w:r w:rsidDel="00000000" w:rsidR="00000000" w:rsidRPr="00000000">
        <w:rPr>
          <w:rtl w:val="0"/>
        </w:rPr>
      </w:r>
    </w:p>
    <w:p w:rsidR="00000000" w:rsidDel="00000000" w:rsidP="00000000" w:rsidRDefault="00000000" w:rsidRPr="00000000" w14:paraId="0000008B">
      <w:pPr>
        <w:spacing w:after="0" w:lineRule="auto"/>
        <w:rPr/>
      </w:pPr>
      <w:r w:rsidDel="00000000" w:rsidR="00000000" w:rsidRPr="00000000">
        <w:rPr>
          <w:rFonts w:ascii="Arial" w:cs="Arial" w:eastAsia="Arial" w:hAnsi="Arial"/>
          <w:color w:val="5d7284"/>
          <w:sz w:val="22"/>
          <w:szCs w:val="22"/>
          <w:rtl w:val="0"/>
        </w:rPr>
        <w:t xml:space="preserve">07:37</w:t>
      </w:r>
      <w:r w:rsidDel="00000000" w:rsidR="00000000" w:rsidRPr="00000000">
        <w:rPr>
          <w:rtl w:val="0"/>
        </w:rPr>
      </w:r>
    </w:p>
    <w:p w:rsidR="00000000" w:rsidDel="00000000" w:rsidP="00000000" w:rsidRDefault="00000000" w:rsidRPr="00000000" w14:paraId="0000008C">
      <w:pPr>
        <w:spacing w:after="0" w:lineRule="auto"/>
        <w:rPr/>
      </w:pPr>
      <w:r w:rsidDel="00000000" w:rsidR="00000000" w:rsidRPr="00000000">
        <w:rPr>
          <w:rFonts w:ascii="Arial" w:cs="Arial" w:eastAsia="Arial" w:hAnsi="Arial"/>
          <w:sz w:val="22"/>
          <w:szCs w:val="22"/>
          <w:rtl w:val="0"/>
        </w:rPr>
        <w:t xml:space="preserve">And so he had it for so he </w:t>
      </w:r>
      <w:r w:rsidDel="00000000" w:rsidR="00000000" w:rsidRPr="00000000">
        <w:rPr>
          <w:rFonts w:ascii="Arial" w:cs="Arial" w:eastAsia="Arial" w:hAnsi="Arial"/>
          <w:rtl w:val="0"/>
        </w:rPr>
        <w:t xml:space="preserve">was probably</w:t>
      </w:r>
      <w:r w:rsidDel="00000000" w:rsidR="00000000" w:rsidRPr="00000000">
        <w:rPr>
          <w:rFonts w:ascii="Arial" w:cs="Arial" w:eastAsia="Arial" w:hAnsi="Arial"/>
          <w:sz w:val="22"/>
          <w:szCs w:val="22"/>
          <w:rtl w:val="0"/>
        </w:rPr>
        <w:t xml:space="preserve"> in his late 70s when his daughter </w:t>
      </w:r>
      <w:r w:rsidDel="00000000" w:rsidR="00000000" w:rsidRPr="00000000">
        <w:rPr>
          <w:rFonts w:ascii="Arial" w:cs="Arial" w:eastAsia="Arial" w:hAnsi="Arial"/>
          <w:rtl w:val="0"/>
        </w:rPr>
        <w:t xml:space="preserve">got</w:t>
      </w:r>
      <w:r w:rsidDel="00000000" w:rsidR="00000000" w:rsidRPr="00000000">
        <w:rPr>
          <w:rFonts w:ascii="Arial" w:cs="Arial" w:eastAsia="Arial" w:hAnsi="Arial"/>
          <w:sz w:val="22"/>
          <w:szCs w:val="22"/>
          <w:rtl w:val="0"/>
        </w:rPr>
        <w:t xml:space="preserve"> married. And so he's living there with his daughter and his son, Uncle Fred,</w:t>
      </w:r>
      <w:r w:rsidDel="00000000" w:rsidR="00000000" w:rsidRPr="00000000">
        <w:rPr>
          <w:rtl w:val="0"/>
        </w:rPr>
      </w:r>
    </w:p>
    <w:p w:rsidR="00000000" w:rsidDel="00000000" w:rsidP="00000000" w:rsidRDefault="00000000" w:rsidRPr="00000000" w14:paraId="0000008D">
      <w:pPr>
        <w:spacing w:after="0" w:lineRule="auto"/>
        <w:rPr/>
      </w:pPr>
      <w:r w:rsidDel="00000000" w:rsidR="00000000" w:rsidRPr="00000000">
        <w:rPr>
          <w:rtl w:val="0"/>
        </w:rPr>
      </w:r>
    </w:p>
    <w:p w:rsidR="00000000" w:rsidDel="00000000" w:rsidP="00000000" w:rsidRDefault="00000000" w:rsidRPr="00000000" w14:paraId="0000008E">
      <w:pPr>
        <w:spacing w:after="0" w:lineRule="auto"/>
        <w:rPr/>
      </w:pPr>
      <w:r w:rsidDel="00000000" w:rsidR="00000000" w:rsidRPr="00000000">
        <w:rPr>
          <w:rFonts w:ascii="Arial" w:cs="Arial" w:eastAsia="Arial" w:hAnsi="Arial"/>
          <w:color w:val="5d7284"/>
          <w:sz w:val="22"/>
          <w:szCs w:val="22"/>
          <w:rtl w:val="0"/>
        </w:rPr>
        <w:t xml:space="preserve">07:50</w:t>
      </w:r>
      <w:r w:rsidDel="00000000" w:rsidR="00000000" w:rsidRPr="00000000">
        <w:rPr>
          <w:rtl w:val="0"/>
        </w:rPr>
      </w:r>
    </w:p>
    <w:p w:rsidR="00000000" w:rsidDel="00000000" w:rsidP="00000000" w:rsidRDefault="00000000" w:rsidRPr="00000000" w14:paraId="0000008F">
      <w:pPr>
        <w:spacing w:after="0" w:lineRule="auto"/>
        <w:rPr/>
      </w:pPr>
      <w:r w:rsidDel="00000000" w:rsidR="00000000" w:rsidRPr="00000000">
        <w:rPr>
          <w:rFonts w:ascii="Arial" w:cs="Arial" w:eastAsia="Arial" w:hAnsi="Arial"/>
          <w:sz w:val="22"/>
          <w:szCs w:val="22"/>
          <w:rtl w:val="0"/>
        </w:rPr>
        <w:t xml:space="preserve">my godfather, Jimmy's. Jimmy's Godfather was born in 1866</w:t>
      </w:r>
      <w:r w:rsidDel="00000000" w:rsidR="00000000" w:rsidRPr="00000000">
        <w:rPr>
          <w:rtl w:val="0"/>
        </w:rPr>
      </w:r>
    </w:p>
    <w:p w:rsidR="00000000" w:rsidDel="00000000" w:rsidP="00000000" w:rsidRDefault="00000000" w:rsidRPr="00000000" w14:paraId="00000090">
      <w:pPr>
        <w:spacing w:after="0" w:lineRule="auto"/>
        <w:rPr/>
      </w:pPr>
      <w:r w:rsidDel="00000000" w:rsidR="00000000" w:rsidRPr="00000000">
        <w:rPr>
          <w:rtl w:val="0"/>
        </w:rPr>
      </w:r>
    </w:p>
    <w:p w:rsidR="00000000" w:rsidDel="00000000" w:rsidP="00000000" w:rsidRDefault="00000000" w:rsidRPr="00000000" w14:paraId="00000091">
      <w:pPr>
        <w:spacing w:after="0" w:lineRule="auto"/>
        <w:rPr/>
      </w:pPr>
      <w:r w:rsidDel="00000000" w:rsidR="00000000" w:rsidRPr="00000000">
        <w:rPr>
          <w:rFonts w:ascii="Arial" w:cs="Arial" w:eastAsia="Arial" w:hAnsi="Arial"/>
          <w:color w:val="5d7284"/>
          <w:sz w:val="22"/>
          <w:szCs w:val="22"/>
          <w:rtl w:val="0"/>
        </w:rPr>
        <w:t xml:space="preserve">07:56</w:t>
      </w:r>
      <w:r w:rsidDel="00000000" w:rsidR="00000000" w:rsidRPr="00000000">
        <w:rPr>
          <w:rtl w:val="0"/>
        </w:rPr>
      </w:r>
    </w:p>
    <w:p w:rsidR="00000000" w:rsidDel="00000000" w:rsidP="00000000" w:rsidRDefault="00000000" w:rsidRPr="00000000" w14:paraId="00000092">
      <w:pPr>
        <w:spacing w:after="0" w:lineRule="auto"/>
        <w:rPr/>
      </w:pPr>
      <w:r w:rsidDel="00000000" w:rsidR="00000000" w:rsidRPr="00000000">
        <w:rPr>
          <w:rFonts w:ascii="Arial" w:cs="Arial" w:eastAsia="Arial" w:hAnsi="Arial"/>
          <w:sz w:val="22"/>
          <w:szCs w:val="22"/>
          <w:rtl w:val="0"/>
        </w:rPr>
        <w:t xml:space="preserve">if you can imagine that. And his godmother was born in 1887 you know. So there you go.</w:t>
      </w:r>
      <w:r w:rsidDel="00000000" w:rsidR="00000000" w:rsidRPr="00000000">
        <w:rPr>
          <w:rtl w:val="0"/>
        </w:rPr>
      </w:r>
    </w:p>
    <w:p w:rsidR="00000000" w:rsidDel="00000000" w:rsidP="00000000" w:rsidRDefault="00000000" w:rsidRPr="00000000" w14:paraId="00000093">
      <w:pPr>
        <w:spacing w:after="0" w:lineRule="auto"/>
        <w:rPr/>
      </w:pPr>
      <w:r w:rsidDel="00000000" w:rsidR="00000000" w:rsidRPr="00000000">
        <w:rPr>
          <w:rtl w:val="0"/>
        </w:rPr>
      </w:r>
    </w:p>
    <w:p w:rsidR="00000000" w:rsidDel="00000000" w:rsidP="00000000" w:rsidRDefault="00000000" w:rsidRPr="00000000" w14:paraId="00000094">
      <w:pPr>
        <w:spacing w:after="0" w:lineRule="auto"/>
        <w:rPr/>
      </w:pPr>
      <w:r w:rsidDel="00000000" w:rsidR="00000000" w:rsidRPr="00000000">
        <w:rPr>
          <w:rFonts w:ascii="Arial" w:cs="Arial" w:eastAsia="Arial" w:hAnsi="Arial"/>
          <w:color w:val="5d7284"/>
          <w:sz w:val="22"/>
          <w:szCs w:val="22"/>
          <w:rtl w:val="0"/>
        </w:rPr>
        <w:t xml:space="preserve">08:03</w:t>
      </w:r>
      <w:r w:rsidDel="00000000" w:rsidR="00000000" w:rsidRPr="00000000">
        <w:rPr>
          <w:rtl w:val="0"/>
        </w:rPr>
      </w:r>
    </w:p>
    <w:p w:rsidR="00000000" w:rsidDel="00000000" w:rsidP="00000000" w:rsidRDefault="00000000" w:rsidRPr="00000000" w14:paraId="00000095">
      <w:pPr>
        <w:spacing w:after="0" w:lineRule="auto"/>
        <w:rPr/>
      </w:pPr>
      <w:r w:rsidDel="00000000" w:rsidR="00000000" w:rsidRPr="00000000">
        <w:rPr>
          <w:rFonts w:ascii="Arial" w:cs="Arial" w:eastAsia="Arial" w:hAnsi="Arial"/>
          <w:sz w:val="22"/>
          <w:szCs w:val="22"/>
          <w:rtl w:val="0"/>
        </w:rPr>
        <w:t xml:space="preserve">So  Frank Marlowe says, Okay, I'm going to deed the farm to my daughter and my son in law, but he takes back a mortgage, and the mortgage says, You have to take care of me for the rest of my life, and if you don't, I'm taking the farm back so</w:t>
      </w:r>
      <w:r w:rsidDel="00000000" w:rsidR="00000000" w:rsidRPr="00000000">
        <w:rPr>
          <w:rtl w:val="0"/>
        </w:rPr>
      </w:r>
    </w:p>
    <w:p w:rsidR="00000000" w:rsidDel="00000000" w:rsidP="00000000" w:rsidRDefault="00000000" w:rsidRPr="00000000" w14:paraId="00000096">
      <w:pPr>
        <w:spacing w:after="0" w:lineRule="auto"/>
        <w:rPr/>
      </w:pPr>
      <w:r w:rsidDel="00000000" w:rsidR="00000000" w:rsidRPr="00000000">
        <w:rPr>
          <w:rtl w:val="0"/>
        </w:rPr>
      </w:r>
    </w:p>
    <w:p w:rsidR="00000000" w:rsidDel="00000000" w:rsidP="00000000" w:rsidRDefault="00000000" w:rsidRPr="00000000" w14:paraId="00000097">
      <w:pPr>
        <w:spacing w:after="0" w:lineRule="auto"/>
        <w:rPr/>
      </w:pPr>
      <w:r w:rsidDel="00000000" w:rsidR="00000000" w:rsidRPr="00000000">
        <w:rPr>
          <w:rFonts w:ascii="Arial" w:cs="Arial" w:eastAsia="Arial" w:hAnsi="Arial"/>
          <w:color w:val="5d7284"/>
          <w:sz w:val="22"/>
          <w:szCs w:val="22"/>
          <w:rtl w:val="0"/>
        </w:rPr>
        <w:t xml:space="preserve">08:21</w:t>
      </w:r>
      <w:r w:rsidDel="00000000" w:rsidR="00000000" w:rsidRPr="00000000">
        <w:rPr>
          <w:rtl w:val="0"/>
        </w:rPr>
      </w:r>
    </w:p>
    <w:p w:rsidR="00000000" w:rsidDel="00000000" w:rsidP="00000000" w:rsidRDefault="00000000" w:rsidRPr="00000000" w14:paraId="00000098">
      <w:pPr>
        <w:spacing w:after="0" w:lineRule="auto"/>
        <w:rPr/>
      </w:pPr>
      <w:r w:rsidDel="00000000" w:rsidR="00000000" w:rsidRPr="00000000">
        <w:rPr>
          <w:rFonts w:ascii="Arial" w:cs="Arial" w:eastAsia="Arial" w:hAnsi="Arial"/>
          <w:sz w:val="22"/>
          <w:szCs w:val="22"/>
          <w:rtl w:val="0"/>
        </w:rPr>
        <w:t xml:space="preserve">I wouldn't trust anybody back in the day, and they didn't. My father grew up with his grandfather. It's funny, they lived on the artillery range, but he would spend the winters in Richmond and with his other daughter, who lived in Richmond village, and he'd love to go see the movie moving pictures there. There must have been a moving house in Richmond time. And you time. And you can just think of a of a fellow born in rural Ireland and the 1830s going to the pictures in the New World, moving pictures. He died in 1820</w:t>
      </w:r>
      <w:r w:rsidDel="00000000" w:rsidR="00000000" w:rsidRPr="00000000">
        <w:rPr>
          <w:rtl w:val="0"/>
        </w:rPr>
      </w:r>
    </w:p>
    <w:p w:rsidR="00000000" w:rsidDel="00000000" w:rsidP="00000000" w:rsidRDefault="00000000" w:rsidRPr="00000000" w14:paraId="00000099">
      <w:pPr>
        <w:spacing w:after="0" w:lineRule="auto"/>
        <w:rPr/>
      </w:pPr>
      <w:r w:rsidDel="00000000" w:rsidR="00000000" w:rsidRPr="00000000">
        <w:rPr>
          <w:rtl w:val="0"/>
        </w:rPr>
      </w:r>
    </w:p>
    <w:p w:rsidR="00000000" w:rsidDel="00000000" w:rsidP="00000000" w:rsidRDefault="00000000" w:rsidRPr="00000000" w14:paraId="0000009A">
      <w:pPr>
        <w:spacing w:after="0" w:lineRule="auto"/>
        <w:rPr/>
      </w:pPr>
      <w:r w:rsidDel="00000000" w:rsidR="00000000" w:rsidRPr="00000000">
        <w:rPr>
          <w:rFonts w:ascii="Arial" w:cs="Arial" w:eastAsia="Arial" w:hAnsi="Arial"/>
          <w:color w:val="5d7284"/>
          <w:sz w:val="22"/>
          <w:szCs w:val="22"/>
          <w:rtl w:val="0"/>
        </w:rPr>
        <w:t xml:space="preserve">08:53</w:t>
      </w:r>
      <w:r w:rsidDel="00000000" w:rsidR="00000000" w:rsidRPr="00000000">
        <w:rPr>
          <w:rtl w:val="0"/>
        </w:rPr>
      </w:r>
    </w:p>
    <w:p w:rsidR="00000000" w:rsidDel="00000000" w:rsidP="00000000" w:rsidRDefault="00000000" w:rsidRPr="00000000" w14:paraId="0000009B">
      <w:pPr>
        <w:spacing w:after="0" w:lineRule="auto"/>
        <w:rPr/>
      </w:pPr>
      <w:r w:rsidDel="00000000" w:rsidR="00000000" w:rsidRPr="00000000">
        <w:rPr>
          <w:rFonts w:ascii="Arial" w:cs="Arial" w:eastAsia="Arial" w:hAnsi="Arial"/>
          <w:sz w:val="22"/>
          <w:szCs w:val="22"/>
          <w:rtl w:val="0"/>
        </w:rPr>
        <w:t xml:space="preserve">his daughter, </w:t>
      </w:r>
      <w:r w:rsidDel="00000000" w:rsidR="00000000" w:rsidRPr="00000000">
        <w:rPr>
          <w:rFonts w:ascii="Arial" w:cs="Arial" w:eastAsia="Arial" w:hAnsi="Arial"/>
          <w:rtl w:val="0"/>
        </w:rPr>
        <w:t xml:space="preserve">with</w:t>
      </w:r>
      <w:r w:rsidDel="00000000" w:rsidR="00000000" w:rsidRPr="00000000">
        <w:rPr>
          <w:rFonts w:ascii="Arial" w:cs="Arial" w:eastAsia="Arial" w:hAnsi="Arial"/>
          <w:sz w:val="22"/>
          <w:szCs w:val="22"/>
          <w:rtl w:val="0"/>
        </w:rPr>
        <w:t xml:space="preserve"> whom he lived in the winter in Richmond. Her name was Ma</w:t>
      </w:r>
      <w:r w:rsidDel="00000000" w:rsidR="00000000" w:rsidRPr="00000000">
        <w:rPr>
          <w:rFonts w:ascii="Arial" w:cs="Arial" w:eastAsia="Arial" w:hAnsi="Arial"/>
          <w:rtl w:val="0"/>
        </w:rPr>
        <w:t xml:space="preserve">tt</w:t>
      </w:r>
      <w:r w:rsidDel="00000000" w:rsidR="00000000" w:rsidRPr="00000000">
        <w:rPr>
          <w:rFonts w:ascii="Arial" w:cs="Arial" w:eastAsia="Arial" w:hAnsi="Arial"/>
          <w:sz w:val="22"/>
          <w:szCs w:val="22"/>
          <w:rtl w:val="0"/>
        </w:rPr>
        <w:t xml:space="preserve">ie, yeah. Man, Martha Marlo Terry, did you ever know any of the doctor </w:t>
      </w:r>
      <w:r w:rsidDel="00000000" w:rsidR="00000000" w:rsidRPr="00000000">
        <w:rPr>
          <w:rFonts w:ascii="Arial" w:cs="Arial" w:eastAsia="Arial" w:hAnsi="Arial"/>
          <w:rtl w:val="0"/>
        </w:rPr>
        <w:t xml:space="preserve">Terriens </w:t>
      </w:r>
      <w:r w:rsidDel="00000000" w:rsidR="00000000" w:rsidRPr="00000000">
        <w:rPr>
          <w:rFonts w:ascii="Arial" w:cs="Arial" w:eastAsia="Arial" w:hAnsi="Arial"/>
          <w:sz w:val="22"/>
          <w:szCs w:val="22"/>
          <w:rtl w:val="0"/>
        </w:rPr>
        <w:t xml:space="preserve"> in Burlington? No, iAunt Maddie.</w:t>
      </w:r>
      <w:r w:rsidDel="00000000" w:rsidR="00000000" w:rsidRPr="00000000">
        <w:rPr>
          <w:rtl w:val="0"/>
        </w:rPr>
      </w:r>
    </w:p>
    <w:p w:rsidR="00000000" w:rsidDel="00000000" w:rsidP="00000000" w:rsidRDefault="00000000" w:rsidRPr="00000000" w14:paraId="0000009C">
      <w:pPr>
        <w:spacing w:after="0" w:lineRule="auto"/>
        <w:rPr/>
      </w:pPr>
      <w:r w:rsidDel="00000000" w:rsidR="00000000" w:rsidRPr="00000000">
        <w:rPr>
          <w:rtl w:val="0"/>
        </w:rPr>
      </w:r>
    </w:p>
    <w:p w:rsidR="00000000" w:rsidDel="00000000" w:rsidP="00000000" w:rsidRDefault="00000000" w:rsidRPr="00000000" w14:paraId="0000009D">
      <w:pPr>
        <w:spacing w:after="0" w:lineRule="auto"/>
        <w:rPr/>
      </w:pPr>
      <w:r w:rsidDel="00000000" w:rsidR="00000000" w:rsidRPr="00000000">
        <w:rPr>
          <w:rFonts w:ascii="Arial" w:cs="Arial" w:eastAsia="Arial" w:hAnsi="Arial"/>
          <w:color w:val="5d7284"/>
          <w:sz w:val="22"/>
          <w:szCs w:val="22"/>
          <w:rtl w:val="0"/>
        </w:rPr>
        <w:t xml:space="preserve">09:08</w:t>
      </w:r>
      <w:r w:rsidDel="00000000" w:rsidR="00000000" w:rsidRPr="00000000">
        <w:rPr>
          <w:rtl w:val="0"/>
        </w:rPr>
      </w:r>
    </w:p>
    <w:p w:rsidR="00000000" w:rsidDel="00000000" w:rsidP="00000000" w:rsidRDefault="00000000" w:rsidRPr="00000000" w14:paraId="0000009E">
      <w:pPr>
        <w:spacing w:after="0" w:lineRule="auto"/>
        <w:rPr/>
      </w:pPr>
      <w:r w:rsidDel="00000000" w:rsidR="00000000" w:rsidRPr="00000000">
        <w:rPr>
          <w:rFonts w:ascii="Arial" w:cs="Arial" w:eastAsia="Arial" w:hAnsi="Arial"/>
          <w:sz w:val="22"/>
          <w:szCs w:val="22"/>
          <w:rtl w:val="0"/>
        </w:rPr>
        <w:t xml:space="preserve">She, I don't know if she went to a one year school, college, school, whatever, but Underhill was so </w:t>
      </w:r>
      <w:r w:rsidDel="00000000" w:rsidR="00000000" w:rsidRPr="00000000">
        <w:rPr>
          <w:rFonts w:ascii="Arial" w:cs="Arial" w:eastAsia="Arial" w:hAnsi="Arial"/>
          <w:rtl w:val="0"/>
        </w:rPr>
        <w:t xml:space="preserve">Catholic in</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th</w:t>
      </w:r>
      <w:r w:rsidDel="00000000" w:rsidR="00000000" w:rsidRPr="00000000">
        <w:rPr>
          <w:rFonts w:ascii="Arial" w:cs="Arial" w:eastAsia="Arial" w:hAnsi="Arial"/>
          <w:sz w:val="22"/>
          <w:szCs w:val="22"/>
          <w:rtl w:val="0"/>
        </w:rPr>
        <w:t xml:space="preserve">e earlier  of even the twins. Actually, the parish priest was head of the school board</w:t>
      </w:r>
      <w:r w:rsidDel="00000000" w:rsidR="00000000" w:rsidRPr="00000000">
        <w:rPr>
          <w:rtl w:val="0"/>
        </w:rPr>
      </w:r>
    </w:p>
    <w:p w:rsidR="00000000" w:rsidDel="00000000" w:rsidP="00000000" w:rsidRDefault="00000000" w:rsidRPr="00000000" w14:paraId="0000009F">
      <w:pPr>
        <w:spacing w:after="0" w:lineRule="auto"/>
        <w:rPr/>
      </w:pPr>
      <w:r w:rsidDel="00000000" w:rsidR="00000000" w:rsidRPr="00000000">
        <w:rPr>
          <w:rtl w:val="0"/>
        </w:rPr>
      </w:r>
    </w:p>
    <w:p w:rsidR="00000000" w:rsidDel="00000000" w:rsidP="00000000" w:rsidRDefault="00000000" w:rsidRPr="00000000" w14:paraId="000000A0">
      <w:pPr>
        <w:spacing w:after="0" w:lineRule="auto"/>
        <w:rPr/>
      </w:pPr>
      <w:r w:rsidDel="00000000" w:rsidR="00000000" w:rsidRPr="00000000">
        <w:rPr>
          <w:rFonts w:ascii="Arial" w:cs="Arial" w:eastAsia="Arial" w:hAnsi="Arial"/>
          <w:color w:val="5d7284"/>
          <w:sz w:val="22"/>
          <w:szCs w:val="22"/>
          <w:rtl w:val="0"/>
        </w:rPr>
        <w:t xml:space="preserve">09:23</w:t>
      </w:r>
      <w:r w:rsidDel="00000000" w:rsidR="00000000" w:rsidRPr="00000000">
        <w:rPr>
          <w:rtl w:val="0"/>
        </w:rPr>
      </w:r>
    </w:p>
    <w:p w:rsidR="00000000" w:rsidDel="00000000" w:rsidP="00000000" w:rsidRDefault="00000000" w:rsidRPr="00000000" w14:paraId="000000A1">
      <w:pPr>
        <w:spacing w:after="0" w:lineRule="auto"/>
        <w:rPr/>
      </w:pPr>
      <w:r w:rsidDel="00000000" w:rsidR="00000000" w:rsidRPr="00000000">
        <w:rPr>
          <w:rFonts w:ascii="Arial" w:cs="Arial" w:eastAsia="Arial" w:hAnsi="Arial"/>
          <w:sz w:val="22"/>
          <w:szCs w:val="22"/>
          <w:rtl w:val="0"/>
        </w:rPr>
        <w:t xml:space="preserve">in Vermont, and Aunt M</w:t>
      </w:r>
      <w:r w:rsidDel="00000000" w:rsidR="00000000" w:rsidRPr="00000000">
        <w:rPr>
          <w:rFonts w:ascii="Arial" w:cs="Arial" w:eastAsia="Arial" w:hAnsi="Arial"/>
          <w:rtl w:val="0"/>
        </w:rPr>
        <w:t xml:space="preserve">at</w:t>
      </w:r>
      <w:r w:rsidDel="00000000" w:rsidR="00000000" w:rsidRPr="00000000">
        <w:rPr>
          <w:rFonts w:ascii="Arial" w:cs="Arial" w:eastAsia="Arial" w:hAnsi="Arial"/>
          <w:sz w:val="22"/>
          <w:szCs w:val="22"/>
          <w:rtl w:val="0"/>
        </w:rPr>
        <w:t xml:space="preserve">tie, he hired her to teach in the school.</w:t>
      </w:r>
      <w:r w:rsidDel="00000000" w:rsidR="00000000" w:rsidRPr="00000000">
        <w:rPr>
          <w:rtl w:val="0"/>
        </w:rPr>
      </w:r>
    </w:p>
    <w:p w:rsidR="00000000" w:rsidDel="00000000" w:rsidP="00000000" w:rsidRDefault="00000000" w:rsidRPr="00000000" w14:paraId="000000A2">
      <w:pPr>
        <w:spacing w:after="0" w:lineRule="auto"/>
        <w:rPr/>
      </w:pPr>
      <w:r w:rsidDel="00000000" w:rsidR="00000000" w:rsidRPr="00000000">
        <w:rPr>
          <w:rtl w:val="0"/>
        </w:rPr>
      </w:r>
    </w:p>
    <w:p w:rsidR="00000000" w:rsidDel="00000000" w:rsidP="00000000" w:rsidRDefault="00000000" w:rsidRPr="00000000" w14:paraId="000000A3">
      <w:pPr>
        <w:spacing w:after="0" w:lineRule="auto"/>
        <w:rPr/>
      </w:pPr>
      <w:r w:rsidDel="00000000" w:rsidR="00000000" w:rsidRPr="00000000">
        <w:rPr>
          <w:rFonts w:ascii="Arial" w:cs="Arial" w:eastAsia="Arial" w:hAnsi="Arial"/>
          <w:color w:val="5d7284"/>
          <w:sz w:val="22"/>
          <w:szCs w:val="22"/>
          <w:rtl w:val="0"/>
        </w:rPr>
        <w:t xml:space="preserve">09:30</w:t>
      </w:r>
      <w:r w:rsidDel="00000000" w:rsidR="00000000" w:rsidRPr="00000000">
        <w:rPr>
          <w:rtl w:val="0"/>
        </w:rPr>
      </w:r>
    </w:p>
    <w:p w:rsidR="00000000" w:rsidDel="00000000" w:rsidP="00000000" w:rsidRDefault="00000000" w:rsidRPr="00000000" w14:paraId="000000A4">
      <w:pPr>
        <w:spacing w:after="0" w:lineRule="auto"/>
        <w:rPr/>
      </w:pPr>
      <w:r w:rsidDel="00000000" w:rsidR="00000000" w:rsidRPr="00000000">
        <w:rPr>
          <w:rFonts w:ascii="Arial" w:cs="Arial" w:eastAsia="Arial" w:hAnsi="Arial"/>
          <w:sz w:val="22"/>
          <w:szCs w:val="22"/>
          <w:rtl w:val="0"/>
        </w:rPr>
        <w:t xml:space="preserve">I think she had, if not, a one year or one week degree in something. She was probably 19 years old. , and then she married uncle Alec. Yeah, so that's</w:t>
      </w:r>
      <w:r w:rsidDel="00000000" w:rsidR="00000000" w:rsidRPr="00000000">
        <w:rPr>
          <w:rtl w:val="0"/>
        </w:rPr>
      </w:r>
    </w:p>
    <w:p w:rsidR="00000000" w:rsidDel="00000000" w:rsidP="00000000" w:rsidRDefault="00000000" w:rsidRPr="00000000" w14:paraId="000000A5">
      <w:pPr>
        <w:spacing w:after="0" w:lineRule="auto"/>
        <w:rPr/>
      </w:pPr>
      <w:r w:rsidDel="00000000" w:rsidR="00000000" w:rsidRPr="00000000">
        <w:rPr>
          <w:rtl w:val="0"/>
        </w:rPr>
      </w:r>
    </w:p>
    <w:p w:rsidR="00000000" w:rsidDel="00000000" w:rsidP="00000000" w:rsidRDefault="00000000" w:rsidRPr="00000000" w14:paraId="000000A6">
      <w:pPr>
        <w:spacing w:after="0" w:lineRule="auto"/>
        <w:rPr/>
      </w:pPr>
      <w:r w:rsidDel="00000000" w:rsidR="00000000" w:rsidRPr="00000000">
        <w:rPr>
          <w:rFonts w:ascii="Arial" w:cs="Arial" w:eastAsia="Arial" w:hAnsi="Arial"/>
          <w:color w:val="5d7284"/>
          <w:sz w:val="22"/>
          <w:szCs w:val="22"/>
          <w:rtl w:val="0"/>
        </w:rPr>
        <w:t xml:space="preserve">09:43</w:t>
      </w:r>
      <w:r w:rsidDel="00000000" w:rsidR="00000000" w:rsidRPr="00000000">
        <w:rPr>
          <w:rtl w:val="0"/>
        </w:rPr>
      </w:r>
    </w:p>
    <w:p w:rsidR="00000000" w:rsidDel="00000000" w:rsidP="00000000" w:rsidRDefault="00000000" w:rsidRPr="00000000" w14:paraId="000000A7">
      <w:pPr>
        <w:spacing w:after="0" w:lineRule="auto"/>
        <w:rPr/>
      </w:pPr>
      <w:r w:rsidDel="00000000" w:rsidR="00000000" w:rsidRPr="00000000">
        <w:rPr>
          <w:rFonts w:ascii="Arial" w:cs="Arial" w:eastAsia="Arial" w:hAnsi="Arial"/>
          <w:sz w:val="22"/>
          <w:szCs w:val="22"/>
          <w:rtl w:val="0"/>
        </w:rPr>
        <w:t xml:space="preserve">sort of the history here,</w:t>
      </w:r>
      <w:r w:rsidDel="00000000" w:rsidR="00000000" w:rsidRPr="00000000">
        <w:rPr>
          <w:rtl w:val="0"/>
        </w:rPr>
      </w:r>
    </w:p>
    <w:p w:rsidR="00000000" w:rsidDel="00000000" w:rsidP="00000000" w:rsidRDefault="00000000" w:rsidRPr="00000000" w14:paraId="000000A8">
      <w:pPr>
        <w:spacing w:after="0" w:lineRule="auto"/>
        <w:rPr/>
      </w:pPr>
      <w:r w:rsidDel="00000000" w:rsidR="00000000" w:rsidRPr="00000000">
        <w:rPr>
          <w:rtl w:val="0"/>
        </w:rPr>
      </w:r>
    </w:p>
    <w:p w:rsidR="00000000" w:rsidDel="00000000" w:rsidP="00000000" w:rsidRDefault="00000000" w:rsidRPr="00000000" w14:paraId="000000A9">
      <w:pPr>
        <w:spacing w:after="0" w:lineRule="auto"/>
        <w:rPr/>
      </w:pPr>
      <w:r w:rsidDel="00000000" w:rsidR="00000000" w:rsidRPr="00000000">
        <w:rPr>
          <w:rFonts w:ascii="Arial" w:cs="Arial" w:eastAsia="Arial" w:hAnsi="Arial"/>
          <w:color w:val="5d7284"/>
          <w:sz w:val="22"/>
          <w:szCs w:val="22"/>
          <w:rtl w:val="0"/>
        </w:rPr>
        <w:t xml:space="preserve">09:45</w:t>
      </w:r>
      <w:r w:rsidDel="00000000" w:rsidR="00000000" w:rsidRPr="00000000">
        <w:rPr>
          <w:rtl w:val="0"/>
        </w:rPr>
      </w:r>
    </w:p>
    <w:p w:rsidR="00000000" w:rsidDel="00000000" w:rsidP="00000000" w:rsidRDefault="00000000" w:rsidRPr="00000000" w14:paraId="000000AA">
      <w:pPr>
        <w:spacing w:after="0" w:lineRule="auto"/>
        <w:rPr/>
      </w:pPr>
      <w:r w:rsidDel="00000000" w:rsidR="00000000" w:rsidRPr="00000000">
        <w:rPr>
          <w:rFonts w:ascii="Arial" w:cs="Arial" w:eastAsia="Arial" w:hAnsi="Arial"/>
          <w:sz w:val="22"/>
          <w:szCs w:val="22"/>
          <w:rtl w:val="0"/>
        </w:rPr>
        <w:t xml:space="preserve">and I might actually </w:t>
      </w:r>
      <w:r w:rsidDel="00000000" w:rsidR="00000000" w:rsidRPr="00000000">
        <w:rPr>
          <w:rFonts w:ascii="Arial" w:cs="Arial" w:eastAsia="Arial" w:hAnsi="Arial"/>
          <w:rtl w:val="0"/>
        </w:rPr>
        <w:t xml:space="preserve">be a</w:t>
      </w:r>
      <w:r w:rsidDel="00000000" w:rsidR="00000000" w:rsidRPr="00000000">
        <w:rPr>
          <w:rFonts w:ascii="Arial" w:cs="Arial" w:eastAsia="Arial" w:hAnsi="Arial"/>
          <w:sz w:val="22"/>
          <w:szCs w:val="22"/>
          <w:rtl w:val="0"/>
        </w:rPr>
        <w:t xml:space="preserve"> CODA, my daughter Margaret, I was one of the names.</w:t>
      </w:r>
      <w:r w:rsidDel="00000000" w:rsidR="00000000" w:rsidRPr="00000000">
        <w:rPr>
          <w:rtl w:val="0"/>
        </w:rPr>
      </w:r>
    </w:p>
    <w:p w:rsidR="00000000" w:rsidDel="00000000" w:rsidP="00000000" w:rsidRDefault="00000000" w:rsidRPr="00000000" w14:paraId="000000AB">
      <w:pPr>
        <w:spacing w:after="0" w:lineRule="auto"/>
        <w:rPr/>
      </w:pPr>
      <w:r w:rsidDel="00000000" w:rsidR="00000000" w:rsidRPr="00000000">
        <w:rPr>
          <w:rtl w:val="0"/>
        </w:rPr>
      </w:r>
    </w:p>
    <w:p w:rsidR="00000000" w:rsidDel="00000000" w:rsidP="00000000" w:rsidRDefault="00000000" w:rsidRPr="00000000" w14:paraId="000000AC">
      <w:pPr>
        <w:spacing w:after="0" w:lineRule="auto"/>
        <w:rPr/>
      </w:pPr>
      <w:r w:rsidDel="00000000" w:rsidR="00000000" w:rsidRPr="00000000">
        <w:rPr>
          <w:rFonts w:ascii="Arial" w:cs="Arial" w:eastAsia="Arial" w:hAnsi="Arial"/>
          <w:color w:val="5d7284"/>
          <w:sz w:val="22"/>
          <w:szCs w:val="22"/>
          <w:rtl w:val="0"/>
        </w:rPr>
        <w:t xml:space="preserve">09:53</w:t>
      </w:r>
      <w:r w:rsidDel="00000000" w:rsidR="00000000" w:rsidRPr="00000000">
        <w:rPr>
          <w:rtl w:val="0"/>
        </w:rPr>
      </w:r>
    </w:p>
    <w:p w:rsidR="00000000" w:rsidDel="00000000" w:rsidP="00000000" w:rsidRDefault="00000000" w:rsidRPr="00000000" w14:paraId="000000AD">
      <w:pPr>
        <w:spacing w:after="0" w:lineRule="auto"/>
        <w:rPr/>
      </w:pPr>
      <w:r w:rsidDel="00000000" w:rsidR="00000000" w:rsidRPr="00000000">
        <w:rPr>
          <w:rFonts w:ascii="Arial" w:cs="Arial" w:eastAsia="Arial" w:hAnsi="Arial"/>
          <w:sz w:val="22"/>
          <w:szCs w:val="22"/>
          <w:rtl w:val="0"/>
        </w:rPr>
        <w:t xml:space="preserve">She lives in Irish settlement road. She </w:t>
      </w:r>
      <w:r w:rsidDel="00000000" w:rsidR="00000000" w:rsidRPr="00000000">
        <w:rPr>
          <w:rFonts w:ascii="Arial" w:cs="Arial" w:eastAsia="Arial" w:hAnsi="Arial"/>
          <w:rtl w:val="0"/>
        </w:rPr>
        <w:t xml:space="preserve">just bought</w:t>
      </w:r>
      <w:r w:rsidDel="00000000" w:rsidR="00000000" w:rsidRPr="00000000">
        <w:rPr>
          <w:rFonts w:ascii="Arial" w:cs="Arial" w:eastAsia="Arial" w:hAnsi="Arial"/>
          <w:sz w:val="22"/>
          <w:szCs w:val="22"/>
          <w:rtl w:val="0"/>
        </w:rPr>
        <w:t xml:space="preserve"> there a year or so ago, and </w:t>
      </w:r>
      <w:r w:rsidDel="00000000" w:rsidR="00000000" w:rsidRPr="00000000">
        <w:rPr>
          <w:rFonts w:ascii="Arial" w:cs="Arial" w:eastAsia="Arial" w:hAnsi="Arial"/>
          <w:rtl w:val="0"/>
        </w:rPr>
        <w:t xml:space="preserve">she has</w:t>
      </w:r>
      <w:r w:rsidDel="00000000" w:rsidR="00000000" w:rsidRPr="00000000">
        <w:rPr>
          <w:rFonts w:ascii="Arial" w:cs="Arial" w:eastAsia="Arial" w:hAnsi="Arial"/>
          <w:sz w:val="22"/>
          <w:szCs w:val="22"/>
          <w:rtl w:val="0"/>
        </w:rPr>
        <w:t xml:space="preserve"> a family there. And I.</w:t>
      </w:r>
      <w:r w:rsidDel="00000000" w:rsidR="00000000" w:rsidRPr="00000000">
        <w:rPr>
          <w:rtl w:val="0"/>
        </w:rPr>
      </w:r>
    </w:p>
    <w:p w:rsidR="00000000" w:rsidDel="00000000" w:rsidP="00000000" w:rsidRDefault="00000000" w:rsidRPr="00000000" w14:paraId="000000AE">
      <w:pPr>
        <w:spacing w:after="0" w:lineRule="auto"/>
        <w:rPr/>
      </w:pPr>
      <w:r w:rsidDel="00000000" w:rsidR="00000000" w:rsidRPr="00000000">
        <w:rPr>
          <w:rtl w:val="0"/>
        </w:rPr>
      </w:r>
    </w:p>
    <w:p w:rsidR="00000000" w:rsidDel="00000000" w:rsidP="00000000" w:rsidRDefault="00000000" w:rsidRPr="00000000" w14:paraId="000000AF">
      <w:pPr>
        <w:spacing w:after="0" w:lineRule="auto"/>
        <w:rPr/>
      </w:pPr>
      <w:r w:rsidDel="00000000" w:rsidR="00000000" w:rsidRPr="00000000">
        <w:rPr>
          <w:rFonts w:ascii="Arial" w:cs="Arial" w:eastAsia="Arial" w:hAnsi="Arial"/>
          <w:color w:val="5d7284"/>
          <w:sz w:val="22"/>
          <w:szCs w:val="22"/>
          <w:rtl w:val="0"/>
        </w:rPr>
        <w:t xml:space="preserve">09:59</w:t>
      </w:r>
      <w:r w:rsidDel="00000000" w:rsidR="00000000" w:rsidRPr="00000000">
        <w:rPr>
          <w:rtl w:val="0"/>
        </w:rPr>
      </w:r>
    </w:p>
    <w:p w:rsidR="00000000" w:rsidDel="00000000" w:rsidP="00000000" w:rsidRDefault="00000000" w:rsidRPr="00000000" w14:paraId="000000B0">
      <w:pPr>
        <w:spacing w:after="0" w:lineRule="auto"/>
        <w:rPr/>
      </w:pPr>
      <w:r w:rsidDel="00000000" w:rsidR="00000000" w:rsidRPr="00000000">
        <w:rPr>
          <w:rFonts w:ascii="Arial" w:cs="Arial" w:eastAsia="Arial" w:hAnsi="Arial"/>
          <w:sz w:val="22"/>
          <w:szCs w:val="22"/>
          <w:rtl w:val="0"/>
        </w:rPr>
        <w:t xml:space="preserve">Some, of course, he's got the million dollar view that you have here of Mount Mansfield. So in addition to Jimmy having his land here, there was a lady and a deed in Underhill. So we're coming back to claim it.</w:t>
      </w:r>
      <w:r w:rsidDel="00000000" w:rsidR="00000000" w:rsidRPr="00000000">
        <w:rPr>
          <w:rtl w:val="0"/>
        </w:rPr>
      </w:r>
    </w:p>
    <w:p w:rsidR="00000000" w:rsidDel="00000000" w:rsidP="00000000" w:rsidRDefault="00000000" w:rsidRPr="00000000" w14:paraId="000000B1">
      <w:pPr>
        <w:spacing w:after="0" w:lineRule="auto"/>
        <w:rPr/>
      </w:pPr>
      <w:r w:rsidDel="00000000" w:rsidR="00000000" w:rsidRPr="00000000">
        <w:rPr>
          <w:rtl w:val="0"/>
        </w:rPr>
      </w:r>
    </w:p>
    <w:p w:rsidR="00000000" w:rsidDel="00000000" w:rsidP="00000000" w:rsidRDefault="00000000" w:rsidRPr="00000000" w14:paraId="000000B2">
      <w:pPr>
        <w:spacing w:after="0" w:lineRule="auto"/>
        <w:rPr/>
      </w:pPr>
      <w:r w:rsidDel="00000000" w:rsidR="00000000" w:rsidRPr="00000000">
        <w:rPr>
          <w:rFonts w:ascii="Arial" w:cs="Arial" w:eastAsia="Arial" w:hAnsi="Arial"/>
          <w:color w:val="5d7284"/>
          <w:sz w:val="22"/>
          <w:szCs w:val="22"/>
          <w:rtl w:val="0"/>
        </w:rPr>
        <w:t xml:space="preserve">10:15</w:t>
      </w:r>
      <w:r w:rsidDel="00000000" w:rsidR="00000000" w:rsidRPr="00000000">
        <w:rPr>
          <w:rtl w:val="0"/>
        </w:rPr>
      </w:r>
    </w:p>
    <w:p w:rsidR="00000000" w:rsidDel="00000000" w:rsidP="00000000" w:rsidRDefault="00000000" w:rsidRPr="00000000" w14:paraId="000000B3">
      <w:pPr>
        <w:spacing w:after="0" w:lineRule="auto"/>
        <w:rPr/>
      </w:pPr>
      <w:r w:rsidDel="00000000" w:rsidR="00000000" w:rsidRPr="00000000">
        <w:rPr>
          <w:rFonts w:ascii="Arial" w:cs="Arial" w:eastAsia="Arial" w:hAnsi="Arial"/>
          <w:sz w:val="22"/>
          <w:szCs w:val="22"/>
          <w:rtl w:val="0"/>
        </w:rPr>
        <w:t xml:space="preserve">I had a question, do you know, </w:t>
      </w:r>
      <w:r w:rsidDel="00000000" w:rsidR="00000000" w:rsidRPr="00000000">
        <w:rPr>
          <w:rFonts w:ascii="Arial" w:cs="Arial" w:eastAsia="Arial" w:hAnsi="Arial"/>
          <w:rtl w:val="0"/>
        </w:rPr>
        <w:t xml:space="preserve">in</w:t>
      </w:r>
      <w:r w:rsidDel="00000000" w:rsidR="00000000" w:rsidRPr="00000000">
        <w:rPr>
          <w:rFonts w:ascii="Arial" w:cs="Arial" w:eastAsia="Arial" w:hAnsi="Arial"/>
          <w:sz w:val="22"/>
          <w:szCs w:val="22"/>
          <w:rtl w:val="0"/>
        </w:rPr>
        <w:t xml:space="preserve"> the barn, was the barn built in the 1880s or before that. You know, </w:t>
      </w:r>
      <w:r w:rsidDel="00000000" w:rsidR="00000000" w:rsidRPr="00000000">
        <w:rPr>
          <w:rFonts w:ascii="Arial" w:cs="Arial" w:eastAsia="Arial" w:hAnsi="Arial"/>
          <w:rtl w:val="0"/>
        </w:rPr>
        <w:t xml:space="preserve">I'm</w:t>
      </w:r>
      <w:r w:rsidDel="00000000" w:rsidR="00000000" w:rsidRPr="00000000">
        <w:rPr>
          <w:rFonts w:ascii="Arial" w:cs="Arial" w:eastAsia="Arial" w:hAnsi="Arial"/>
          <w:sz w:val="22"/>
          <w:szCs w:val="22"/>
          <w:rtl w:val="0"/>
        </w:rPr>
        <w:t xml:space="preserve"> not sure. I think that it must have been a barn, obviously.</w:t>
      </w:r>
      <w:r w:rsidDel="00000000" w:rsidR="00000000" w:rsidRPr="00000000">
        <w:rPr>
          <w:rtl w:val="0"/>
        </w:rPr>
      </w:r>
    </w:p>
    <w:p w:rsidR="00000000" w:rsidDel="00000000" w:rsidP="00000000" w:rsidRDefault="00000000" w:rsidRPr="00000000" w14:paraId="000000B4">
      <w:pPr>
        <w:spacing w:after="0" w:lineRule="auto"/>
        <w:rPr/>
      </w:pPr>
      <w:r w:rsidDel="00000000" w:rsidR="00000000" w:rsidRPr="00000000">
        <w:rPr>
          <w:rtl w:val="0"/>
        </w:rPr>
      </w:r>
    </w:p>
    <w:p w:rsidR="00000000" w:rsidDel="00000000" w:rsidP="00000000" w:rsidRDefault="00000000" w:rsidRPr="00000000" w14:paraId="000000B5">
      <w:pPr>
        <w:spacing w:after="0" w:lineRule="auto"/>
        <w:rPr/>
      </w:pPr>
      <w:r w:rsidDel="00000000" w:rsidR="00000000" w:rsidRPr="00000000">
        <w:rPr>
          <w:rFonts w:ascii="Arial" w:cs="Arial" w:eastAsia="Arial" w:hAnsi="Arial"/>
          <w:color w:val="5d7284"/>
          <w:sz w:val="22"/>
          <w:szCs w:val="22"/>
          <w:rtl w:val="0"/>
        </w:rPr>
        <w:t xml:space="preserve">10:28</w:t>
      </w:r>
      <w:r w:rsidDel="00000000" w:rsidR="00000000" w:rsidRPr="00000000">
        <w:rPr>
          <w:rtl w:val="0"/>
        </w:rPr>
      </w:r>
    </w:p>
    <w:p w:rsidR="00000000" w:rsidDel="00000000" w:rsidP="00000000" w:rsidRDefault="00000000" w:rsidRPr="00000000" w14:paraId="000000B6">
      <w:pPr>
        <w:spacing w:after="0" w:lineRule="auto"/>
        <w:rPr/>
      </w:pPr>
      <w:r w:rsidDel="00000000" w:rsidR="00000000" w:rsidRPr="00000000">
        <w:rPr>
          <w:rFonts w:ascii="Arial" w:cs="Arial" w:eastAsia="Arial" w:hAnsi="Arial"/>
          <w:sz w:val="22"/>
          <w:szCs w:val="22"/>
          <w:rtl w:val="0"/>
        </w:rPr>
        <w:t xml:space="preserve">And the farmhouse </w:t>
      </w:r>
      <w:r w:rsidDel="00000000" w:rsidR="00000000" w:rsidRPr="00000000">
        <w:rPr>
          <w:rFonts w:ascii="Arial" w:cs="Arial" w:eastAsia="Arial" w:hAnsi="Arial"/>
          <w:rtl w:val="0"/>
        </w:rPr>
        <w:t xml:space="preserve">had been built</w:t>
      </w:r>
      <w:r w:rsidDel="00000000" w:rsidR="00000000" w:rsidRPr="00000000">
        <w:rPr>
          <w:rFonts w:ascii="Arial" w:cs="Arial" w:eastAsia="Arial" w:hAnsi="Arial"/>
          <w:sz w:val="22"/>
          <w:szCs w:val="22"/>
          <w:rtl w:val="0"/>
        </w:rPr>
        <w:t xml:space="preserve">, I think, in 1880 and </w:t>
      </w:r>
      <w:r w:rsidDel="00000000" w:rsidR="00000000" w:rsidRPr="00000000">
        <w:rPr>
          <w:rFonts w:ascii="Arial" w:cs="Arial" w:eastAsia="Arial" w:hAnsi="Arial"/>
          <w:sz w:val="22"/>
          <w:szCs w:val="22"/>
          <w:rtl w:val="0"/>
        </w:rPr>
        <w:t xml:space="preserve">so that that</w:t>
      </w:r>
      <w:r w:rsidDel="00000000" w:rsidR="00000000" w:rsidRPr="00000000">
        <w:rPr>
          <w:rFonts w:ascii="Arial" w:cs="Arial" w:eastAsia="Arial" w:hAnsi="Arial"/>
          <w:sz w:val="22"/>
          <w:szCs w:val="22"/>
          <w:rtl w:val="0"/>
        </w:rPr>
        <w:t xml:space="preserve"> may have been built later on. And maybe Michael did it. It looks like it's probably, it probably before 1915 of course, has been added on to,</w:t>
      </w:r>
      <w:r w:rsidDel="00000000" w:rsidR="00000000" w:rsidRPr="00000000">
        <w:rPr>
          <w:rtl w:val="0"/>
        </w:rPr>
      </w:r>
    </w:p>
    <w:p w:rsidR="00000000" w:rsidDel="00000000" w:rsidP="00000000" w:rsidRDefault="00000000" w:rsidRPr="00000000" w14:paraId="000000B7">
      <w:pPr>
        <w:spacing w:after="0" w:lineRule="auto"/>
        <w:rPr/>
      </w:pPr>
      <w:r w:rsidDel="00000000" w:rsidR="00000000" w:rsidRPr="00000000">
        <w:rPr>
          <w:rtl w:val="0"/>
        </w:rPr>
      </w:r>
    </w:p>
    <w:p w:rsidR="00000000" w:rsidDel="00000000" w:rsidP="00000000" w:rsidRDefault="00000000" w:rsidRPr="00000000" w14:paraId="000000B8">
      <w:pPr>
        <w:spacing w:after="0" w:lineRule="auto"/>
        <w:rPr/>
      </w:pPr>
      <w:r w:rsidDel="00000000" w:rsidR="00000000" w:rsidRPr="00000000">
        <w:rPr>
          <w:rFonts w:ascii="Arial" w:cs="Arial" w:eastAsia="Arial" w:hAnsi="Arial"/>
          <w:color w:val="5d7284"/>
          <w:sz w:val="22"/>
          <w:szCs w:val="22"/>
          <w:rtl w:val="0"/>
        </w:rPr>
        <w:t xml:space="preserve">10:42</w:t>
      </w:r>
      <w:r w:rsidDel="00000000" w:rsidR="00000000" w:rsidRPr="00000000">
        <w:rPr>
          <w:rtl w:val="0"/>
        </w:rPr>
      </w:r>
    </w:p>
    <w:p w:rsidR="00000000" w:rsidDel="00000000" w:rsidP="00000000" w:rsidRDefault="00000000" w:rsidRPr="00000000" w14:paraId="000000B9">
      <w:pPr>
        <w:spacing w:after="0" w:lineRule="auto"/>
        <w:rPr/>
      </w:pPr>
      <w:r w:rsidDel="00000000" w:rsidR="00000000" w:rsidRPr="00000000">
        <w:rPr>
          <w:rFonts w:ascii="Arial" w:cs="Arial" w:eastAsia="Arial" w:hAnsi="Arial"/>
          <w:rtl w:val="0"/>
        </w:rPr>
        <w:t xml:space="preserve">It's</w:t>
      </w:r>
      <w:r w:rsidDel="00000000" w:rsidR="00000000" w:rsidRPr="00000000">
        <w:rPr>
          <w:rFonts w:ascii="Arial" w:cs="Arial" w:eastAsia="Arial" w:hAnsi="Arial"/>
          <w:sz w:val="22"/>
          <w:szCs w:val="22"/>
          <w:rtl w:val="0"/>
        </w:rPr>
        <w:t xml:space="preserve"> a substantial barn.</w:t>
      </w:r>
      <w:r w:rsidDel="00000000" w:rsidR="00000000" w:rsidRPr="00000000">
        <w:rPr>
          <w:rtl w:val="0"/>
        </w:rPr>
      </w:r>
    </w:p>
    <w:p w:rsidR="00000000" w:rsidDel="00000000" w:rsidP="00000000" w:rsidRDefault="00000000" w:rsidRPr="00000000" w14:paraId="000000BA">
      <w:pPr>
        <w:spacing w:after="0" w:lineRule="auto"/>
        <w:rPr/>
      </w:pPr>
      <w:r w:rsidDel="00000000" w:rsidR="00000000" w:rsidRPr="00000000">
        <w:rPr>
          <w:rtl w:val="0"/>
        </w:rPr>
      </w:r>
    </w:p>
    <w:p w:rsidR="00000000" w:rsidDel="00000000" w:rsidP="00000000" w:rsidRDefault="00000000" w:rsidRPr="00000000" w14:paraId="000000BB">
      <w:pPr>
        <w:spacing w:after="0" w:lineRule="auto"/>
        <w:rPr/>
      </w:pPr>
      <w:r w:rsidDel="00000000" w:rsidR="00000000" w:rsidRPr="00000000">
        <w:rPr>
          <w:rFonts w:ascii="Arial" w:cs="Arial" w:eastAsia="Arial" w:hAnsi="Arial"/>
          <w:color w:val="5d7284"/>
          <w:sz w:val="22"/>
          <w:szCs w:val="22"/>
          <w:rtl w:val="0"/>
        </w:rPr>
        <w:t xml:space="preserve">10:45</w:t>
      </w:r>
      <w:r w:rsidDel="00000000" w:rsidR="00000000" w:rsidRPr="00000000">
        <w:rPr>
          <w:rtl w:val="0"/>
        </w:rPr>
      </w:r>
    </w:p>
    <w:p w:rsidR="00000000" w:rsidDel="00000000" w:rsidP="00000000" w:rsidRDefault="00000000" w:rsidRPr="00000000" w14:paraId="000000BC">
      <w:pPr>
        <w:spacing w:after="0" w:lineRule="auto"/>
        <w:rPr/>
      </w:pPr>
      <w:r w:rsidDel="00000000" w:rsidR="00000000" w:rsidRPr="00000000">
        <w:rPr>
          <w:rFonts w:ascii="Arial" w:cs="Arial" w:eastAsia="Arial" w:hAnsi="Arial"/>
          <w:sz w:val="22"/>
          <w:szCs w:val="22"/>
          <w:rtl w:val="0"/>
        </w:rPr>
        <w:t xml:space="preserve">And it's funny, </w:t>
      </w:r>
      <w:r w:rsidDel="00000000" w:rsidR="00000000" w:rsidRPr="00000000">
        <w:rPr>
          <w:rFonts w:ascii="Arial" w:cs="Arial" w:eastAsia="Arial" w:hAnsi="Arial"/>
          <w:rtl w:val="0"/>
        </w:rPr>
        <w:t xml:space="preserve">there's</w:t>
      </w:r>
      <w:r w:rsidDel="00000000" w:rsidR="00000000" w:rsidRPr="00000000">
        <w:rPr>
          <w:rFonts w:ascii="Arial" w:cs="Arial" w:eastAsia="Arial" w:hAnsi="Arial"/>
          <w:sz w:val="22"/>
          <w:szCs w:val="22"/>
          <w:rtl w:val="0"/>
        </w:rPr>
        <w:t xml:space="preserve"> pictures of the old farmhouse on the artillery firing range, and that was a substantial farmhouse as well. So</w:t>
      </w:r>
      <w:r w:rsidDel="00000000" w:rsidR="00000000" w:rsidRPr="00000000">
        <w:rPr>
          <w:rtl w:val="0"/>
        </w:rPr>
      </w:r>
    </w:p>
    <w:p w:rsidR="00000000" w:rsidDel="00000000" w:rsidP="00000000" w:rsidRDefault="00000000" w:rsidRPr="00000000" w14:paraId="000000BD">
      <w:pPr>
        <w:spacing w:after="0" w:lineRule="auto"/>
        <w:rPr/>
      </w:pPr>
      <w:r w:rsidDel="00000000" w:rsidR="00000000" w:rsidRPr="00000000">
        <w:rPr>
          <w:rtl w:val="0"/>
        </w:rPr>
      </w:r>
    </w:p>
    <w:p w:rsidR="00000000" w:rsidDel="00000000" w:rsidP="00000000" w:rsidRDefault="00000000" w:rsidRPr="00000000" w14:paraId="000000BE">
      <w:pPr>
        <w:spacing w:after="0" w:lineRule="auto"/>
        <w:rPr/>
      </w:pPr>
      <w:r w:rsidDel="00000000" w:rsidR="00000000" w:rsidRPr="00000000">
        <w:rPr>
          <w:rFonts w:ascii="Arial" w:cs="Arial" w:eastAsia="Arial" w:hAnsi="Arial"/>
          <w:color w:val="5d7284"/>
          <w:sz w:val="22"/>
          <w:szCs w:val="22"/>
          <w:rtl w:val="0"/>
        </w:rPr>
        <w:t xml:space="preserve">10:56</w:t>
      </w:r>
      <w:r w:rsidDel="00000000" w:rsidR="00000000" w:rsidRPr="00000000">
        <w:rPr>
          <w:rtl w:val="0"/>
        </w:rPr>
      </w:r>
    </w:p>
    <w:p w:rsidR="00000000" w:rsidDel="00000000" w:rsidP="00000000" w:rsidRDefault="00000000" w:rsidRPr="00000000" w14:paraId="000000BF">
      <w:pPr>
        <w:spacing w:after="0" w:lineRule="auto"/>
        <w:rPr/>
      </w:pPr>
      <w:r w:rsidDel="00000000" w:rsidR="00000000" w:rsidRPr="00000000">
        <w:rPr>
          <w:rFonts w:ascii="Arial" w:cs="Arial" w:eastAsia="Arial" w:hAnsi="Arial"/>
          <w:rtl w:val="0"/>
        </w:rPr>
        <w:t xml:space="preserve">They</w:t>
      </w:r>
      <w:r w:rsidDel="00000000" w:rsidR="00000000" w:rsidRPr="00000000">
        <w:rPr>
          <w:rFonts w:ascii="Arial" w:cs="Arial" w:eastAsia="Arial" w:hAnsi="Arial"/>
          <w:sz w:val="22"/>
          <w:szCs w:val="22"/>
          <w:rtl w:val="0"/>
        </w:rPr>
        <w:t xml:space="preserve"> built a house. They built it to last</w:t>
      </w:r>
      <w:r w:rsidDel="00000000" w:rsidR="00000000" w:rsidRPr="00000000">
        <w:rPr>
          <w:rtl w:val="0"/>
        </w:rPr>
      </w:r>
    </w:p>
    <w:p w:rsidR="00000000" w:rsidDel="00000000" w:rsidP="00000000" w:rsidRDefault="00000000" w:rsidRPr="00000000" w14:paraId="000000C0">
      <w:pPr>
        <w:spacing w:after="0" w:lineRule="auto"/>
        <w:rPr/>
      </w:pPr>
      <w:r w:rsidDel="00000000" w:rsidR="00000000" w:rsidRPr="00000000">
        <w:rPr>
          <w:rtl w:val="0"/>
        </w:rPr>
      </w:r>
    </w:p>
    <w:p w:rsidR="00000000" w:rsidDel="00000000" w:rsidP="00000000" w:rsidRDefault="00000000" w:rsidRPr="00000000" w14:paraId="000000C1">
      <w:pPr>
        <w:spacing w:after="0" w:lineRule="auto"/>
        <w:rPr/>
      </w:pPr>
      <w:r w:rsidDel="00000000" w:rsidR="00000000" w:rsidRPr="00000000">
        <w:rPr>
          <w:rFonts w:ascii="Arial" w:cs="Arial" w:eastAsia="Arial" w:hAnsi="Arial"/>
          <w:color w:val="5d7284"/>
          <w:sz w:val="22"/>
          <w:szCs w:val="22"/>
          <w:rtl w:val="0"/>
        </w:rPr>
        <w:t xml:space="preserve">11:00</w:t>
      </w:r>
      <w:r w:rsidDel="00000000" w:rsidR="00000000" w:rsidRPr="00000000">
        <w:rPr>
          <w:rtl w:val="0"/>
        </w:rPr>
      </w:r>
    </w:p>
    <w:p w:rsidR="00000000" w:rsidDel="00000000" w:rsidP="00000000" w:rsidRDefault="00000000" w:rsidRPr="00000000" w14:paraId="000000C2">
      <w:pPr>
        <w:spacing w:after="0" w:lineRule="auto"/>
        <w:rPr/>
      </w:pPr>
      <w:r w:rsidDel="00000000" w:rsidR="00000000" w:rsidRPr="00000000">
        <w:rPr>
          <w:rFonts w:ascii="Arial" w:cs="Arial" w:eastAsia="Arial" w:hAnsi="Arial"/>
          <w:sz w:val="22"/>
          <w:szCs w:val="22"/>
          <w:rtl w:val="0"/>
        </w:rPr>
        <w:t xml:space="preserve">Senator Leahy got the money for this one. I think this right here,</w:t>
      </w:r>
      <w:r w:rsidDel="00000000" w:rsidR="00000000" w:rsidRPr="00000000">
        <w:rPr>
          <w:rtl w:val="0"/>
        </w:rPr>
      </w:r>
    </w:p>
    <w:p w:rsidR="00000000" w:rsidDel="00000000" w:rsidP="00000000" w:rsidRDefault="00000000" w:rsidRPr="00000000" w14:paraId="000000C3">
      <w:pPr>
        <w:spacing w:after="0" w:lineRule="auto"/>
        <w:rPr/>
      </w:pPr>
      <w:r w:rsidDel="00000000" w:rsidR="00000000" w:rsidRPr="00000000">
        <w:rPr>
          <w:rtl w:val="0"/>
        </w:rPr>
      </w:r>
    </w:p>
    <w:p w:rsidR="00000000" w:rsidDel="00000000" w:rsidP="00000000" w:rsidRDefault="00000000" w:rsidRPr="00000000" w14:paraId="000000C4">
      <w:pPr>
        <w:spacing w:after="0" w:lineRule="auto"/>
        <w:rPr/>
      </w:pPr>
      <w:r w:rsidDel="00000000" w:rsidR="00000000" w:rsidRPr="00000000">
        <w:rPr>
          <w:rFonts w:ascii="Arial" w:cs="Arial" w:eastAsia="Arial" w:hAnsi="Arial"/>
          <w:color w:val="5d7284"/>
          <w:sz w:val="22"/>
          <w:szCs w:val="22"/>
          <w:rtl w:val="0"/>
        </w:rPr>
        <w:t xml:space="preserve">11:06</w:t>
      </w:r>
      <w:r w:rsidDel="00000000" w:rsidR="00000000" w:rsidRPr="00000000">
        <w:rPr>
          <w:rtl w:val="0"/>
        </w:rPr>
      </w:r>
    </w:p>
    <w:p w:rsidR="00000000" w:rsidDel="00000000" w:rsidP="00000000" w:rsidRDefault="00000000" w:rsidRPr="00000000" w14:paraId="000000C5">
      <w:pPr>
        <w:spacing w:after="0" w:lineRule="auto"/>
        <w:rPr/>
      </w:pPr>
      <w:r w:rsidDel="00000000" w:rsidR="00000000" w:rsidRPr="00000000">
        <w:rPr>
          <w:rFonts w:ascii="Arial" w:cs="Arial" w:eastAsia="Arial" w:hAnsi="Arial"/>
          <w:rtl w:val="0"/>
        </w:rPr>
        <w:t xml:space="preserve">Leddy</w:t>
      </w:r>
      <w:r w:rsidDel="00000000" w:rsidR="00000000" w:rsidRPr="00000000">
        <w:rPr>
          <w:rFonts w:ascii="Arial" w:cs="Arial" w:eastAsia="Arial" w:hAnsi="Arial"/>
          <w:sz w:val="22"/>
          <w:szCs w:val="22"/>
          <w:rtl w:val="0"/>
        </w:rPr>
        <w:t xml:space="preserve"> got money for a lot of things, a lot of bacon. Seven years ago, , when was the </w:t>
      </w:r>
      <w:r w:rsidDel="00000000" w:rsidR="00000000" w:rsidRPr="00000000">
        <w:rPr>
          <w:rFonts w:ascii="Arial" w:cs="Arial" w:eastAsia="Arial" w:hAnsi="Arial"/>
          <w:rtl w:val="0"/>
        </w:rPr>
        <w:t xml:space="preserve">Leddy</w:t>
      </w:r>
      <w:r w:rsidDel="00000000" w:rsidR="00000000" w:rsidRPr="00000000">
        <w:rPr>
          <w:rFonts w:ascii="Arial" w:cs="Arial" w:eastAsia="Arial" w:hAnsi="Arial"/>
          <w:sz w:val="22"/>
          <w:szCs w:val="22"/>
          <w:rtl w:val="0"/>
        </w:rPr>
        <w:t xml:space="preserve"> reunion? 2025,</w:t>
      </w:r>
      <w:r w:rsidDel="00000000" w:rsidR="00000000" w:rsidRPr="00000000">
        <w:rPr>
          <w:rtl w:val="0"/>
        </w:rPr>
      </w:r>
    </w:p>
    <w:p w:rsidR="00000000" w:rsidDel="00000000" w:rsidP="00000000" w:rsidRDefault="00000000" w:rsidRPr="00000000" w14:paraId="000000C6">
      <w:pPr>
        <w:spacing w:after="0" w:lineRule="auto"/>
        <w:rPr/>
      </w:pPr>
      <w:r w:rsidDel="00000000" w:rsidR="00000000" w:rsidRPr="00000000">
        <w:rPr>
          <w:rtl w:val="0"/>
        </w:rPr>
      </w:r>
    </w:p>
    <w:p w:rsidR="00000000" w:rsidDel="00000000" w:rsidP="00000000" w:rsidRDefault="00000000" w:rsidRPr="00000000" w14:paraId="000000C7">
      <w:pPr>
        <w:spacing w:after="0" w:lineRule="auto"/>
        <w:rPr/>
      </w:pPr>
      <w:r w:rsidDel="00000000" w:rsidR="00000000" w:rsidRPr="00000000">
        <w:rPr>
          <w:rFonts w:ascii="Arial" w:cs="Arial" w:eastAsia="Arial" w:hAnsi="Arial"/>
          <w:color w:val="5d7284"/>
          <w:sz w:val="22"/>
          <w:szCs w:val="22"/>
          <w:rtl w:val="0"/>
        </w:rPr>
        <w:t xml:space="preserve">11:14</w:t>
      </w:r>
      <w:r w:rsidDel="00000000" w:rsidR="00000000" w:rsidRPr="00000000">
        <w:rPr>
          <w:rtl w:val="0"/>
        </w:rPr>
      </w:r>
    </w:p>
    <w:p w:rsidR="00000000" w:rsidDel="00000000" w:rsidP="00000000" w:rsidRDefault="00000000" w:rsidRPr="00000000" w14:paraId="000000C8">
      <w:pPr>
        <w:spacing w:after="0" w:lineRule="auto"/>
        <w:rPr/>
      </w:pPr>
      <w:r w:rsidDel="00000000" w:rsidR="00000000" w:rsidRPr="00000000">
        <w:rPr>
          <w:rFonts w:ascii="Arial" w:cs="Arial" w:eastAsia="Arial" w:hAnsi="Arial"/>
          <w:sz w:val="22"/>
          <w:szCs w:val="22"/>
          <w:rtl w:val="0"/>
        </w:rPr>
        <w:t xml:space="preserve">years ago, 30 years ago, we had the first and only family reunion,</w:t>
      </w:r>
      <w:r w:rsidDel="00000000" w:rsidR="00000000" w:rsidRPr="00000000">
        <w:rPr>
          <w:rtl w:val="0"/>
        </w:rPr>
      </w:r>
    </w:p>
    <w:p w:rsidR="00000000" w:rsidDel="00000000" w:rsidP="00000000" w:rsidRDefault="00000000" w:rsidRPr="00000000" w14:paraId="000000C9">
      <w:pPr>
        <w:spacing w:after="0" w:lineRule="auto"/>
        <w:rPr/>
      </w:pPr>
      <w:r w:rsidDel="00000000" w:rsidR="00000000" w:rsidRPr="00000000">
        <w:rPr>
          <w:rtl w:val="0"/>
        </w:rPr>
      </w:r>
    </w:p>
    <w:p w:rsidR="00000000" w:rsidDel="00000000" w:rsidP="00000000" w:rsidRDefault="00000000" w:rsidRPr="00000000" w14:paraId="000000CA">
      <w:pPr>
        <w:spacing w:after="0" w:lineRule="auto"/>
        <w:rPr/>
      </w:pPr>
      <w:r w:rsidDel="00000000" w:rsidR="00000000" w:rsidRPr="00000000">
        <w:rPr>
          <w:rFonts w:ascii="Arial" w:cs="Arial" w:eastAsia="Arial" w:hAnsi="Arial"/>
          <w:color w:val="5d7284"/>
          <w:sz w:val="22"/>
          <w:szCs w:val="22"/>
          <w:rtl w:val="0"/>
        </w:rPr>
        <w:t xml:space="preserve">11:23</w:t>
      </w:r>
      <w:r w:rsidDel="00000000" w:rsidR="00000000" w:rsidRPr="00000000">
        <w:rPr>
          <w:rtl w:val="0"/>
        </w:rPr>
      </w:r>
    </w:p>
    <w:p w:rsidR="00000000" w:rsidDel="00000000" w:rsidP="00000000" w:rsidRDefault="00000000" w:rsidRPr="00000000" w14:paraId="000000CB">
      <w:pPr>
        <w:spacing w:after="0" w:lineRule="auto"/>
        <w:rPr/>
      </w:pPr>
      <w:r w:rsidDel="00000000" w:rsidR="00000000" w:rsidRPr="00000000">
        <w:rPr>
          <w:rFonts w:ascii="Arial" w:cs="Arial" w:eastAsia="Arial" w:hAnsi="Arial"/>
          <w:sz w:val="22"/>
          <w:szCs w:val="22"/>
          <w:rtl w:val="0"/>
        </w:rPr>
        <w:t xml:space="preserve">and we came up to Under</w:t>
      </w:r>
      <w:r w:rsidDel="00000000" w:rsidR="00000000" w:rsidRPr="00000000">
        <w:rPr>
          <w:rFonts w:ascii="Arial" w:cs="Arial" w:eastAsia="Arial" w:hAnsi="Arial"/>
          <w:rtl w:val="0"/>
        </w:rPr>
        <w:t xml:space="preserve">h</w:t>
      </w:r>
      <w:r w:rsidDel="00000000" w:rsidR="00000000" w:rsidRPr="00000000">
        <w:rPr>
          <w:rFonts w:ascii="Arial" w:cs="Arial" w:eastAsia="Arial" w:hAnsi="Arial"/>
          <w:sz w:val="22"/>
          <w:szCs w:val="22"/>
          <w:rtl w:val="0"/>
        </w:rPr>
        <w:t xml:space="preserve">ill, and one of our cousins,  was he a colonel or a general as a colonel at the time, John </w:t>
      </w:r>
      <w:r w:rsidDel="00000000" w:rsidR="00000000" w:rsidRPr="00000000">
        <w:rPr>
          <w:rFonts w:ascii="Arial" w:cs="Arial" w:eastAsia="Arial" w:hAnsi="Arial"/>
          <w:rtl w:val="0"/>
        </w:rPr>
        <w:t xml:space="preserve">Abair</w:t>
      </w:r>
      <w:r w:rsidDel="00000000" w:rsidR="00000000" w:rsidRPr="00000000">
        <w:rPr>
          <w:rFonts w:ascii="Arial" w:cs="Arial" w:eastAsia="Arial" w:hAnsi="Arial"/>
          <w:sz w:val="22"/>
          <w:szCs w:val="22"/>
          <w:rtl w:val="0"/>
        </w:rPr>
        <w:t xml:space="preserve">, whose father retired as a general in the Vermont National Guard.</w:t>
      </w:r>
      <w:r w:rsidDel="00000000" w:rsidR="00000000" w:rsidRPr="00000000">
        <w:rPr>
          <w:rtl w:val="0"/>
        </w:rPr>
      </w:r>
    </w:p>
    <w:p w:rsidR="00000000" w:rsidDel="00000000" w:rsidP="00000000" w:rsidRDefault="00000000" w:rsidRPr="00000000" w14:paraId="000000CC">
      <w:pPr>
        <w:spacing w:after="0" w:lineRule="auto"/>
        <w:rPr/>
      </w:pPr>
      <w:r w:rsidDel="00000000" w:rsidR="00000000" w:rsidRPr="00000000">
        <w:rPr>
          <w:rtl w:val="0"/>
        </w:rPr>
      </w:r>
    </w:p>
    <w:p w:rsidR="00000000" w:rsidDel="00000000" w:rsidP="00000000" w:rsidRDefault="00000000" w:rsidRPr="00000000" w14:paraId="000000CD">
      <w:pPr>
        <w:spacing w:after="0" w:lineRule="auto"/>
        <w:rPr/>
      </w:pPr>
      <w:r w:rsidDel="00000000" w:rsidR="00000000" w:rsidRPr="00000000">
        <w:rPr>
          <w:rFonts w:ascii="Arial" w:cs="Arial" w:eastAsia="Arial" w:hAnsi="Arial"/>
          <w:color w:val="5d7284"/>
          <w:sz w:val="22"/>
          <w:szCs w:val="22"/>
          <w:rtl w:val="0"/>
        </w:rPr>
        <w:t xml:space="preserve">11:36</w:t>
      </w:r>
      <w:r w:rsidDel="00000000" w:rsidR="00000000" w:rsidRPr="00000000">
        <w:rPr>
          <w:rtl w:val="0"/>
        </w:rPr>
      </w:r>
    </w:p>
    <w:p w:rsidR="00000000" w:rsidDel="00000000" w:rsidP="00000000" w:rsidRDefault="00000000" w:rsidRPr="00000000" w14:paraId="000000CE">
      <w:pPr>
        <w:spacing w:after="0" w:lineRule="auto"/>
        <w:rPr/>
      </w:pPr>
      <w:r w:rsidDel="00000000" w:rsidR="00000000" w:rsidRPr="00000000">
        <w:rPr>
          <w:rFonts w:ascii="Arial" w:cs="Arial" w:eastAsia="Arial" w:hAnsi="Arial"/>
          <w:sz w:val="22"/>
          <w:szCs w:val="22"/>
          <w:rtl w:val="0"/>
        </w:rPr>
        <w:t xml:space="preserve">John, Colonel</w:t>
      </w:r>
      <w:r w:rsidDel="00000000" w:rsidR="00000000" w:rsidRPr="00000000">
        <w:rPr>
          <w:rFonts w:ascii="Arial" w:cs="Arial" w:eastAsia="Arial" w:hAnsi="Arial"/>
          <w:rtl w:val="0"/>
        </w:rPr>
        <w:t xml:space="preserve"> Abair</w:t>
      </w:r>
      <w:r w:rsidDel="00000000" w:rsidR="00000000" w:rsidRPr="00000000">
        <w:rPr>
          <w:rFonts w:ascii="Arial" w:cs="Arial" w:eastAsia="Arial" w:hAnsi="Arial"/>
          <w:sz w:val="22"/>
          <w:szCs w:val="22"/>
          <w:rtl w:val="0"/>
        </w:rPr>
        <w:t xml:space="preserve">, was able to get us access to the range,</w:t>
      </w:r>
      <w:r w:rsidDel="00000000" w:rsidR="00000000" w:rsidRPr="00000000">
        <w:rPr>
          <w:rtl w:val="0"/>
        </w:rPr>
      </w:r>
    </w:p>
    <w:p w:rsidR="00000000" w:rsidDel="00000000" w:rsidP="00000000" w:rsidRDefault="00000000" w:rsidRPr="00000000" w14:paraId="000000CF">
      <w:pPr>
        <w:spacing w:after="0" w:lineRule="auto"/>
        <w:rPr/>
      </w:pPr>
      <w:r w:rsidDel="00000000" w:rsidR="00000000" w:rsidRPr="00000000">
        <w:rPr>
          <w:rtl w:val="0"/>
        </w:rPr>
      </w:r>
    </w:p>
    <w:p w:rsidR="00000000" w:rsidDel="00000000" w:rsidP="00000000" w:rsidRDefault="00000000" w:rsidRPr="00000000" w14:paraId="000000D0">
      <w:pPr>
        <w:spacing w:after="0" w:lineRule="auto"/>
        <w:rPr/>
      </w:pPr>
      <w:r w:rsidDel="00000000" w:rsidR="00000000" w:rsidRPr="00000000">
        <w:rPr>
          <w:rFonts w:ascii="Arial" w:cs="Arial" w:eastAsia="Arial" w:hAnsi="Arial"/>
          <w:color w:val="5d7284"/>
          <w:sz w:val="22"/>
          <w:szCs w:val="22"/>
          <w:rtl w:val="0"/>
        </w:rPr>
        <w:t xml:space="preserve">11:40</w:t>
      </w:r>
      <w:r w:rsidDel="00000000" w:rsidR="00000000" w:rsidRPr="00000000">
        <w:rPr>
          <w:rtl w:val="0"/>
        </w:rPr>
      </w:r>
    </w:p>
    <w:p w:rsidR="00000000" w:rsidDel="00000000" w:rsidP="00000000" w:rsidRDefault="00000000" w:rsidRPr="00000000" w14:paraId="000000D1">
      <w:pPr>
        <w:spacing w:after="0" w:lineRule="auto"/>
        <w:rPr/>
      </w:pPr>
      <w:r w:rsidDel="00000000" w:rsidR="00000000" w:rsidRPr="00000000">
        <w:rPr>
          <w:rFonts w:ascii="Arial" w:cs="Arial" w:eastAsia="Arial" w:hAnsi="Arial"/>
          <w:sz w:val="22"/>
          <w:szCs w:val="22"/>
          <w:rtl w:val="0"/>
        </w:rPr>
        <w:t xml:space="preserve">and we had a school bus, and we got onto the range. They weren't shooting that day, and we took a bus tour, and the original farmhouse was, I guess the cellar hole was still there, probably well.</w:t>
      </w:r>
      <w:r w:rsidDel="00000000" w:rsidR="00000000" w:rsidRPr="00000000">
        <w:rPr>
          <w:rtl w:val="0"/>
        </w:rPr>
      </w:r>
    </w:p>
    <w:p w:rsidR="00000000" w:rsidDel="00000000" w:rsidP="00000000" w:rsidRDefault="00000000" w:rsidRPr="00000000" w14:paraId="000000D2">
      <w:pPr>
        <w:spacing w:after="0" w:lineRule="auto"/>
        <w:rPr/>
      </w:pPr>
      <w:r w:rsidDel="00000000" w:rsidR="00000000" w:rsidRPr="00000000">
        <w:rPr>
          <w:rtl w:val="0"/>
        </w:rPr>
      </w:r>
    </w:p>
    <w:p w:rsidR="00000000" w:rsidDel="00000000" w:rsidP="00000000" w:rsidRDefault="00000000" w:rsidRPr="00000000" w14:paraId="000000D3">
      <w:pPr>
        <w:spacing w:after="0" w:lineRule="auto"/>
        <w:rPr/>
      </w:pPr>
      <w:r w:rsidDel="00000000" w:rsidR="00000000" w:rsidRPr="00000000">
        <w:rPr>
          <w:rFonts w:ascii="Arial" w:cs="Arial" w:eastAsia="Arial" w:hAnsi="Arial"/>
          <w:color w:val="5d7284"/>
          <w:sz w:val="22"/>
          <w:szCs w:val="22"/>
          <w:rtl w:val="0"/>
        </w:rPr>
        <w:t xml:space="preserve">11:55</w:t>
      </w:r>
      <w:r w:rsidDel="00000000" w:rsidR="00000000" w:rsidRPr="00000000">
        <w:rPr>
          <w:rtl w:val="0"/>
        </w:rPr>
      </w:r>
    </w:p>
    <w:p w:rsidR="00000000" w:rsidDel="00000000" w:rsidP="00000000" w:rsidRDefault="00000000" w:rsidRPr="00000000" w14:paraId="000000D4">
      <w:pPr>
        <w:spacing w:after="0" w:lineRule="auto"/>
        <w:rPr/>
      </w:pPr>
      <w:r w:rsidDel="00000000" w:rsidR="00000000" w:rsidRPr="00000000">
        <w:rPr>
          <w:rFonts w:ascii="Arial" w:cs="Arial" w:eastAsia="Arial" w:hAnsi="Arial"/>
          <w:sz w:val="22"/>
          <w:szCs w:val="22"/>
          <w:rtl w:val="0"/>
        </w:rPr>
        <w:t xml:space="preserve">So we toured </w:t>
      </w:r>
      <w:r w:rsidDel="00000000" w:rsidR="00000000" w:rsidRPr="00000000">
        <w:rPr>
          <w:rFonts w:ascii="Arial" w:cs="Arial" w:eastAsia="Arial" w:hAnsi="Arial"/>
          <w:rtl w:val="0"/>
        </w:rPr>
        <w:t xml:space="preserve">and</w:t>
      </w:r>
      <w:r w:rsidDel="00000000" w:rsidR="00000000" w:rsidRPr="00000000">
        <w:rPr>
          <w:rFonts w:ascii="Arial" w:cs="Arial" w:eastAsia="Arial" w:hAnsi="Arial"/>
          <w:sz w:val="22"/>
          <w:szCs w:val="22"/>
          <w:rtl w:val="0"/>
        </w:rPr>
        <w:t xml:space="preserve"> had a wonderful reunion. My father was a hunter,</w:t>
      </w:r>
      <w:r w:rsidDel="00000000" w:rsidR="00000000" w:rsidRPr="00000000">
        <w:rPr>
          <w:rtl w:val="0"/>
        </w:rPr>
      </w:r>
    </w:p>
    <w:p w:rsidR="00000000" w:rsidDel="00000000" w:rsidP="00000000" w:rsidRDefault="00000000" w:rsidRPr="00000000" w14:paraId="000000D5">
      <w:pPr>
        <w:spacing w:after="0" w:lineRule="auto"/>
        <w:rPr/>
      </w:pPr>
      <w:r w:rsidDel="00000000" w:rsidR="00000000" w:rsidRPr="00000000">
        <w:rPr>
          <w:rtl w:val="0"/>
        </w:rPr>
      </w:r>
    </w:p>
    <w:p w:rsidR="00000000" w:rsidDel="00000000" w:rsidP="00000000" w:rsidRDefault="00000000" w:rsidRPr="00000000" w14:paraId="000000D6">
      <w:pPr>
        <w:spacing w:after="0" w:lineRule="auto"/>
        <w:rPr/>
      </w:pPr>
      <w:r w:rsidDel="00000000" w:rsidR="00000000" w:rsidRPr="00000000">
        <w:rPr>
          <w:rFonts w:ascii="Arial" w:cs="Arial" w:eastAsia="Arial" w:hAnsi="Arial"/>
          <w:color w:val="5d7284"/>
          <w:sz w:val="22"/>
          <w:szCs w:val="22"/>
          <w:rtl w:val="0"/>
        </w:rPr>
        <w:t xml:space="preserve">12:01</w:t>
      </w:r>
      <w:r w:rsidDel="00000000" w:rsidR="00000000" w:rsidRPr="00000000">
        <w:rPr>
          <w:rtl w:val="0"/>
        </w:rPr>
      </w:r>
    </w:p>
    <w:p w:rsidR="00000000" w:rsidDel="00000000" w:rsidP="00000000" w:rsidRDefault="00000000" w:rsidRPr="00000000" w14:paraId="000000D7">
      <w:pPr>
        <w:spacing w:after="0" w:lineRule="auto"/>
        <w:rPr/>
      </w:pPr>
      <w:r w:rsidDel="00000000" w:rsidR="00000000" w:rsidRPr="00000000">
        <w:rPr>
          <w:rFonts w:ascii="Arial" w:cs="Arial" w:eastAsia="Arial" w:hAnsi="Arial"/>
          <w:sz w:val="22"/>
          <w:szCs w:val="22"/>
          <w:rtl w:val="0"/>
        </w:rPr>
        <w:t xml:space="preserve">and he always </w:t>
      </w:r>
      <w:r w:rsidDel="00000000" w:rsidR="00000000" w:rsidRPr="00000000">
        <w:rPr>
          <w:rFonts w:ascii="Arial" w:cs="Arial" w:eastAsia="Arial" w:hAnsi="Arial"/>
          <w:rtl w:val="0"/>
        </w:rPr>
        <w:t xml:space="preserve">saw</w:t>
      </w:r>
      <w:r w:rsidDel="00000000" w:rsidR="00000000" w:rsidRPr="00000000">
        <w:rPr>
          <w:rFonts w:ascii="Arial" w:cs="Arial" w:eastAsia="Arial" w:hAnsi="Arial"/>
          <w:sz w:val="22"/>
          <w:szCs w:val="22"/>
          <w:rtl w:val="0"/>
        </w:rPr>
        <w:t xml:space="preserve"> this was </w:t>
      </w:r>
      <w:r w:rsidDel="00000000" w:rsidR="00000000" w:rsidRPr="00000000">
        <w:rPr>
          <w:rFonts w:ascii="Arial" w:cs="Arial" w:eastAsia="Arial" w:hAnsi="Arial"/>
          <w:rtl w:val="0"/>
        </w:rPr>
        <w:t xml:space="preserve">not a great</w:t>
      </w:r>
      <w:r w:rsidDel="00000000" w:rsidR="00000000" w:rsidRPr="00000000">
        <w:rPr>
          <w:rFonts w:ascii="Arial" w:cs="Arial" w:eastAsia="Arial" w:hAnsi="Arial"/>
          <w:sz w:val="22"/>
          <w:szCs w:val="22"/>
          <w:rtl w:val="0"/>
        </w:rPr>
        <w:t xml:space="preserve"> hunting ground, but, but he always came one or two days a year. He would come and he and he'd hunt, and he got permission from</w:t>
      </w:r>
      <w:r w:rsidDel="00000000" w:rsidR="00000000" w:rsidRPr="00000000">
        <w:rPr>
          <w:rtl w:val="0"/>
        </w:rPr>
      </w:r>
    </w:p>
    <w:p w:rsidR="00000000" w:rsidDel="00000000" w:rsidP="00000000" w:rsidRDefault="00000000" w:rsidRPr="00000000" w14:paraId="000000D8">
      <w:pPr>
        <w:spacing w:after="0" w:lineRule="auto"/>
        <w:rPr/>
      </w:pPr>
      <w:r w:rsidDel="00000000" w:rsidR="00000000" w:rsidRPr="00000000">
        <w:rPr>
          <w:rtl w:val="0"/>
        </w:rPr>
      </w:r>
    </w:p>
    <w:p w:rsidR="00000000" w:rsidDel="00000000" w:rsidP="00000000" w:rsidRDefault="00000000" w:rsidRPr="00000000" w14:paraId="000000D9">
      <w:pPr>
        <w:spacing w:after="0" w:lineRule="auto"/>
        <w:rPr/>
      </w:pPr>
      <w:r w:rsidDel="00000000" w:rsidR="00000000" w:rsidRPr="00000000">
        <w:rPr>
          <w:rFonts w:ascii="Arial" w:cs="Arial" w:eastAsia="Arial" w:hAnsi="Arial"/>
          <w:color w:val="5d7284"/>
          <w:sz w:val="22"/>
          <w:szCs w:val="22"/>
          <w:rtl w:val="0"/>
        </w:rPr>
        <w:t xml:space="preserve">12:12</w:t>
      </w:r>
      <w:r w:rsidDel="00000000" w:rsidR="00000000" w:rsidRPr="00000000">
        <w:rPr>
          <w:rtl w:val="0"/>
        </w:rPr>
      </w:r>
    </w:p>
    <w:p w:rsidR="00000000" w:rsidDel="00000000" w:rsidP="00000000" w:rsidRDefault="00000000" w:rsidRPr="00000000" w14:paraId="000000DA">
      <w:pPr>
        <w:spacing w:after="0" w:lineRule="auto"/>
        <w:rPr/>
      </w:pPr>
      <w:r w:rsidDel="00000000" w:rsidR="00000000" w:rsidRPr="00000000">
        <w:rPr>
          <w:rFonts w:ascii="Arial" w:cs="Arial" w:eastAsia="Arial" w:hAnsi="Arial"/>
          <w:sz w:val="22"/>
          <w:szCs w:val="22"/>
          <w:rtl w:val="0"/>
        </w:rPr>
        <w:t xml:space="preserve">the curator, or whoever</w:t>
      </w:r>
      <w:r w:rsidDel="00000000" w:rsidR="00000000" w:rsidRPr="00000000">
        <w:rPr>
          <w:rtl w:val="0"/>
        </w:rPr>
      </w:r>
    </w:p>
    <w:p w:rsidR="00000000" w:rsidDel="00000000" w:rsidP="00000000" w:rsidRDefault="00000000" w:rsidRPr="00000000" w14:paraId="000000DB">
      <w:pPr>
        <w:spacing w:after="0" w:lineRule="auto"/>
        <w:rPr/>
      </w:pPr>
      <w:r w:rsidDel="00000000" w:rsidR="00000000" w:rsidRPr="00000000">
        <w:rPr>
          <w:rtl w:val="0"/>
        </w:rPr>
      </w:r>
    </w:p>
    <w:p w:rsidR="00000000" w:rsidDel="00000000" w:rsidP="00000000" w:rsidRDefault="00000000" w:rsidRPr="00000000" w14:paraId="000000DC">
      <w:pPr>
        <w:spacing w:after="0" w:lineRule="auto"/>
        <w:rPr/>
      </w:pPr>
      <w:r w:rsidDel="00000000" w:rsidR="00000000" w:rsidRPr="00000000">
        <w:rPr>
          <w:rFonts w:ascii="Arial" w:cs="Arial" w:eastAsia="Arial" w:hAnsi="Arial"/>
          <w:color w:val="5d7284"/>
          <w:sz w:val="22"/>
          <w:szCs w:val="22"/>
          <w:rtl w:val="0"/>
        </w:rPr>
        <w:t xml:space="preserve">12:16</w:t>
      </w:r>
      <w:r w:rsidDel="00000000" w:rsidR="00000000" w:rsidRPr="00000000">
        <w:rPr>
          <w:rtl w:val="0"/>
        </w:rPr>
      </w:r>
    </w:p>
    <w:p w:rsidR="00000000" w:rsidDel="00000000" w:rsidP="00000000" w:rsidRDefault="00000000" w:rsidRPr="00000000" w14:paraId="000000DD">
      <w:pPr>
        <w:spacing w:after="0" w:lineRule="auto"/>
        <w:rPr/>
      </w:pPr>
      <w:r w:rsidDel="00000000" w:rsidR="00000000" w:rsidRPr="00000000">
        <w:rPr>
          <w:rFonts w:ascii="Arial" w:cs="Arial" w:eastAsia="Arial" w:hAnsi="Arial"/>
          <w:sz w:val="22"/>
          <w:szCs w:val="22"/>
          <w:rtl w:val="0"/>
        </w:rPr>
        <w:t xml:space="preserve">oversaw the range. It's a big fence. You go up to the Range Road, just beyond the cemetery, there's a gate,</w:t>
      </w:r>
      <w:r w:rsidDel="00000000" w:rsidR="00000000" w:rsidRPr="00000000">
        <w:rPr>
          <w:rtl w:val="0"/>
        </w:rPr>
      </w:r>
    </w:p>
    <w:p w:rsidR="00000000" w:rsidDel="00000000" w:rsidP="00000000" w:rsidRDefault="00000000" w:rsidRPr="00000000" w14:paraId="000000DE">
      <w:pPr>
        <w:spacing w:after="0" w:lineRule="auto"/>
        <w:rPr/>
      </w:pPr>
      <w:r w:rsidDel="00000000" w:rsidR="00000000" w:rsidRPr="00000000">
        <w:rPr>
          <w:rtl w:val="0"/>
        </w:rPr>
      </w:r>
    </w:p>
    <w:p w:rsidR="00000000" w:rsidDel="00000000" w:rsidP="00000000" w:rsidRDefault="00000000" w:rsidRPr="00000000" w14:paraId="000000DF">
      <w:pPr>
        <w:spacing w:after="0" w:lineRule="auto"/>
        <w:rPr/>
      </w:pPr>
      <w:r w:rsidDel="00000000" w:rsidR="00000000" w:rsidRPr="00000000">
        <w:rPr>
          <w:rFonts w:ascii="Arial" w:cs="Arial" w:eastAsia="Arial" w:hAnsi="Arial"/>
          <w:color w:val="5d7284"/>
          <w:sz w:val="22"/>
          <w:szCs w:val="22"/>
          <w:rtl w:val="0"/>
        </w:rPr>
        <w:t xml:space="preserve">12:23</w:t>
      </w:r>
      <w:r w:rsidDel="00000000" w:rsidR="00000000" w:rsidRPr="00000000">
        <w:rPr>
          <w:rtl w:val="0"/>
        </w:rPr>
      </w:r>
    </w:p>
    <w:p w:rsidR="00000000" w:rsidDel="00000000" w:rsidP="00000000" w:rsidRDefault="00000000" w:rsidRPr="00000000" w14:paraId="000000E0">
      <w:pPr>
        <w:spacing w:after="0" w:lineRule="auto"/>
        <w:rPr/>
      </w:pPr>
      <w:r w:rsidDel="00000000" w:rsidR="00000000" w:rsidRPr="00000000">
        <w:rPr>
          <w:rFonts w:ascii="Arial" w:cs="Arial" w:eastAsia="Arial" w:hAnsi="Arial"/>
          <w:sz w:val="22"/>
          <w:szCs w:val="22"/>
          <w:rtl w:val="0"/>
        </w:rPr>
        <w:t xml:space="preserve">and my father would call and get permission every year where they </w:t>
      </w:r>
      <w:r w:rsidDel="00000000" w:rsidR="00000000" w:rsidRPr="00000000">
        <w:rPr>
          <w:rFonts w:ascii="Arial" w:cs="Arial" w:eastAsia="Arial" w:hAnsi="Arial"/>
          <w:rtl w:val="0"/>
        </w:rPr>
        <w:t xml:space="preserve">got</w:t>
      </w:r>
      <w:r w:rsidDel="00000000" w:rsidR="00000000" w:rsidRPr="00000000">
        <w:rPr>
          <w:rFonts w:ascii="Arial" w:cs="Arial" w:eastAsia="Arial" w:hAnsi="Arial"/>
          <w:sz w:val="22"/>
          <w:szCs w:val="22"/>
          <w:rtl w:val="0"/>
        </w:rPr>
        <w:t xml:space="preserve"> a key to the gate and make sure they weren't shooting. And he'd go on the range and he'd hunt, and it was like he was going home, like he was a little boy that he loved to hunt. And that was, that was for him, was like he died, went to heaven. I went up with him once. </w:t>
      </w:r>
      <w:r w:rsidDel="00000000" w:rsidR="00000000" w:rsidRPr="00000000">
        <w:rPr>
          <w:rFonts w:ascii="Arial" w:cs="Arial" w:eastAsia="Arial" w:hAnsi="Arial"/>
          <w:rtl w:val="0"/>
        </w:rPr>
        <w:t xml:space="preserve">So we're hunting</w:t>
      </w:r>
      <w:r w:rsidDel="00000000" w:rsidR="00000000" w:rsidRPr="00000000">
        <w:rPr>
          <w:rFonts w:ascii="Arial" w:cs="Arial" w:eastAsia="Arial" w:hAnsi="Arial"/>
          <w:sz w:val="22"/>
          <w:szCs w:val="22"/>
          <w:rtl w:val="0"/>
        </w:rPr>
        <w:t xml:space="preserve">, and we're kind of going along one of these roads, because the military kind of </w:t>
      </w:r>
      <w:r w:rsidDel="00000000" w:rsidR="00000000" w:rsidRPr="00000000">
        <w:rPr>
          <w:rFonts w:ascii="Arial" w:cs="Arial" w:eastAsia="Arial" w:hAnsi="Arial"/>
          <w:rtl w:val="0"/>
        </w:rPr>
        <w:t xml:space="preserve">keeps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maintaining</w:t>
      </w:r>
      <w:r w:rsidDel="00000000" w:rsidR="00000000" w:rsidRPr="00000000">
        <w:rPr>
          <w:rFonts w:ascii="Arial" w:cs="Arial" w:eastAsia="Arial" w:hAnsi="Arial"/>
          <w:sz w:val="22"/>
          <w:szCs w:val="22"/>
          <w:rtl w:val="0"/>
        </w:rPr>
        <w:t xml:space="preserve"> the road Hill West </w:t>
      </w:r>
      <w:r w:rsidDel="00000000" w:rsidR="00000000" w:rsidRPr="00000000">
        <w:rPr>
          <w:rFonts w:ascii="Arial" w:cs="Arial" w:eastAsia="Arial" w:hAnsi="Arial"/>
          <w:rtl w:val="0"/>
        </w:rPr>
        <w:t xml:space="preserve">Bolton used</w:t>
      </w:r>
      <w:r w:rsidDel="00000000" w:rsidR="00000000" w:rsidRPr="00000000">
        <w:rPr>
          <w:rFonts w:ascii="Arial" w:cs="Arial" w:eastAsia="Arial" w:hAnsi="Arial"/>
          <w:sz w:val="22"/>
          <w:szCs w:val="22"/>
          <w:rtl w:val="0"/>
        </w:rPr>
        <w:t xml:space="preserve"> to be called West Bolton because </w:t>
      </w:r>
      <w:r w:rsidDel="00000000" w:rsidR="00000000" w:rsidRPr="00000000">
        <w:rPr>
          <w:rFonts w:ascii="Arial" w:cs="Arial" w:eastAsia="Arial" w:hAnsi="Arial"/>
          <w:rtl w:val="0"/>
        </w:rPr>
        <w:t xml:space="preserve">it went</w:t>
      </w:r>
      <w:r w:rsidDel="00000000" w:rsidR="00000000" w:rsidRPr="00000000">
        <w:rPr>
          <w:rFonts w:ascii="Arial" w:cs="Arial" w:eastAsia="Arial" w:hAnsi="Arial"/>
          <w:sz w:val="22"/>
          <w:szCs w:val="22"/>
          <w:rtl w:val="0"/>
        </w:rPr>
        <w:t xml:space="preserve"> through West </w:t>
      </w:r>
      <w:r w:rsidDel="00000000" w:rsidR="00000000" w:rsidRPr="00000000">
        <w:rPr>
          <w:rFonts w:ascii="Arial" w:cs="Arial" w:eastAsia="Arial" w:hAnsi="Arial"/>
          <w:rtl w:val="0"/>
        </w:rPr>
        <w:t xml:space="preserve">Bolton </w:t>
      </w:r>
      <w:r w:rsidDel="00000000" w:rsidR="00000000" w:rsidRPr="00000000">
        <w:rPr>
          <w:rFonts w:ascii="Arial" w:cs="Arial" w:eastAsia="Arial" w:hAnsi="Arial"/>
          <w:sz w:val="22"/>
          <w:szCs w:val="22"/>
          <w:rtl w:val="0"/>
        </w:rPr>
        <w:t xml:space="preserve">, of course.</w:t>
      </w:r>
      <w:r w:rsidDel="00000000" w:rsidR="00000000" w:rsidRPr="00000000">
        <w:rPr>
          <w:rtl w:val="0"/>
        </w:rPr>
      </w:r>
    </w:p>
    <w:p w:rsidR="00000000" w:rsidDel="00000000" w:rsidP="00000000" w:rsidRDefault="00000000" w:rsidRPr="00000000" w14:paraId="000000E1">
      <w:pPr>
        <w:spacing w:after="0" w:lineRule="auto"/>
        <w:rPr/>
      </w:pPr>
      <w:r w:rsidDel="00000000" w:rsidR="00000000" w:rsidRPr="00000000">
        <w:rPr>
          <w:rtl w:val="0"/>
        </w:rPr>
      </w:r>
    </w:p>
    <w:p w:rsidR="00000000" w:rsidDel="00000000" w:rsidP="00000000" w:rsidRDefault="00000000" w:rsidRPr="00000000" w14:paraId="000000E2">
      <w:pPr>
        <w:spacing w:after="0" w:lineRule="auto"/>
        <w:rPr/>
      </w:pPr>
      <w:r w:rsidDel="00000000" w:rsidR="00000000" w:rsidRPr="00000000">
        <w:rPr>
          <w:rFonts w:ascii="Arial" w:cs="Arial" w:eastAsia="Arial" w:hAnsi="Arial"/>
          <w:color w:val="5d7284"/>
          <w:sz w:val="22"/>
          <w:szCs w:val="22"/>
          <w:rtl w:val="0"/>
        </w:rPr>
        <w:t xml:space="preserve">12:58</w:t>
      </w:r>
      <w:r w:rsidDel="00000000" w:rsidR="00000000" w:rsidRPr="00000000">
        <w:rPr>
          <w:rtl w:val="0"/>
        </w:rPr>
      </w:r>
    </w:p>
    <w:p w:rsidR="00000000" w:rsidDel="00000000" w:rsidP="00000000" w:rsidRDefault="00000000" w:rsidRPr="00000000" w14:paraId="000000E3">
      <w:pPr>
        <w:spacing w:after="0" w:lineRule="auto"/>
        <w:rPr/>
      </w:pPr>
      <w:r w:rsidDel="00000000" w:rsidR="00000000" w:rsidRPr="00000000">
        <w:rPr>
          <w:rFonts w:ascii="Arial" w:cs="Arial" w:eastAsia="Arial" w:hAnsi="Arial"/>
          <w:sz w:val="22"/>
          <w:szCs w:val="22"/>
          <w:rtl w:val="0"/>
        </w:rPr>
        <w:t xml:space="preserve">And so all of a sudden we stop, and my father walks over, probably where the garden is over there, or quite a ways out, and he goes, he looks back, goes, John, there's nothing there. If your father was born </w:t>
      </w:r>
      <w:r w:rsidDel="00000000" w:rsidR="00000000" w:rsidRPr="00000000">
        <w:rPr>
          <w:rFonts w:ascii="Arial" w:cs="Arial" w:eastAsia="Arial" w:hAnsi="Arial"/>
          <w:rtl w:val="0"/>
        </w:rPr>
        <w:t xml:space="preserve">on the</w:t>
      </w:r>
      <w:r w:rsidDel="00000000" w:rsidR="00000000" w:rsidRPr="00000000">
        <w:rPr>
          <w:rFonts w:ascii="Arial" w:cs="Arial" w:eastAsia="Arial" w:hAnsi="Arial"/>
          <w:sz w:val="22"/>
          <w:szCs w:val="22"/>
          <w:rtl w:val="0"/>
        </w:rPr>
        <w:t xml:space="preserve"> spot, I'm looking where, where, you know, but he knew where his parents bedroom was, and he knew, and he knew exactly where he was born. So</w:t>
      </w:r>
      <w:r w:rsidDel="00000000" w:rsidR="00000000" w:rsidRPr="00000000">
        <w:rPr>
          <w:rtl w:val="0"/>
        </w:rPr>
      </w:r>
    </w:p>
    <w:p w:rsidR="00000000" w:rsidDel="00000000" w:rsidP="00000000" w:rsidRDefault="00000000" w:rsidRPr="00000000" w14:paraId="000000E4">
      <w:pPr>
        <w:spacing w:after="0" w:lineRule="auto"/>
        <w:rPr/>
      </w:pPr>
      <w:r w:rsidDel="00000000" w:rsidR="00000000" w:rsidRPr="00000000">
        <w:rPr>
          <w:rtl w:val="0"/>
        </w:rPr>
      </w:r>
    </w:p>
    <w:p w:rsidR="00000000" w:rsidDel="00000000" w:rsidP="00000000" w:rsidRDefault="00000000" w:rsidRPr="00000000" w14:paraId="000000E5">
      <w:pPr>
        <w:spacing w:after="0" w:lineRule="auto"/>
        <w:rPr/>
      </w:pPr>
      <w:r w:rsidDel="00000000" w:rsidR="00000000" w:rsidRPr="00000000">
        <w:rPr>
          <w:rFonts w:ascii="Arial" w:cs="Arial" w:eastAsia="Arial" w:hAnsi="Arial"/>
          <w:color w:val="5d7284"/>
          <w:sz w:val="22"/>
          <w:szCs w:val="22"/>
          <w:rtl w:val="0"/>
        </w:rPr>
        <w:t xml:space="preserve">13:26</w:t>
      </w:r>
      <w:r w:rsidDel="00000000" w:rsidR="00000000" w:rsidRPr="00000000">
        <w:rPr>
          <w:rtl w:val="0"/>
        </w:rPr>
      </w:r>
    </w:p>
    <w:p w:rsidR="00000000" w:rsidDel="00000000" w:rsidP="00000000" w:rsidRDefault="00000000" w:rsidRPr="00000000" w14:paraId="000000E6">
      <w:pPr>
        <w:spacing w:after="0" w:lineRule="auto"/>
        <w:rPr/>
      </w:pPr>
      <w:r w:rsidDel="00000000" w:rsidR="00000000" w:rsidRPr="00000000">
        <w:rPr>
          <w:rFonts w:ascii="Arial" w:cs="Arial" w:eastAsia="Arial" w:hAnsi="Arial"/>
          <w:sz w:val="22"/>
          <w:szCs w:val="22"/>
          <w:rtl w:val="0"/>
        </w:rPr>
        <w:t xml:space="preserve">now that was a good trip that we were </w:t>
      </w:r>
      <w:r w:rsidDel="00000000" w:rsidR="00000000" w:rsidRPr="00000000">
        <w:rPr>
          <w:rFonts w:ascii="Arial" w:cs="Arial" w:eastAsia="Arial" w:hAnsi="Arial"/>
          <w:rtl w:val="0"/>
        </w:rPr>
        <w:t xml:space="preserve">able to</w:t>
      </w:r>
      <w:r w:rsidDel="00000000" w:rsidR="00000000" w:rsidRPr="00000000">
        <w:rPr>
          <w:rFonts w:ascii="Arial" w:cs="Arial" w:eastAsia="Arial" w:hAnsi="Arial"/>
          <w:sz w:val="22"/>
          <w:szCs w:val="22"/>
          <w:rtl w:val="0"/>
        </w:rPr>
        <w:t xml:space="preserve"> get </w:t>
      </w:r>
      <w:r w:rsidDel="00000000" w:rsidR="00000000" w:rsidRPr="00000000">
        <w:rPr>
          <w:rFonts w:ascii="Arial" w:cs="Arial" w:eastAsia="Arial" w:hAnsi="Arial"/>
          <w:rtl w:val="0"/>
        </w:rPr>
        <w:t xml:space="preserve">access to. My father</w:t>
      </w:r>
      <w:r w:rsidDel="00000000" w:rsidR="00000000" w:rsidRPr="00000000">
        <w:rPr>
          <w:rFonts w:ascii="Arial" w:cs="Arial" w:eastAsia="Arial" w:hAnsi="Arial"/>
          <w:sz w:val="22"/>
          <w:szCs w:val="22"/>
          <w:rtl w:val="0"/>
        </w:rPr>
        <w:t xml:space="preserve"> used to call it the artillery range. He never called it the fir</w:t>
      </w:r>
      <w:r w:rsidDel="00000000" w:rsidR="00000000" w:rsidRPr="00000000">
        <w:rPr>
          <w:rFonts w:ascii="Arial" w:cs="Arial" w:eastAsia="Arial" w:hAnsi="Arial"/>
          <w:rtl w:val="0"/>
        </w:rPr>
        <w:t xml:space="preserve">ing </w:t>
      </w:r>
      <w:r w:rsidDel="00000000" w:rsidR="00000000" w:rsidRPr="00000000">
        <w:rPr>
          <w:rFonts w:ascii="Arial" w:cs="Arial" w:eastAsia="Arial" w:hAnsi="Arial"/>
          <w:sz w:val="22"/>
          <w:szCs w:val="22"/>
          <w:rtl w:val="0"/>
        </w:rPr>
        <w:t xml:space="preserve"> range. And, you know, the fort and Allen was an army base that would come up and fire their howitzers up there, back in there, and </w:t>
      </w:r>
      <w:r w:rsidDel="00000000" w:rsidR="00000000" w:rsidRPr="00000000">
        <w:rPr>
          <w:rFonts w:ascii="Arial" w:cs="Arial" w:eastAsia="Arial" w:hAnsi="Arial"/>
          <w:rtl w:val="0"/>
        </w:rPr>
        <w:t xml:space="preserve">hunt</w:t>
      </w:r>
      <w:r w:rsidDel="00000000" w:rsidR="00000000" w:rsidRPr="00000000">
        <w:rPr>
          <w:rFonts w:ascii="Arial" w:cs="Arial" w:eastAsia="Arial" w:hAnsi="Arial"/>
          <w:sz w:val="22"/>
          <w:szCs w:val="22"/>
          <w:rtl w:val="0"/>
        </w:rPr>
        <w:t xml:space="preserve"> there. I would walk along the woods, and you see these, these trees, they'd be riddled with  bullets. And you see some of the bullet holes stuck in the you can still hear them now, you know.</w:t>
      </w:r>
      <w:r w:rsidDel="00000000" w:rsidR="00000000" w:rsidRPr="00000000">
        <w:rPr>
          <w:rtl w:val="0"/>
        </w:rPr>
      </w:r>
    </w:p>
    <w:p w:rsidR="00000000" w:rsidDel="00000000" w:rsidP="00000000" w:rsidRDefault="00000000" w:rsidRPr="00000000" w14:paraId="000000E7">
      <w:pPr>
        <w:spacing w:after="0" w:lineRule="auto"/>
        <w:rPr/>
      </w:pPr>
      <w:r w:rsidDel="00000000" w:rsidR="00000000" w:rsidRPr="00000000">
        <w:rPr>
          <w:rtl w:val="0"/>
        </w:rPr>
      </w:r>
    </w:p>
    <w:p w:rsidR="00000000" w:rsidDel="00000000" w:rsidP="00000000" w:rsidRDefault="00000000" w:rsidRPr="00000000" w14:paraId="000000E8">
      <w:pPr>
        <w:spacing w:after="0" w:lineRule="auto"/>
        <w:rPr/>
      </w:pPr>
      <w:r w:rsidDel="00000000" w:rsidR="00000000" w:rsidRPr="00000000">
        <w:rPr>
          <w:rFonts w:ascii="Arial" w:cs="Arial" w:eastAsia="Arial" w:hAnsi="Arial"/>
          <w:color w:val="5d7284"/>
          <w:sz w:val="22"/>
          <w:szCs w:val="22"/>
          <w:rtl w:val="0"/>
        </w:rPr>
        <w:t xml:space="preserve">13:56</w:t>
      </w:r>
      <w:r w:rsidDel="00000000" w:rsidR="00000000" w:rsidRPr="00000000">
        <w:rPr>
          <w:rtl w:val="0"/>
        </w:rPr>
      </w:r>
    </w:p>
    <w:p w:rsidR="00000000" w:rsidDel="00000000" w:rsidP="00000000" w:rsidRDefault="00000000" w:rsidRPr="00000000" w14:paraId="000000E9">
      <w:pPr>
        <w:spacing w:after="0" w:lineRule="auto"/>
        <w:rPr/>
      </w:pPr>
      <w:r w:rsidDel="00000000" w:rsidR="00000000" w:rsidRPr="00000000">
        <w:rPr>
          <w:rFonts w:ascii="Arial" w:cs="Arial" w:eastAsia="Arial" w:hAnsi="Arial"/>
          <w:sz w:val="22"/>
          <w:szCs w:val="22"/>
          <w:rtl w:val="0"/>
        </w:rPr>
        <w:t xml:space="preserve">But</w:t>
      </w:r>
      <w:r w:rsidDel="00000000" w:rsidR="00000000" w:rsidRPr="00000000">
        <w:rPr>
          <w:rtl w:val="0"/>
        </w:rPr>
      </w:r>
    </w:p>
    <w:p w:rsidR="00000000" w:rsidDel="00000000" w:rsidP="00000000" w:rsidRDefault="00000000" w:rsidRPr="00000000" w14:paraId="000000EA">
      <w:pPr>
        <w:spacing w:after="0" w:lineRule="auto"/>
        <w:rPr/>
      </w:pPr>
      <w:r w:rsidDel="00000000" w:rsidR="00000000" w:rsidRPr="00000000">
        <w:rPr>
          <w:rtl w:val="0"/>
        </w:rPr>
      </w:r>
    </w:p>
    <w:p w:rsidR="00000000" w:rsidDel="00000000" w:rsidP="00000000" w:rsidRDefault="00000000" w:rsidRPr="00000000" w14:paraId="000000EB">
      <w:pPr>
        <w:spacing w:after="0" w:lineRule="auto"/>
        <w:rPr/>
      </w:pPr>
      <w:r w:rsidDel="00000000" w:rsidR="00000000" w:rsidRPr="00000000">
        <w:rPr>
          <w:rFonts w:ascii="Arial" w:cs="Arial" w:eastAsia="Arial" w:hAnsi="Arial"/>
          <w:color w:val="5d7284"/>
          <w:sz w:val="22"/>
          <w:szCs w:val="22"/>
          <w:rtl w:val="0"/>
        </w:rPr>
        <w:t xml:space="preserve">13:58</w:t>
      </w:r>
      <w:r w:rsidDel="00000000" w:rsidR="00000000" w:rsidRPr="00000000">
        <w:rPr>
          <w:rtl w:val="0"/>
        </w:rPr>
      </w:r>
    </w:p>
    <w:p w:rsidR="00000000" w:rsidDel="00000000" w:rsidP="00000000" w:rsidRDefault="00000000" w:rsidRPr="00000000" w14:paraId="000000EC">
      <w:pPr>
        <w:spacing w:after="0" w:lineRule="auto"/>
        <w:rPr/>
      </w:pPr>
      <w:r w:rsidDel="00000000" w:rsidR="00000000" w:rsidRPr="00000000">
        <w:rPr>
          <w:rFonts w:ascii="Arial" w:cs="Arial" w:eastAsia="Arial" w:hAnsi="Arial"/>
          <w:rtl w:val="0"/>
        </w:rPr>
        <w:t xml:space="preserve">How</w:t>
      </w:r>
      <w:r w:rsidDel="00000000" w:rsidR="00000000" w:rsidRPr="00000000">
        <w:rPr>
          <w:rFonts w:ascii="Arial" w:cs="Arial" w:eastAsia="Arial" w:hAnsi="Arial"/>
          <w:sz w:val="22"/>
          <w:szCs w:val="22"/>
          <w:rtl w:val="0"/>
        </w:rPr>
        <w:t xml:space="preserve"> many people were in that reunion? So</w:t>
      </w:r>
      <w:r w:rsidDel="00000000" w:rsidR="00000000" w:rsidRPr="00000000">
        <w:rPr>
          <w:rtl w:val="0"/>
        </w:rPr>
      </w:r>
    </w:p>
    <w:p w:rsidR="00000000" w:rsidDel="00000000" w:rsidP="00000000" w:rsidRDefault="00000000" w:rsidRPr="00000000" w14:paraId="000000ED">
      <w:pPr>
        <w:spacing w:after="0" w:lineRule="auto"/>
        <w:rPr/>
      </w:pPr>
      <w:r w:rsidDel="00000000" w:rsidR="00000000" w:rsidRPr="00000000">
        <w:rPr>
          <w:rtl w:val="0"/>
        </w:rPr>
      </w:r>
    </w:p>
    <w:p w:rsidR="00000000" w:rsidDel="00000000" w:rsidP="00000000" w:rsidRDefault="00000000" w:rsidRPr="00000000" w14:paraId="000000EE">
      <w:pPr>
        <w:spacing w:after="0" w:lineRule="auto"/>
        <w:rPr/>
      </w:pPr>
      <w:r w:rsidDel="00000000" w:rsidR="00000000" w:rsidRPr="00000000">
        <w:rPr>
          <w:rFonts w:ascii="Arial" w:cs="Arial" w:eastAsia="Arial" w:hAnsi="Arial"/>
          <w:color w:val="5d7284"/>
          <w:sz w:val="22"/>
          <w:szCs w:val="22"/>
          <w:rtl w:val="0"/>
        </w:rPr>
        <w:t xml:space="preserve">14:01</w:t>
      </w:r>
      <w:r w:rsidDel="00000000" w:rsidR="00000000" w:rsidRPr="00000000">
        <w:rPr>
          <w:rtl w:val="0"/>
        </w:rPr>
      </w:r>
    </w:p>
    <w:p w:rsidR="00000000" w:rsidDel="00000000" w:rsidP="00000000" w:rsidRDefault="00000000" w:rsidRPr="00000000" w14:paraId="000000EF">
      <w:pPr>
        <w:spacing w:after="0" w:lineRule="auto"/>
        <w:rPr/>
      </w:pPr>
      <w:r w:rsidDel="00000000" w:rsidR="00000000" w:rsidRPr="00000000">
        <w:rPr>
          <w:rFonts w:ascii="Arial" w:cs="Arial" w:eastAsia="Arial" w:hAnsi="Arial"/>
          <w:rtl w:val="0"/>
        </w:rPr>
        <w:t xml:space="preserve">What</w:t>
      </w:r>
      <w:r w:rsidDel="00000000" w:rsidR="00000000" w:rsidRPr="00000000">
        <w:rPr>
          <w:rFonts w:ascii="Arial" w:cs="Arial" w:eastAsia="Arial" w:hAnsi="Arial"/>
          <w:sz w:val="22"/>
          <w:szCs w:val="22"/>
          <w:rtl w:val="0"/>
        </w:rPr>
        <w:t xml:space="preserve"> happened with the reunion? So we can wait,</w:t>
      </w:r>
      <w:r w:rsidDel="00000000" w:rsidR="00000000" w:rsidRPr="00000000">
        <w:rPr>
          <w:rtl w:val="0"/>
        </w:rPr>
      </w:r>
    </w:p>
    <w:p w:rsidR="00000000" w:rsidDel="00000000" w:rsidP="00000000" w:rsidRDefault="00000000" w:rsidRPr="00000000" w14:paraId="000000F0">
      <w:pPr>
        <w:spacing w:after="0" w:lineRule="auto"/>
        <w:rPr/>
      </w:pPr>
      <w:r w:rsidDel="00000000" w:rsidR="00000000" w:rsidRPr="00000000">
        <w:rPr>
          <w:rtl w:val="0"/>
        </w:rPr>
      </w:r>
    </w:p>
    <w:p w:rsidR="00000000" w:rsidDel="00000000" w:rsidP="00000000" w:rsidRDefault="00000000" w:rsidRPr="00000000" w14:paraId="000000F1">
      <w:pPr>
        <w:spacing w:after="0" w:lineRule="auto"/>
        <w:rPr/>
      </w:pPr>
      <w:r w:rsidDel="00000000" w:rsidR="00000000" w:rsidRPr="00000000">
        <w:rPr>
          <w:rFonts w:ascii="Arial" w:cs="Arial" w:eastAsia="Arial" w:hAnsi="Arial"/>
          <w:color w:val="5d7284"/>
          <w:sz w:val="22"/>
          <w:szCs w:val="22"/>
          <w:rtl w:val="0"/>
        </w:rPr>
        <w:t xml:space="preserve">14:04</w:t>
      </w:r>
      <w:r w:rsidDel="00000000" w:rsidR="00000000" w:rsidRPr="00000000">
        <w:rPr>
          <w:rtl w:val="0"/>
        </w:rPr>
      </w:r>
    </w:p>
    <w:p w:rsidR="00000000" w:rsidDel="00000000" w:rsidP="00000000" w:rsidRDefault="00000000" w:rsidRPr="00000000" w14:paraId="000000F2">
      <w:pPr>
        <w:spacing w:after="0" w:lineRule="auto"/>
        <w:rPr/>
      </w:pPr>
      <w:r w:rsidDel="00000000" w:rsidR="00000000" w:rsidRPr="00000000">
        <w:rPr>
          <w:rFonts w:ascii="Arial" w:cs="Arial" w:eastAsia="Arial" w:hAnsi="Arial"/>
          <w:rtl w:val="0"/>
        </w:rPr>
        <w:t xml:space="preserve">He can</w:t>
      </w:r>
      <w:r w:rsidDel="00000000" w:rsidR="00000000" w:rsidRPr="00000000">
        <w:rPr>
          <w:rFonts w:ascii="Arial" w:cs="Arial" w:eastAsia="Arial" w:hAnsi="Arial"/>
          <w:sz w:val="22"/>
          <w:szCs w:val="22"/>
          <w:rtl w:val="0"/>
        </w:rPr>
        <w:t xml:space="preserve"> count the numbers.</w:t>
      </w:r>
      <w:r w:rsidDel="00000000" w:rsidR="00000000" w:rsidRPr="00000000">
        <w:rPr>
          <w:rtl w:val="0"/>
        </w:rPr>
      </w:r>
    </w:p>
    <w:p w:rsidR="00000000" w:rsidDel="00000000" w:rsidP="00000000" w:rsidRDefault="00000000" w:rsidRPr="00000000" w14:paraId="000000F3">
      <w:pPr>
        <w:spacing w:after="0" w:lineRule="auto"/>
        <w:rPr/>
      </w:pPr>
      <w:r w:rsidDel="00000000" w:rsidR="00000000" w:rsidRPr="00000000">
        <w:rPr>
          <w:rtl w:val="0"/>
        </w:rPr>
      </w:r>
    </w:p>
    <w:p w:rsidR="00000000" w:rsidDel="00000000" w:rsidP="00000000" w:rsidRDefault="00000000" w:rsidRPr="00000000" w14:paraId="000000F4">
      <w:pPr>
        <w:spacing w:after="0" w:lineRule="auto"/>
        <w:rPr/>
      </w:pPr>
      <w:r w:rsidDel="00000000" w:rsidR="00000000" w:rsidRPr="00000000">
        <w:rPr>
          <w:rFonts w:ascii="Arial" w:cs="Arial" w:eastAsia="Arial" w:hAnsi="Arial"/>
          <w:color w:val="5d7284"/>
          <w:sz w:val="22"/>
          <w:szCs w:val="22"/>
          <w:rtl w:val="0"/>
        </w:rPr>
        <w:t xml:space="preserve">14:07</w:t>
      </w:r>
      <w:r w:rsidDel="00000000" w:rsidR="00000000" w:rsidRPr="00000000">
        <w:rPr>
          <w:rtl w:val="0"/>
        </w:rPr>
      </w:r>
    </w:p>
    <w:p w:rsidR="00000000" w:rsidDel="00000000" w:rsidP="00000000" w:rsidRDefault="00000000" w:rsidRPr="00000000" w14:paraId="000000F5">
      <w:pPr>
        <w:spacing w:after="0" w:lineRule="auto"/>
        <w:rPr/>
      </w:pPr>
      <w:r w:rsidDel="00000000" w:rsidR="00000000" w:rsidRPr="00000000">
        <w:rPr>
          <w:rFonts w:ascii="Arial" w:cs="Arial" w:eastAsia="Arial" w:hAnsi="Arial"/>
          <w:sz w:val="22"/>
          <w:szCs w:val="22"/>
          <w:rtl w:val="0"/>
        </w:rPr>
        <w:t xml:space="preserve">The research was done by my brother and our cousin, Alan</w:t>
      </w:r>
      <w:r w:rsidDel="00000000" w:rsidR="00000000" w:rsidRPr="00000000">
        <w:rPr>
          <w:rFonts w:ascii="Arial" w:cs="Arial" w:eastAsia="Arial" w:hAnsi="Arial"/>
          <w:rtl w:val="0"/>
        </w:rPr>
        <w:t xml:space="preserve"> Abair</w:t>
      </w:r>
      <w:r w:rsidDel="00000000" w:rsidR="00000000" w:rsidRPr="00000000">
        <w:rPr>
          <w:rFonts w:ascii="Arial" w:cs="Arial" w:eastAsia="Arial" w:hAnsi="Arial"/>
          <w:sz w:val="22"/>
          <w:szCs w:val="22"/>
          <w:rtl w:val="0"/>
        </w:rPr>
        <w:t xml:space="preserve">. And they said, and </w:t>
      </w:r>
      <w:r w:rsidDel="00000000" w:rsidR="00000000" w:rsidRPr="00000000">
        <w:rPr>
          <w:rFonts w:ascii="Arial" w:cs="Arial" w:eastAsia="Arial" w:hAnsi="Arial"/>
          <w:rtl w:val="0"/>
        </w:rPr>
        <w:t xml:space="preserve">Ledd</w:t>
      </w:r>
      <w:r w:rsidDel="00000000" w:rsidR="00000000" w:rsidRPr="00000000">
        <w:rPr>
          <w:rFonts w:ascii="Arial" w:cs="Arial" w:eastAsia="Arial" w:hAnsi="Arial"/>
          <w:sz w:val="22"/>
          <w:szCs w:val="22"/>
          <w:rtl w:val="0"/>
        </w:rPr>
        <w:t xml:space="preserve">y is not a common name. And they sent invitations. They went through the New York, Boston, Montreal, phone books. And they said</w:t>
      </w:r>
      <w:r w:rsidDel="00000000" w:rsidR="00000000" w:rsidRPr="00000000">
        <w:rPr>
          <w:rtl w:val="0"/>
        </w:rPr>
      </w:r>
    </w:p>
    <w:p w:rsidR="00000000" w:rsidDel="00000000" w:rsidP="00000000" w:rsidRDefault="00000000" w:rsidRPr="00000000" w14:paraId="000000F6">
      <w:pPr>
        <w:spacing w:after="0" w:lineRule="auto"/>
        <w:rPr/>
      </w:pPr>
      <w:r w:rsidDel="00000000" w:rsidR="00000000" w:rsidRPr="00000000">
        <w:rPr>
          <w:rtl w:val="0"/>
        </w:rPr>
      </w:r>
    </w:p>
    <w:p w:rsidR="00000000" w:rsidDel="00000000" w:rsidP="00000000" w:rsidRDefault="00000000" w:rsidRPr="00000000" w14:paraId="000000F7">
      <w:pPr>
        <w:spacing w:after="0" w:lineRule="auto"/>
        <w:rPr/>
      </w:pPr>
      <w:r w:rsidDel="00000000" w:rsidR="00000000" w:rsidRPr="00000000">
        <w:rPr>
          <w:rFonts w:ascii="Arial" w:cs="Arial" w:eastAsia="Arial" w:hAnsi="Arial"/>
          <w:color w:val="5d7284"/>
          <w:sz w:val="22"/>
          <w:szCs w:val="22"/>
          <w:rtl w:val="0"/>
        </w:rPr>
        <w:t xml:space="preserve">14:23</w:t>
      </w:r>
      <w:r w:rsidDel="00000000" w:rsidR="00000000" w:rsidRPr="00000000">
        <w:rPr>
          <w:rtl w:val="0"/>
        </w:rPr>
      </w:r>
    </w:p>
    <w:p w:rsidR="00000000" w:rsidDel="00000000" w:rsidP="00000000" w:rsidRDefault="00000000" w:rsidRPr="00000000" w14:paraId="000000F8">
      <w:pPr>
        <w:spacing w:after="0" w:lineRule="auto"/>
        <w:rPr/>
      </w:pPr>
      <w:r w:rsidDel="00000000" w:rsidR="00000000" w:rsidRPr="00000000">
        <w:rPr>
          <w:rFonts w:ascii="Arial" w:cs="Arial" w:eastAsia="Arial" w:hAnsi="Arial"/>
          <w:sz w:val="22"/>
          <w:szCs w:val="22"/>
          <w:rtl w:val="0"/>
        </w:rPr>
        <w:t xml:space="preserve">we had, we had people from New York, from Boston, from Montreal, where else we never met before. </w:t>
      </w:r>
      <w:r w:rsidDel="00000000" w:rsidR="00000000" w:rsidRPr="00000000">
        <w:rPr>
          <w:rFonts w:ascii="Arial" w:cs="Arial" w:eastAsia="Arial" w:hAnsi="Arial"/>
          <w:rtl w:val="0"/>
        </w:rPr>
        <w:t xml:space="preserve">We</w:t>
      </w:r>
      <w:r w:rsidDel="00000000" w:rsidR="00000000" w:rsidRPr="00000000">
        <w:rPr>
          <w:rFonts w:ascii="Arial" w:cs="Arial" w:eastAsia="Arial" w:hAnsi="Arial"/>
          <w:sz w:val="22"/>
          <w:szCs w:val="22"/>
          <w:rtl w:val="0"/>
        </w:rPr>
        <w:t xml:space="preserve"> all had the last name, and they all showed up. We have masters. We had some ringers from from Queens. They were from county cabin, and Kevin L</w:t>
      </w:r>
      <w:r w:rsidDel="00000000" w:rsidR="00000000" w:rsidRPr="00000000">
        <w:rPr>
          <w:rFonts w:ascii="Arial" w:cs="Arial" w:eastAsia="Arial" w:hAnsi="Arial"/>
          <w:rtl w:val="0"/>
        </w:rPr>
        <w:t xml:space="preserve">e</w:t>
      </w:r>
      <w:r w:rsidDel="00000000" w:rsidR="00000000" w:rsidRPr="00000000">
        <w:rPr>
          <w:rFonts w:ascii="Arial" w:cs="Arial" w:eastAsia="Arial" w:hAnsi="Arial"/>
          <w:sz w:val="22"/>
          <w:szCs w:val="22"/>
          <w:rtl w:val="0"/>
        </w:rPr>
        <w:t xml:space="preserve">ddy, and he called up because there was a number on the invitation, and he's working for the New York Stock </w:t>
      </w:r>
      <w:r w:rsidDel="00000000" w:rsidR="00000000" w:rsidRPr="00000000">
        <w:rPr>
          <w:rFonts w:ascii="Arial" w:cs="Arial" w:eastAsia="Arial" w:hAnsi="Arial"/>
          <w:rtl w:val="0"/>
        </w:rPr>
        <w:t xml:space="preserve">Exchange not</w:t>
      </w:r>
      <w:r w:rsidDel="00000000" w:rsidR="00000000" w:rsidRPr="00000000">
        <w:rPr>
          <w:rFonts w:ascii="Arial" w:cs="Arial" w:eastAsia="Arial" w:hAnsi="Arial"/>
          <w:sz w:val="22"/>
          <w:szCs w:val="22"/>
          <w:rtl w:val="0"/>
        </w:rPr>
        <w:t xml:space="preserve"> as a broker, but as you know, maintenance and kind of running the place now. But I said, he said, Well, we're going up this weekend to the Leddy family reunion. So the people in Europe said, Well, how do you know?</w:t>
      </w:r>
      <w:r w:rsidDel="00000000" w:rsidR="00000000" w:rsidRPr="00000000">
        <w:rPr>
          <w:rtl w:val="0"/>
        </w:rPr>
      </w:r>
    </w:p>
    <w:p w:rsidR="00000000" w:rsidDel="00000000" w:rsidP="00000000" w:rsidRDefault="00000000" w:rsidRPr="00000000" w14:paraId="000000F9">
      <w:pPr>
        <w:spacing w:after="0" w:lineRule="auto"/>
        <w:rPr/>
      </w:pPr>
      <w:r w:rsidDel="00000000" w:rsidR="00000000" w:rsidRPr="00000000">
        <w:rPr>
          <w:rtl w:val="0"/>
        </w:rPr>
      </w:r>
    </w:p>
    <w:p w:rsidR="00000000" w:rsidDel="00000000" w:rsidP="00000000" w:rsidRDefault="00000000" w:rsidRPr="00000000" w14:paraId="000000FA">
      <w:pPr>
        <w:spacing w:after="0" w:lineRule="auto"/>
        <w:rPr/>
      </w:pPr>
      <w:r w:rsidDel="00000000" w:rsidR="00000000" w:rsidRPr="00000000">
        <w:rPr>
          <w:rFonts w:ascii="Arial" w:cs="Arial" w:eastAsia="Arial" w:hAnsi="Arial"/>
          <w:color w:val="5d7284"/>
          <w:sz w:val="22"/>
          <w:szCs w:val="22"/>
          <w:rtl w:val="0"/>
        </w:rPr>
        <w:t xml:space="preserve">14:59</w:t>
      </w:r>
      <w:r w:rsidDel="00000000" w:rsidR="00000000" w:rsidRPr="00000000">
        <w:rPr>
          <w:rtl w:val="0"/>
        </w:rPr>
      </w:r>
    </w:p>
    <w:p w:rsidR="00000000" w:rsidDel="00000000" w:rsidP="00000000" w:rsidRDefault="00000000" w:rsidRPr="00000000" w14:paraId="000000FB">
      <w:pPr>
        <w:spacing w:after="0" w:lineRule="auto"/>
        <w:rPr/>
      </w:pPr>
      <w:r w:rsidDel="00000000" w:rsidR="00000000" w:rsidRPr="00000000">
        <w:rPr>
          <w:rFonts w:ascii="Arial" w:cs="Arial" w:eastAsia="Arial" w:hAnsi="Arial"/>
          <w:sz w:val="22"/>
          <w:szCs w:val="22"/>
          <w:rtl w:val="0"/>
        </w:rPr>
        <w:t xml:space="preserve">About it? Well, you know, we got this thing in the middle. You know, don't sign anything. You know, they're gonna take something from you, and so, so he called up. I said, you know, Kevin, you think we're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how we must be connected, John. He said,</w:t>
      </w:r>
      <w:r w:rsidDel="00000000" w:rsidR="00000000" w:rsidRPr="00000000">
        <w:rPr>
          <w:rtl w:val="0"/>
        </w:rPr>
      </w:r>
    </w:p>
    <w:p w:rsidR="00000000" w:rsidDel="00000000" w:rsidP="00000000" w:rsidRDefault="00000000" w:rsidRPr="00000000" w14:paraId="000000FC">
      <w:pPr>
        <w:spacing w:after="0" w:lineRule="auto"/>
        <w:rPr/>
      </w:pPr>
      <w:r w:rsidDel="00000000" w:rsidR="00000000" w:rsidRPr="00000000">
        <w:rPr>
          <w:rtl w:val="0"/>
        </w:rPr>
      </w:r>
    </w:p>
    <w:p w:rsidR="00000000" w:rsidDel="00000000" w:rsidP="00000000" w:rsidRDefault="00000000" w:rsidRPr="00000000" w14:paraId="000000FD">
      <w:pPr>
        <w:spacing w:after="0" w:lineRule="auto"/>
        <w:rPr/>
      </w:pPr>
      <w:r w:rsidDel="00000000" w:rsidR="00000000" w:rsidRPr="00000000">
        <w:rPr>
          <w:rFonts w:ascii="Arial" w:cs="Arial" w:eastAsia="Arial" w:hAnsi="Arial"/>
          <w:color w:val="5d7284"/>
          <w:sz w:val="22"/>
          <w:szCs w:val="22"/>
          <w:rtl w:val="0"/>
        </w:rPr>
        <w:t xml:space="preserve">15:14</w:t>
      </w:r>
      <w:r w:rsidDel="00000000" w:rsidR="00000000" w:rsidRPr="00000000">
        <w:rPr>
          <w:rtl w:val="0"/>
        </w:rPr>
      </w:r>
    </w:p>
    <w:p w:rsidR="00000000" w:rsidDel="00000000" w:rsidP="00000000" w:rsidRDefault="00000000" w:rsidRPr="00000000" w14:paraId="000000FE">
      <w:pPr>
        <w:spacing w:after="0" w:lineRule="auto"/>
        <w:rPr/>
      </w:pPr>
      <w:r w:rsidDel="00000000" w:rsidR="00000000" w:rsidRPr="00000000">
        <w:rPr>
          <w:rFonts w:ascii="Arial" w:cs="Arial" w:eastAsia="Arial" w:hAnsi="Arial"/>
          <w:sz w:val="22"/>
          <w:szCs w:val="22"/>
          <w:rtl w:val="0"/>
        </w:rPr>
        <w:t xml:space="preserve">Didn't he find out about it from his mother in Ireland? Because Alan, or you put an ad in the county, county cabin, weekly or monthly, right? Family gathering. Vermont,</w:t>
      </w:r>
      <w:r w:rsidDel="00000000" w:rsidR="00000000" w:rsidRPr="00000000">
        <w:rPr>
          <w:rtl w:val="0"/>
        </w:rPr>
      </w:r>
    </w:p>
    <w:p w:rsidR="00000000" w:rsidDel="00000000" w:rsidP="00000000" w:rsidRDefault="00000000" w:rsidRPr="00000000" w14:paraId="000000FF">
      <w:pPr>
        <w:spacing w:after="0" w:lineRule="auto"/>
        <w:rPr/>
      </w:pPr>
      <w:r w:rsidDel="00000000" w:rsidR="00000000" w:rsidRPr="00000000">
        <w:rPr>
          <w:rtl w:val="0"/>
        </w:rPr>
      </w:r>
    </w:p>
    <w:p w:rsidR="00000000" w:rsidDel="00000000" w:rsidP="00000000" w:rsidRDefault="00000000" w:rsidRPr="00000000" w14:paraId="00000100">
      <w:pPr>
        <w:spacing w:after="0" w:lineRule="auto"/>
        <w:rPr/>
      </w:pPr>
      <w:r w:rsidDel="00000000" w:rsidR="00000000" w:rsidRPr="00000000">
        <w:rPr>
          <w:rFonts w:ascii="Arial" w:cs="Arial" w:eastAsia="Arial" w:hAnsi="Arial"/>
          <w:color w:val="5d7284"/>
          <w:sz w:val="22"/>
          <w:szCs w:val="22"/>
          <w:rtl w:val="0"/>
        </w:rPr>
        <w:t xml:space="preserve">15:28</w:t>
      </w:r>
      <w:r w:rsidDel="00000000" w:rsidR="00000000" w:rsidRPr="00000000">
        <w:rPr>
          <w:rtl w:val="0"/>
        </w:rPr>
      </w:r>
    </w:p>
    <w:p w:rsidR="00000000" w:rsidDel="00000000" w:rsidP="00000000" w:rsidRDefault="00000000" w:rsidRPr="00000000" w14:paraId="00000101">
      <w:pPr>
        <w:spacing w:after="0" w:lineRule="auto"/>
        <w:rPr/>
      </w:pPr>
      <w:r w:rsidDel="00000000" w:rsidR="00000000" w:rsidRPr="00000000">
        <w:rPr>
          <w:rFonts w:ascii="Arial" w:cs="Arial" w:eastAsia="Arial" w:hAnsi="Arial"/>
          <w:sz w:val="22"/>
          <w:szCs w:val="22"/>
          <w:rtl w:val="0"/>
        </w:rPr>
        <w:t xml:space="preserve">his mother, his mother, in Ireland, wrote to her son in Queens, and he shows up. How many people were there? There was probably, you know, there must have been 150</w:t>
      </w:r>
      <w:r w:rsidDel="00000000" w:rsidR="00000000" w:rsidRPr="00000000">
        <w:rPr>
          <w:rtl w:val="0"/>
        </w:rPr>
      </w:r>
    </w:p>
    <w:p w:rsidR="00000000" w:rsidDel="00000000" w:rsidP="00000000" w:rsidRDefault="00000000" w:rsidRPr="00000000" w14:paraId="00000102">
      <w:pPr>
        <w:spacing w:after="0" w:lineRule="auto"/>
        <w:rPr/>
      </w:pPr>
      <w:r w:rsidDel="00000000" w:rsidR="00000000" w:rsidRPr="00000000">
        <w:rPr>
          <w:rtl w:val="0"/>
        </w:rPr>
      </w:r>
    </w:p>
    <w:p w:rsidR="00000000" w:rsidDel="00000000" w:rsidP="00000000" w:rsidRDefault="00000000" w:rsidRPr="00000000" w14:paraId="00000103">
      <w:pPr>
        <w:spacing w:after="0" w:lineRule="auto"/>
        <w:rPr/>
      </w:pPr>
      <w:r w:rsidDel="00000000" w:rsidR="00000000" w:rsidRPr="00000000">
        <w:rPr>
          <w:rFonts w:ascii="Arial" w:cs="Arial" w:eastAsia="Arial" w:hAnsi="Arial"/>
          <w:color w:val="5d7284"/>
          <w:sz w:val="22"/>
          <w:szCs w:val="22"/>
          <w:rtl w:val="0"/>
        </w:rPr>
        <w:t xml:space="preserve">15:39</w:t>
      </w:r>
      <w:r w:rsidDel="00000000" w:rsidR="00000000" w:rsidRPr="00000000">
        <w:rPr>
          <w:rtl w:val="0"/>
        </w:rPr>
      </w:r>
    </w:p>
    <w:p w:rsidR="00000000" w:rsidDel="00000000" w:rsidP="00000000" w:rsidRDefault="00000000" w:rsidRPr="00000000" w14:paraId="00000104">
      <w:pPr>
        <w:spacing w:after="0" w:lineRule="auto"/>
        <w:rPr/>
      </w:pPr>
      <w:r w:rsidDel="00000000" w:rsidR="00000000" w:rsidRPr="00000000">
        <w:rPr>
          <w:rFonts w:ascii="Arial" w:cs="Arial" w:eastAsia="Arial" w:hAnsi="Arial"/>
          <w:sz w:val="22"/>
          <w:szCs w:val="22"/>
          <w:rtl w:val="0"/>
        </w:rPr>
        <w:t xml:space="preserve">there. You know, as Jimmy says, it's an uncommon Irish name in Vermont, there was only one or two other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There was one. There was a fellow that worked at IBM, lived in Colchester for a while, and then there was one down in the southern part of the state. But the rest of them are all our relatives,</w:t>
      </w:r>
      <w:r w:rsidDel="00000000" w:rsidR="00000000" w:rsidRPr="00000000">
        <w:rPr>
          <w:rtl w:val="0"/>
        </w:rPr>
      </w:r>
    </w:p>
    <w:p w:rsidR="00000000" w:rsidDel="00000000" w:rsidP="00000000" w:rsidRDefault="00000000" w:rsidRPr="00000000" w14:paraId="00000105">
      <w:pPr>
        <w:spacing w:after="0" w:lineRule="auto"/>
        <w:rPr/>
      </w:pPr>
      <w:r w:rsidDel="00000000" w:rsidR="00000000" w:rsidRPr="00000000">
        <w:rPr>
          <w:rtl w:val="0"/>
        </w:rPr>
      </w:r>
    </w:p>
    <w:p w:rsidR="00000000" w:rsidDel="00000000" w:rsidP="00000000" w:rsidRDefault="00000000" w:rsidRPr="00000000" w14:paraId="00000106">
      <w:pPr>
        <w:spacing w:after="0" w:lineRule="auto"/>
        <w:rPr/>
      </w:pPr>
      <w:r w:rsidDel="00000000" w:rsidR="00000000" w:rsidRPr="00000000">
        <w:rPr>
          <w:rFonts w:ascii="Arial" w:cs="Arial" w:eastAsia="Arial" w:hAnsi="Arial"/>
          <w:color w:val="5d7284"/>
          <w:sz w:val="22"/>
          <w:szCs w:val="22"/>
          <w:rtl w:val="0"/>
        </w:rPr>
        <w:t xml:space="preserve">15:59</w:t>
      </w:r>
      <w:r w:rsidDel="00000000" w:rsidR="00000000" w:rsidRPr="00000000">
        <w:rPr>
          <w:rtl w:val="0"/>
        </w:rPr>
      </w:r>
    </w:p>
    <w:p w:rsidR="00000000" w:rsidDel="00000000" w:rsidP="00000000" w:rsidRDefault="00000000" w:rsidRPr="00000000" w14:paraId="00000107">
      <w:pPr>
        <w:spacing w:after="0" w:lineRule="auto"/>
        <w:rPr/>
      </w:pPr>
      <w:r w:rsidDel="00000000" w:rsidR="00000000" w:rsidRPr="00000000">
        <w:rPr>
          <w:rFonts w:ascii="Arial" w:cs="Arial" w:eastAsia="Arial" w:hAnsi="Arial"/>
          <w:rtl w:val="0"/>
        </w:rPr>
        <w:t xml:space="preserve">but</w:t>
      </w:r>
      <w:r w:rsidDel="00000000" w:rsidR="00000000" w:rsidRPr="00000000">
        <w:rPr>
          <w:rFonts w:ascii="Arial" w:cs="Arial" w:eastAsia="Arial" w:hAnsi="Arial"/>
          <w:sz w:val="22"/>
          <w:szCs w:val="22"/>
          <w:rtl w:val="0"/>
        </w:rPr>
        <w:t xml:space="preserve"> there was no Leddy surname, except for our family, really. So it's a so you</w:t>
      </w:r>
      <w:r w:rsidDel="00000000" w:rsidR="00000000" w:rsidRPr="00000000">
        <w:rPr>
          <w:rtl w:val="0"/>
        </w:rPr>
      </w:r>
    </w:p>
    <w:p w:rsidR="00000000" w:rsidDel="00000000" w:rsidP="00000000" w:rsidRDefault="00000000" w:rsidRPr="00000000" w14:paraId="00000108">
      <w:pPr>
        <w:spacing w:after="0" w:lineRule="auto"/>
        <w:rPr/>
      </w:pPr>
      <w:r w:rsidDel="00000000" w:rsidR="00000000" w:rsidRPr="00000000">
        <w:rPr>
          <w:rtl w:val="0"/>
        </w:rPr>
      </w:r>
    </w:p>
    <w:p w:rsidR="00000000" w:rsidDel="00000000" w:rsidP="00000000" w:rsidRDefault="00000000" w:rsidRPr="00000000" w14:paraId="00000109">
      <w:pPr>
        <w:spacing w:after="0" w:lineRule="auto"/>
        <w:rPr/>
      </w:pPr>
      <w:r w:rsidDel="00000000" w:rsidR="00000000" w:rsidRPr="00000000">
        <w:rPr>
          <w:rFonts w:ascii="Arial" w:cs="Arial" w:eastAsia="Arial" w:hAnsi="Arial"/>
          <w:color w:val="5d7284"/>
          <w:sz w:val="22"/>
          <w:szCs w:val="22"/>
          <w:rtl w:val="0"/>
        </w:rPr>
        <w:t xml:space="preserve">16:08</w:t>
      </w:r>
      <w:r w:rsidDel="00000000" w:rsidR="00000000" w:rsidRPr="00000000">
        <w:rPr>
          <w:rtl w:val="0"/>
        </w:rPr>
      </w:r>
    </w:p>
    <w:p w:rsidR="00000000" w:rsidDel="00000000" w:rsidP="00000000" w:rsidRDefault="00000000" w:rsidRPr="00000000" w14:paraId="0000010A">
      <w:pPr>
        <w:spacing w:after="0" w:lineRule="auto"/>
        <w:rPr/>
      </w:pPr>
      <w:r w:rsidDel="00000000" w:rsidR="00000000" w:rsidRPr="00000000">
        <w:rPr>
          <w:rFonts w:ascii="Arial" w:cs="Arial" w:eastAsia="Arial" w:hAnsi="Arial"/>
          <w:rtl w:val="0"/>
        </w:rPr>
        <w:t xml:space="preserve">I still</w:t>
      </w:r>
      <w:r w:rsidDel="00000000" w:rsidR="00000000" w:rsidRPr="00000000">
        <w:rPr>
          <w:rFonts w:ascii="Arial" w:cs="Arial" w:eastAsia="Arial" w:hAnsi="Arial"/>
          <w:sz w:val="22"/>
          <w:szCs w:val="22"/>
          <w:rtl w:val="0"/>
        </w:rPr>
        <w:t xml:space="preserve"> get people wandering up here who say I was here. I</w:t>
      </w:r>
      <w:r w:rsidDel="00000000" w:rsidR="00000000" w:rsidRPr="00000000">
        <w:rPr>
          <w:rtl w:val="0"/>
        </w:rPr>
      </w:r>
    </w:p>
    <w:p w:rsidR="00000000" w:rsidDel="00000000" w:rsidP="00000000" w:rsidRDefault="00000000" w:rsidRPr="00000000" w14:paraId="0000010B">
      <w:pPr>
        <w:spacing w:after="0" w:lineRule="auto"/>
        <w:rPr/>
      </w:pPr>
      <w:r w:rsidDel="00000000" w:rsidR="00000000" w:rsidRPr="00000000">
        <w:rPr>
          <w:rtl w:val="0"/>
        </w:rPr>
      </w:r>
    </w:p>
    <w:p w:rsidR="00000000" w:rsidDel="00000000" w:rsidP="00000000" w:rsidRDefault="00000000" w:rsidRPr="00000000" w14:paraId="0000010C">
      <w:pPr>
        <w:spacing w:after="0" w:lineRule="auto"/>
        <w:rPr/>
      </w:pPr>
      <w:r w:rsidDel="00000000" w:rsidR="00000000" w:rsidRPr="00000000">
        <w:rPr>
          <w:rFonts w:ascii="Arial" w:cs="Arial" w:eastAsia="Arial" w:hAnsi="Arial"/>
          <w:color w:val="5d7284"/>
          <w:sz w:val="22"/>
          <w:szCs w:val="22"/>
          <w:rtl w:val="0"/>
        </w:rPr>
        <w:t xml:space="preserve">16:13</w:t>
      </w:r>
      <w:r w:rsidDel="00000000" w:rsidR="00000000" w:rsidRPr="00000000">
        <w:rPr>
          <w:rFonts w:ascii="Arial" w:cs="Arial" w:eastAsia="Arial" w:hAnsi="Arial"/>
          <w:sz w:val="22"/>
          <w:szCs w:val="22"/>
          <w:rtl w:val="0"/>
        </w:rPr>
        <w:t xml:space="preserve">ere when you bought it. Did you know</w:t>
      </w:r>
      <w:r w:rsidDel="00000000" w:rsidR="00000000" w:rsidRPr="00000000">
        <w:rPr>
          <w:rtl w:val="0"/>
        </w:rPr>
      </w:r>
    </w:p>
    <w:p w:rsidR="00000000" w:rsidDel="00000000" w:rsidP="00000000" w:rsidRDefault="00000000" w:rsidRPr="00000000" w14:paraId="0000010D">
      <w:pPr>
        <w:spacing w:after="0" w:lineRule="auto"/>
        <w:rPr/>
      </w:pPr>
      <w:r w:rsidDel="00000000" w:rsidR="00000000" w:rsidRPr="00000000">
        <w:rPr>
          <w:rtl w:val="0"/>
        </w:rPr>
      </w:r>
    </w:p>
    <w:p w:rsidR="00000000" w:rsidDel="00000000" w:rsidP="00000000" w:rsidRDefault="00000000" w:rsidRPr="00000000" w14:paraId="0000010E">
      <w:pPr>
        <w:spacing w:after="0" w:lineRule="auto"/>
        <w:rPr/>
      </w:pPr>
      <w:r w:rsidDel="00000000" w:rsidR="00000000" w:rsidRPr="00000000">
        <w:rPr>
          <w:rFonts w:ascii="Arial" w:cs="Arial" w:eastAsia="Arial" w:hAnsi="Arial"/>
          <w:rtl w:val="0"/>
        </w:rPr>
        <w:t xml:space="preserve">got, well, here, yeah, or worked here, or worked here. I've never heard anybody have any negative feelings about it. It's always like, so grateful</w:t>
      </w:r>
      <w:r w:rsidDel="00000000" w:rsidR="00000000" w:rsidRPr="00000000">
        <w:rPr>
          <w:rtl w:val="0"/>
        </w:rPr>
      </w:r>
    </w:p>
    <w:p w:rsidR="00000000" w:rsidDel="00000000" w:rsidP="00000000" w:rsidRDefault="00000000" w:rsidRPr="00000000" w14:paraId="0000010F">
      <w:pPr>
        <w:spacing w:after="0" w:lineRule="auto"/>
        <w:rPr/>
      </w:pPr>
      <w:r w:rsidDel="00000000" w:rsidR="00000000" w:rsidRPr="00000000">
        <w:rPr>
          <w:rtl w:val="0"/>
        </w:rPr>
      </w:r>
    </w:p>
    <w:p w:rsidR="00000000" w:rsidDel="00000000" w:rsidP="00000000" w:rsidRDefault="00000000" w:rsidRPr="00000000" w14:paraId="00000110">
      <w:pPr>
        <w:spacing w:after="0" w:lineRule="auto"/>
        <w:rPr/>
      </w:pPr>
      <w:r w:rsidDel="00000000" w:rsidR="00000000" w:rsidRPr="00000000">
        <w:rPr>
          <w:rFonts w:ascii="Arial" w:cs="Arial" w:eastAsia="Arial" w:hAnsi="Arial"/>
          <w:color w:val="5d7284"/>
          <w:rtl w:val="0"/>
        </w:rPr>
        <w:t xml:space="preserve">16:25</w:t>
      </w:r>
      <w:r w:rsidDel="00000000" w:rsidR="00000000" w:rsidRPr="00000000">
        <w:rPr>
          <w:rtl w:val="0"/>
        </w:rPr>
      </w:r>
    </w:p>
    <w:p w:rsidR="00000000" w:rsidDel="00000000" w:rsidP="00000000" w:rsidRDefault="00000000" w:rsidRPr="00000000" w14:paraId="00000111">
      <w:pPr>
        <w:spacing w:after="0" w:lineRule="auto"/>
        <w:rPr/>
      </w:pPr>
      <w:r w:rsidDel="00000000" w:rsidR="00000000" w:rsidRPr="00000000">
        <w:rPr>
          <w:rFonts w:ascii="Arial" w:cs="Arial" w:eastAsia="Arial" w:hAnsi="Arial"/>
          <w:rtl w:val="0"/>
        </w:rPr>
        <w:t xml:space="preserve">you still have the swimming hole across the street, the road. Yeah, you didn't know that was h</w:t>
      </w:r>
      <w:r w:rsidDel="00000000" w:rsidR="00000000" w:rsidRPr="00000000">
        <w:rPr>
          <w:rtl w:val="0"/>
        </w:rPr>
      </w:r>
    </w:p>
    <w:p w:rsidR="00000000" w:rsidDel="00000000" w:rsidP="00000000" w:rsidRDefault="00000000" w:rsidRPr="00000000" w14:paraId="00000112">
      <w:pPr>
        <w:spacing w:after="0" w:lineRule="auto"/>
        <w:rPr/>
      </w:pPr>
      <w:r w:rsidDel="00000000" w:rsidR="00000000" w:rsidRPr="00000000">
        <w:rPr>
          <w:rFonts w:ascii="Arial" w:cs="Arial" w:eastAsia="Arial" w:hAnsi="Arial"/>
          <w:color w:val="5d7284"/>
          <w:sz w:val="22"/>
          <w:szCs w:val="22"/>
          <w:rtl w:val="0"/>
        </w:rPr>
        <w:t xml:space="preserve">16:34</w:t>
      </w:r>
      <w:r w:rsidDel="00000000" w:rsidR="00000000" w:rsidRPr="00000000">
        <w:rPr>
          <w:rtl w:val="0"/>
        </w:rPr>
      </w:r>
    </w:p>
    <w:p w:rsidR="00000000" w:rsidDel="00000000" w:rsidP="00000000" w:rsidRDefault="00000000" w:rsidRPr="00000000" w14:paraId="00000113">
      <w:pPr>
        <w:spacing w:after="0" w:lineRule="auto"/>
        <w:rPr/>
      </w:pPr>
      <w:r w:rsidDel="00000000" w:rsidR="00000000" w:rsidRPr="00000000">
        <w:rPr>
          <w:rFonts w:ascii="Arial" w:cs="Arial" w:eastAsia="Arial" w:hAnsi="Arial"/>
          <w:rtl w:val="0"/>
        </w:rPr>
        <w:t xml:space="preserve">We already</w:t>
      </w:r>
      <w:r w:rsidDel="00000000" w:rsidR="00000000" w:rsidRPr="00000000">
        <w:rPr>
          <w:rFonts w:ascii="Arial" w:cs="Arial" w:eastAsia="Arial" w:hAnsi="Arial"/>
          <w:sz w:val="22"/>
          <w:szCs w:val="22"/>
          <w:rtl w:val="0"/>
        </w:rPr>
        <w:t xml:space="preserve"> bought it? Moved in, and then all of a sudden, it's like, the dam is gone, though, like the real,</w:t>
      </w:r>
      <w:r w:rsidDel="00000000" w:rsidR="00000000" w:rsidRPr="00000000">
        <w:rPr>
          <w:rtl w:val="0"/>
        </w:rPr>
      </w:r>
    </w:p>
    <w:p w:rsidR="00000000" w:rsidDel="00000000" w:rsidP="00000000" w:rsidRDefault="00000000" w:rsidRPr="00000000" w14:paraId="00000114">
      <w:pPr>
        <w:spacing w:after="0" w:lineRule="auto"/>
        <w:rPr/>
      </w:pPr>
      <w:r w:rsidDel="00000000" w:rsidR="00000000" w:rsidRPr="00000000">
        <w:rPr>
          <w:rtl w:val="0"/>
        </w:rPr>
      </w:r>
    </w:p>
    <w:p w:rsidR="00000000" w:rsidDel="00000000" w:rsidP="00000000" w:rsidRDefault="00000000" w:rsidRPr="00000000" w14:paraId="00000115">
      <w:pPr>
        <w:spacing w:after="0" w:lineRule="auto"/>
        <w:rPr/>
      </w:pPr>
      <w:r w:rsidDel="00000000" w:rsidR="00000000" w:rsidRPr="00000000">
        <w:rPr>
          <w:rFonts w:ascii="Arial" w:cs="Arial" w:eastAsia="Arial" w:hAnsi="Arial"/>
          <w:color w:val="5d7284"/>
          <w:sz w:val="22"/>
          <w:szCs w:val="22"/>
          <w:rtl w:val="0"/>
        </w:rPr>
        <w:t xml:space="preserve">16:42</w:t>
      </w:r>
      <w:r w:rsidDel="00000000" w:rsidR="00000000" w:rsidRPr="00000000">
        <w:rPr>
          <w:rtl w:val="0"/>
        </w:rPr>
      </w:r>
    </w:p>
    <w:p w:rsidR="00000000" w:rsidDel="00000000" w:rsidP="00000000" w:rsidRDefault="00000000" w:rsidRPr="00000000" w14:paraId="00000116">
      <w:pPr>
        <w:spacing w:after="0" w:lineRule="auto"/>
        <w:rPr/>
      </w:pPr>
      <w:r w:rsidDel="00000000" w:rsidR="00000000" w:rsidRPr="00000000">
        <w:rPr>
          <w:rFonts w:ascii="Arial" w:cs="Arial" w:eastAsia="Arial" w:hAnsi="Arial"/>
          <w:sz w:val="22"/>
          <w:szCs w:val="22"/>
          <w:rtl w:val="0"/>
        </w:rPr>
        <w:t xml:space="preserve">yeah, because it used to be a pool, right, because of this dam, but you can still, there's still small pools.</w:t>
      </w:r>
      <w:r w:rsidDel="00000000" w:rsidR="00000000" w:rsidRPr="00000000">
        <w:rPr>
          <w:rtl w:val="0"/>
        </w:rPr>
      </w:r>
    </w:p>
    <w:p w:rsidR="00000000" w:rsidDel="00000000" w:rsidP="00000000" w:rsidRDefault="00000000" w:rsidRPr="00000000" w14:paraId="00000117">
      <w:pPr>
        <w:spacing w:after="0" w:lineRule="auto"/>
        <w:rPr/>
      </w:pPr>
      <w:r w:rsidDel="00000000" w:rsidR="00000000" w:rsidRPr="00000000">
        <w:rPr>
          <w:rtl w:val="0"/>
        </w:rPr>
      </w:r>
    </w:p>
    <w:p w:rsidR="00000000" w:rsidDel="00000000" w:rsidP="00000000" w:rsidRDefault="00000000" w:rsidRPr="00000000" w14:paraId="00000118">
      <w:pPr>
        <w:spacing w:after="0" w:lineRule="auto"/>
        <w:rPr/>
      </w:pPr>
      <w:r w:rsidDel="00000000" w:rsidR="00000000" w:rsidRPr="00000000">
        <w:rPr>
          <w:rFonts w:ascii="Arial" w:cs="Arial" w:eastAsia="Arial" w:hAnsi="Arial"/>
          <w:color w:val="5d7284"/>
          <w:sz w:val="22"/>
          <w:szCs w:val="22"/>
          <w:rtl w:val="0"/>
        </w:rPr>
        <w:t xml:space="preserve">16:51</w:t>
      </w:r>
      <w:r w:rsidDel="00000000" w:rsidR="00000000" w:rsidRPr="00000000">
        <w:rPr>
          <w:rtl w:val="0"/>
        </w:rPr>
      </w:r>
    </w:p>
    <w:p w:rsidR="00000000" w:rsidDel="00000000" w:rsidP="00000000" w:rsidRDefault="00000000" w:rsidRPr="00000000" w14:paraId="00000119">
      <w:pPr>
        <w:spacing w:after="0" w:lineRule="auto"/>
        <w:rPr/>
      </w:pPr>
      <w:r w:rsidDel="00000000" w:rsidR="00000000" w:rsidRPr="00000000">
        <w:rPr>
          <w:rFonts w:ascii="Arial" w:cs="Arial" w:eastAsia="Arial" w:hAnsi="Arial"/>
          <w:sz w:val="22"/>
          <w:szCs w:val="22"/>
          <w:rtl w:val="0"/>
        </w:rPr>
        <w:t xml:space="preserve">How </w:t>
      </w:r>
      <w:r w:rsidDel="00000000" w:rsidR="00000000" w:rsidRPr="00000000">
        <w:rPr>
          <w:rFonts w:ascii="Arial" w:cs="Arial" w:eastAsia="Arial" w:hAnsi="Arial"/>
          <w:rtl w:val="0"/>
        </w:rPr>
        <w:t xml:space="preserve">long have you</w:t>
      </w:r>
      <w:r w:rsidDel="00000000" w:rsidR="00000000" w:rsidRPr="00000000">
        <w:rPr>
          <w:rFonts w:ascii="Arial" w:cs="Arial" w:eastAsia="Arial" w:hAnsi="Arial"/>
          <w:sz w:val="22"/>
          <w:szCs w:val="22"/>
          <w:rtl w:val="0"/>
        </w:rPr>
        <w:t xml:space="preserve"> been here? John, we're, this is our seventh into our seventh</w:t>
      </w:r>
      <w:r w:rsidDel="00000000" w:rsidR="00000000" w:rsidRPr="00000000">
        <w:rPr>
          <w:rtl w:val="0"/>
        </w:rPr>
      </w:r>
    </w:p>
    <w:p w:rsidR="00000000" w:rsidDel="00000000" w:rsidP="00000000" w:rsidRDefault="00000000" w:rsidRPr="00000000" w14:paraId="0000011A">
      <w:pPr>
        <w:spacing w:after="0" w:lineRule="auto"/>
        <w:rPr/>
      </w:pPr>
      <w:r w:rsidDel="00000000" w:rsidR="00000000" w:rsidRPr="00000000">
        <w:rPr>
          <w:rtl w:val="0"/>
        </w:rPr>
      </w:r>
    </w:p>
    <w:p w:rsidR="00000000" w:rsidDel="00000000" w:rsidP="00000000" w:rsidRDefault="00000000" w:rsidRPr="00000000" w14:paraId="0000011B">
      <w:pPr>
        <w:spacing w:after="0" w:lineRule="auto"/>
        <w:rPr/>
      </w:pPr>
      <w:r w:rsidDel="00000000" w:rsidR="00000000" w:rsidRPr="00000000">
        <w:rPr>
          <w:rFonts w:ascii="Arial" w:cs="Arial" w:eastAsia="Arial" w:hAnsi="Arial"/>
          <w:color w:val="5d7284"/>
          <w:sz w:val="22"/>
          <w:szCs w:val="22"/>
          <w:rtl w:val="0"/>
        </w:rPr>
        <w:t xml:space="preserve">16:56</w:t>
      </w:r>
      <w:r w:rsidDel="00000000" w:rsidR="00000000" w:rsidRPr="00000000">
        <w:rPr>
          <w:rtl w:val="0"/>
        </w:rPr>
      </w:r>
    </w:p>
    <w:p w:rsidR="00000000" w:rsidDel="00000000" w:rsidP="00000000" w:rsidRDefault="00000000" w:rsidRPr="00000000" w14:paraId="0000011C">
      <w:pPr>
        <w:spacing w:after="0" w:lineRule="auto"/>
        <w:rPr/>
      </w:pPr>
      <w:r w:rsidDel="00000000" w:rsidR="00000000" w:rsidRPr="00000000">
        <w:rPr>
          <w:rFonts w:ascii="Arial" w:cs="Arial" w:eastAsia="Arial" w:hAnsi="Arial"/>
          <w:sz w:val="22"/>
          <w:szCs w:val="22"/>
          <w:rtl w:val="0"/>
        </w:rPr>
        <w:t xml:space="preserve">year. Yeah? Okay, yeah, Jane, seven years. Yeah, nice.</w:t>
      </w:r>
      <w:r w:rsidDel="00000000" w:rsidR="00000000" w:rsidRPr="00000000">
        <w:rPr>
          <w:rtl w:val="0"/>
        </w:rPr>
      </w:r>
    </w:p>
    <w:p w:rsidR="00000000" w:rsidDel="00000000" w:rsidP="00000000" w:rsidRDefault="00000000" w:rsidRPr="00000000" w14:paraId="0000011D">
      <w:pPr>
        <w:spacing w:after="0" w:lineRule="auto"/>
        <w:rPr/>
      </w:pPr>
      <w:r w:rsidDel="00000000" w:rsidR="00000000" w:rsidRPr="00000000">
        <w:rPr>
          <w:rtl w:val="0"/>
        </w:rPr>
      </w:r>
    </w:p>
    <w:p w:rsidR="00000000" w:rsidDel="00000000" w:rsidP="00000000" w:rsidRDefault="00000000" w:rsidRPr="00000000" w14:paraId="0000011E">
      <w:pPr>
        <w:spacing w:after="0" w:lineRule="auto"/>
        <w:rPr/>
      </w:pPr>
      <w:r w:rsidDel="00000000" w:rsidR="00000000" w:rsidRPr="00000000">
        <w:rPr>
          <w:rFonts w:ascii="Arial" w:cs="Arial" w:eastAsia="Arial" w:hAnsi="Arial"/>
          <w:color w:val="5d7284"/>
          <w:sz w:val="22"/>
          <w:szCs w:val="22"/>
          <w:rtl w:val="0"/>
        </w:rPr>
        <w:t xml:space="preserve">17:03</w:t>
      </w:r>
      <w:r w:rsidDel="00000000" w:rsidR="00000000" w:rsidRPr="00000000">
        <w:rPr>
          <w:rtl w:val="0"/>
        </w:rPr>
      </w:r>
    </w:p>
    <w:p w:rsidR="00000000" w:rsidDel="00000000" w:rsidP="00000000" w:rsidRDefault="00000000" w:rsidRPr="00000000" w14:paraId="0000011F">
      <w:pPr>
        <w:spacing w:after="0" w:lineRule="auto"/>
        <w:rPr/>
      </w:pPr>
      <w:r w:rsidDel="00000000" w:rsidR="00000000" w:rsidRPr="00000000">
        <w:rPr>
          <w:rFonts w:ascii="Arial" w:cs="Arial" w:eastAsia="Arial" w:hAnsi="Arial"/>
          <w:sz w:val="22"/>
          <w:szCs w:val="22"/>
          <w:rtl w:val="0"/>
        </w:rPr>
        <w:t xml:space="preserve">Are you guys too? Well, we it's kind of hard to describe, but we call it like a Community Education Center. So we have all sorts of programs for all sorts of ages,</w:t>
      </w:r>
      <w:r w:rsidDel="00000000" w:rsidR="00000000" w:rsidRPr="00000000">
        <w:rPr>
          <w:rtl w:val="0"/>
        </w:rPr>
      </w:r>
    </w:p>
    <w:p w:rsidR="00000000" w:rsidDel="00000000" w:rsidP="00000000" w:rsidRDefault="00000000" w:rsidRPr="00000000" w14:paraId="00000120">
      <w:pPr>
        <w:spacing w:after="0" w:lineRule="auto"/>
        <w:rPr/>
      </w:pPr>
      <w:r w:rsidDel="00000000" w:rsidR="00000000" w:rsidRPr="00000000">
        <w:rPr>
          <w:rtl w:val="0"/>
        </w:rPr>
      </w:r>
    </w:p>
    <w:p w:rsidR="00000000" w:rsidDel="00000000" w:rsidP="00000000" w:rsidRDefault="00000000" w:rsidRPr="00000000" w14:paraId="00000121">
      <w:pPr>
        <w:spacing w:after="0" w:lineRule="auto"/>
        <w:rPr/>
      </w:pPr>
      <w:r w:rsidDel="00000000" w:rsidR="00000000" w:rsidRPr="00000000">
        <w:rPr>
          <w:rFonts w:ascii="Arial" w:cs="Arial" w:eastAsia="Arial" w:hAnsi="Arial"/>
          <w:color w:val="5d7284"/>
          <w:sz w:val="22"/>
          <w:szCs w:val="22"/>
          <w:rtl w:val="0"/>
        </w:rPr>
        <w:t xml:space="preserve">17:15</w:t>
      </w:r>
      <w:r w:rsidDel="00000000" w:rsidR="00000000" w:rsidRPr="00000000">
        <w:rPr>
          <w:rtl w:val="0"/>
        </w:rPr>
      </w:r>
    </w:p>
    <w:p w:rsidR="00000000" w:rsidDel="00000000" w:rsidP="00000000" w:rsidRDefault="00000000" w:rsidRPr="00000000" w14:paraId="00000122">
      <w:pPr>
        <w:spacing w:after="0" w:lineRule="auto"/>
        <w:rPr/>
      </w:pPr>
      <w:r w:rsidDel="00000000" w:rsidR="00000000" w:rsidRPr="00000000">
        <w:rPr>
          <w:rFonts w:ascii="Arial" w:cs="Arial" w:eastAsia="Arial" w:hAnsi="Arial"/>
          <w:sz w:val="22"/>
          <w:szCs w:val="22"/>
          <w:rtl w:val="0"/>
        </w:rPr>
        <w:t xml:space="preserve">like right now, what was just happening is, like the Forest School is getting picked up. So there's like a school out in the woods that learns about the woods in nature. And kids come from public school and from home school, and they go one or more days a week, </w:t>
      </w:r>
      <w:r w:rsidDel="00000000" w:rsidR="00000000" w:rsidRPr="00000000">
        <w:rPr>
          <w:rFonts w:ascii="Arial" w:cs="Arial" w:eastAsia="Arial" w:hAnsi="Arial"/>
          <w:sz w:val="22"/>
          <w:szCs w:val="22"/>
          <w:rtl w:val="0"/>
        </w:rPr>
        <w:t xml:space="preserve">runs</w:t>
      </w:r>
      <w:r w:rsidDel="00000000" w:rsidR="00000000" w:rsidRPr="00000000">
        <w:rPr>
          <w:rFonts w:ascii="Arial" w:cs="Arial" w:eastAsia="Arial" w:hAnsi="Arial"/>
          <w:sz w:val="22"/>
          <w:szCs w:val="22"/>
          <w:rtl w:val="0"/>
        </w:rPr>
        <w:t xml:space="preserve"> three days a week, two here, and they learn out in the woods. And we have summer camps for different ages, teen, teen programs and day camps, and we have Office offices that are here for local people to rent offices. And we have longer term living for people who want to live communally, like Charlie.</w:t>
      </w:r>
      <w:r w:rsidDel="00000000" w:rsidR="00000000" w:rsidRPr="00000000">
        <w:rPr>
          <w:rtl w:val="0"/>
        </w:rPr>
      </w:r>
    </w:p>
    <w:p w:rsidR="00000000" w:rsidDel="00000000" w:rsidP="00000000" w:rsidRDefault="00000000" w:rsidRPr="00000000" w14:paraId="00000123">
      <w:pPr>
        <w:spacing w:after="0" w:lineRule="auto"/>
        <w:rPr/>
      </w:pPr>
      <w:r w:rsidDel="00000000" w:rsidR="00000000" w:rsidRPr="00000000">
        <w:rPr>
          <w:rtl w:val="0"/>
        </w:rPr>
      </w:r>
    </w:p>
    <w:p w:rsidR="00000000" w:rsidDel="00000000" w:rsidP="00000000" w:rsidRDefault="00000000" w:rsidRPr="00000000" w14:paraId="00000124">
      <w:pPr>
        <w:spacing w:after="0" w:lineRule="auto"/>
        <w:rPr/>
      </w:pPr>
      <w:r w:rsidDel="00000000" w:rsidR="00000000" w:rsidRPr="00000000">
        <w:rPr>
          <w:rFonts w:ascii="Arial" w:cs="Arial" w:eastAsia="Arial" w:hAnsi="Arial"/>
          <w:color w:val="5d7284"/>
          <w:sz w:val="22"/>
          <w:szCs w:val="22"/>
          <w:rtl w:val="0"/>
        </w:rPr>
        <w:t xml:space="preserve">17:57</w:t>
      </w:r>
      <w:r w:rsidDel="00000000" w:rsidR="00000000" w:rsidRPr="00000000">
        <w:rPr>
          <w:rtl w:val="0"/>
        </w:rPr>
      </w:r>
    </w:p>
    <w:p w:rsidR="00000000" w:rsidDel="00000000" w:rsidP="00000000" w:rsidRDefault="00000000" w:rsidRPr="00000000" w14:paraId="00000125">
      <w:pPr>
        <w:spacing w:after="0" w:lineRule="auto"/>
        <w:rPr/>
      </w:pPr>
      <w:r w:rsidDel="00000000" w:rsidR="00000000" w:rsidRPr="00000000">
        <w:rPr>
          <w:rFonts w:ascii="Arial" w:cs="Arial" w:eastAsia="Arial" w:hAnsi="Arial"/>
          <w:sz w:val="22"/>
          <w:szCs w:val="22"/>
          <w:rtl w:val="0"/>
        </w:rPr>
        <w:t xml:space="preserve">What's coming about that? What's that like? Yeah,</w:t>
      </w:r>
      <w:r w:rsidDel="00000000" w:rsidR="00000000" w:rsidRPr="00000000">
        <w:rPr>
          <w:rtl w:val="0"/>
        </w:rPr>
      </w:r>
    </w:p>
    <w:p w:rsidR="00000000" w:rsidDel="00000000" w:rsidP="00000000" w:rsidRDefault="00000000" w:rsidRPr="00000000" w14:paraId="00000126">
      <w:pPr>
        <w:spacing w:after="0" w:lineRule="auto"/>
        <w:rPr/>
      </w:pPr>
      <w:r w:rsidDel="00000000" w:rsidR="00000000" w:rsidRPr="00000000">
        <w:rPr>
          <w:rtl w:val="0"/>
        </w:rPr>
      </w:r>
    </w:p>
    <w:p w:rsidR="00000000" w:rsidDel="00000000" w:rsidP="00000000" w:rsidRDefault="00000000" w:rsidRPr="00000000" w14:paraId="00000127">
      <w:pPr>
        <w:spacing w:after="0" w:lineRule="auto"/>
        <w:rPr/>
      </w:pPr>
      <w:r w:rsidDel="00000000" w:rsidR="00000000" w:rsidRPr="00000000">
        <w:rPr>
          <w:rFonts w:ascii="Arial" w:cs="Arial" w:eastAsia="Arial" w:hAnsi="Arial"/>
          <w:color w:val="5d7284"/>
          <w:sz w:val="22"/>
          <w:szCs w:val="22"/>
          <w:rtl w:val="0"/>
        </w:rPr>
        <w:t xml:space="preserve">18:01</w:t>
      </w:r>
      <w:r w:rsidDel="00000000" w:rsidR="00000000" w:rsidRPr="00000000">
        <w:rPr>
          <w:rtl w:val="0"/>
        </w:rPr>
      </w:r>
    </w:p>
    <w:p w:rsidR="00000000" w:rsidDel="00000000" w:rsidP="00000000" w:rsidRDefault="00000000" w:rsidRPr="00000000" w14:paraId="00000128">
      <w:pPr>
        <w:spacing w:after="0" w:lineRule="auto"/>
        <w:rPr/>
      </w:pPr>
      <w:r w:rsidDel="00000000" w:rsidR="00000000" w:rsidRPr="00000000">
        <w:rPr>
          <w:rFonts w:ascii="Arial" w:cs="Arial" w:eastAsia="Arial" w:hAnsi="Arial"/>
          <w:rtl w:val="0"/>
        </w:rPr>
        <w:t xml:space="preserve">There's</w:t>
      </w:r>
      <w:r w:rsidDel="00000000" w:rsidR="00000000" w:rsidRPr="00000000">
        <w:rPr>
          <w:rFonts w:ascii="Arial" w:cs="Arial" w:eastAsia="Arial" w:hAnsi="Arial"/>
          <w:sz w:val="22"/>
          <w:szCs w:val="22"/>
          <w:rtl w:val="0"/>
        </w:rPr>
        <w:t xml:space="preserve"> a communal kitchen. We have community meetings. People. People garden and grow food together. Help out on the land with different tasks. We have. We have optional classes.</w:t>
      </w:r>
      <w:r w:rsidDel="00000000" w:rsidR="00000000" w:rsidRPr="00000000">
        <w:rPr>
          <w:rtl w:val="0"/>
        </w:rPr>
      </w:r>
    </w:p>
    <w:p w:rsidR="00000000" w:rsidDel="00000000" w:rsidP="00000000" w:rsidRDefault="00000000" w:rsidRPr="00000000" w14:paraId="00000129">
      <w:pPr>
        <w:spacing w:after="0" w:lineRule="auto"/>
        <w:rPr/>
      </w:pPr>
      <w:r w:rsidDel="00000000" w:rsidR="00000000" w:rsidRPr="00000000">
        <w:rPr>
          <w:rtl w:val="0"/>
        </w:rPr>
      </w:r>
    </w:p>
    <w:p w:rsidR="00000000" w:rsidDel="00000000" w:rsidP="00000000" w:rsidRDefault="00000000" w:rsidRPr="00000000" w14:paraId="0000012A">
      <w:pPr>
        <w:spacing w:after="0" w:lineRule="auto"/>
        <w:rPr/>
      </w:pPr>
      <w:r w:rsidDel="00000000" w:rsidR="00000000" w:rsidRPr="00000000">
        <w:rPr>
          <w:rFonts w:ascii="Arial" w:cs="Arial" w:eastAsia="Arial" w:hAnsi="Arial"/>
          <w:color w:val="5d7284"/>
          <w:sz w:val="22"/>
          <w:szCs w:val="22"/>
          <w:rtl w:val="0"/>
        </w:rPr>
        <w:t xml:space="preserve">18:15</w:t>
      </w:r>
      <w:r w:rsidDel="00000000" w:rsidR="00000000" w:rsidRPr="00000000">
        <w:rPr>
          <w:rtl w:val="0"/>
        </w:rPr>
      </w:r>
    </w:p>
    <w:p w:rsidR="00000000" w:rsidDel="00000000" w:rsidP="00000000" w:rsidRDefault="00000000" w:rsidRPr="00000000" w14:paraId="0000012B">
      <w:pPr>
        <w:spacing w:after="0" w:lineRule="auto"/>
        <w:rPr/>
      </w:pPr>
      <w:r w:rsidDel="00000000" w:rsidR="00000000" w:rsidRPr="00000000">
        <w:rPr>
          <w:rFonts w:ascii="Arial" w:cs="Arial" w:eastAsia="Arial" w:hAnsi="Arial"/>
          <w:sz w:val="22"/>
          <w:szCs w:val="22"/>
          <w:rtl w:val="0"/>
        </w:rPr>
        <w:t xml:space="preserve">How many acres? Yeah, people will stay right now. It's, I think it's like 78 </w:t>
      </w:r>
      <w:r w:rsidDel="00000000" w:rsidR="00000000" w:rsidRPr="00000000">
        <w:rPr>
          <w:rFonts w:ascii="Arial" w:cs="Arial" w:eastAsia="Arial" w:hAnsi="Arial"/>
          <w:sz w:val="22"/>
          <w:szCs w:val="22"/>
          <w:rtl w:val="0"/>
        </w:rPr>
        <w:t xml:space="preserve">point something</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12C">
      <w:pPr>
        <w:spacing w:after="0" w:lineRule="auto"/>
        <w:rPr/>
      </w:pPr>
      <w:r w:rsidDel="00000000" w:rsidR="00000000" w:rsidRPr="00000000">
        <w:rPr>
          <w:rtl w:val="0"/>
        </w:rPr>
      </w:r>
    </w:p>
    <w:p w:rsidR="00000000" w:rsidDel="00000000" w:rsidP="00000000" w:rsidRDefault="00000000" w:rsidRPr="00000000" w14:paraId="0000012D">
      <w:pPr>
        <w:spacing w:after="0" w:lineRule="auto"/>
        <w:rPr/>
      </w:pPr>
      <w:r w:rsidDel="00000000" w:rsidR="00000000" w:rsidRPr="00000000">
        <w:rPr>
          <w:rFonts w:ascii="Arial" w:cs="Arial" w:eastAsia="Arial" w:hAnsi="Arial"/>
          <w:color w:val="5d7284"/>
          <w:sz w:val="22"/>
          <w:szCs w:val="22"/>
          <w:rtl w:val="0"/>
        </w:rPr>
        <w:t xml:space="preserve">18:23</w:t>
      </w:r>
      <w:r w:rsidDel="00000000" w:rsidR="00000000" w:rsidRPr="00000000">
        <w:rPr>
          <w:rtl w:val="0"/>
        </w:rPr>
      </w:r>
    </w:p>
    <w:p w:rsidR="00000000" w:rsidDel="00000000" w:rsidP="00000000" w:rsidRDefault="00000000" w:rsidRPr="00000000" w14:paraId="0000012E">
      <w:pPr>
        <w:spacing w:after="0" w:lineRule="auto"/>
        <w:rPr/>
      </w:pPr>
      <w:r w:rsidDel="00000000" w:rsidR="00000000" w:rsidRPr="00000000">
        <w:rPr>
          <w:rFonts w:ascii="Arial" w:cs="Arial" w:eastAsia="Arial" w:hAnsi="Arial"/>
          <w:sz w:val="22"/>
          <w:szCs w:val="22"/>
          <w:rtl w:val="0"/>
        </w:rPr>
        <w:t xml:space="preserve">Yeah, it was, I think, I think the farm used to be really big, bigger, yeah, I heard it was maybe even like hundreds of</w:t>
      </w:r>
      <w:r w:rsidDel="00000000" w:rsidR="00000000" w:rsidRPr="00000000">
        <w:rPr>
          <w:rtl w:val="0"/>
        </w:rPr>
      </w:r>
    </w:p>
    <w:p w:rsidR="00000000" w:rsidDel="00000000" w:rsidP="00000000" w:rsidRDefault="00000000" w:rsidRPr="00000000" w14:paraId="0000012F">
      <w:pPr>
        <w:spacing w:after="0" w:lineRule="auto"/>
        <w:rPr/>
      </w:pPr>
      <w:r w:rsidDel="00000000" w:rsidR="00000000" w:rsidRPr="00000000">
        <w:rPr>
          <w:rtl w:val="0"/>
        </w:rPr>
      </w:r>
    </w:p>
    <w:p w:rsidR="00000000" w:rsidDel="00000000" w:rsidP="00000000" w:rsidRDefault="00000000" w:rsidRPr="00000000" w14:paraId="00000130">
      <w:pPr>
        <w:spacing w:after="0" w:lineRule="auto"/>
        <w:rPr/>
      </w:pPr>
      <w:r w:rsidDel="00000000" w:rsidR="00000000" w:rsidRPr="00000000">
        <w:rPr>
          <w:rFonts w:ascii="Arial" w:cs="Arial" w:eastAsia="Arial" w:hAnsi="Arial"/>
          <w:color w:val="5d7284"/>
          <w:sz w:val="22"/>
          <w:szCs w:val="22"/>
          <w:rtl w:val="0"/>
        </w:rPr>
        <w:t xml:space="preserve">18:29</w:t>
      </w:r>
      <w:r w:rsidDel="00000000" w:rsidR="00000000" w:rsidRPr="00000000">
        <w:rPr>
          <w:rtl w:val="0"/>
        </w:rPr>
      </w:r>
    </w:p>
    <w:p w:rsidR="00000000" w:rsidDel="00000000" w:rsidP="00000000" w:rsidRDefault="00000000" w:rsidRPr="00000000" w14:paraId="00000131">
      <w:pPr>
        <w:spacing w:after="0" w:lineRule="auto"/>
        <w:rPr/>
      </w:pPr>
      <w:r w:rsidDel="00000000" w:rsidR="00000000" w:rsidRPr="00000000">
        <w:rPr>
          <w:rFonts w:ascii="Arial" w:cs="Arial" w:eastAsia="Arial" w:hAnsi="Arial"/>
          <w:sz w:val="22"/>
          <w:szCs w:val="22"/>
          <w:rtl w:val="0"/>
        </w:rPr>
        <w:t xml:space="preserve">acres. L</w:t>
      </w:r>
      <w:r w:rsidDel="00000000" w:rsidR="00000000" w:rsidRPr="00000000">
        <w:rPr>
          <w:rFonts w:ascii="Arial" w:cs="Arial" w:eastAsia="Arial" w:hAnsi="Arial"/>
          <w:rtl w:val="0"/>
        </w:rPr>
        <w:t xml:space="preserve">edd</w:t>
      </w:r>
      <w:r w:rsidDel="00000000" w:rsidR="00000000" w:rsidRPr="00000000">
        <w:rPr>
          <w:rFonts w:ascii="Arial" w:cs="Arial" w:eastAsia="Arial" w:hAnsi="Arial"/>
          <w:sz w:val="22"/>
          <w:szCs w:val="22"/>
          <w:rtl w:val="0"/>
        </w:rPr>
        <w:t xml:space="preserve"> owned hundreds, probably over 100 it might have been a </w:t>
      </w:r>
      <w:r w:rsidDel="00000000" w:rsidR="00000000" w:rsidRPr="00000000">
        <w:rPr>
          <w:rFonts w:ascii="Arial" w:cs="Arial" w:eastAsia="Arial" w:hAnsi="Arial"/>
          <w:rtl w:val="0"/>
        </w:rPr>
        <w:t xml:space="preserve">Leddy</w:t>
      </w:r>
      <w:r w:rsidDel="00000000" w:rsidR="00000000" w:rsidRPr="00000000">
        <w:rPr>
          <w:rFonts w:ascii="Arial" w:cs="Arial" w:eastAsia="Arial" w:hAnsi="Arial"/>
          <w:sz w:val="22"/>
          <w:szCs w:val="22"/>
          <w:rtl w:val="0"/>
        </w:rPr>
        <w:t xml:space="preserve"> story.</w:t>
      </w:r>
      <w:r w:rsidDel="00000000" w:rsidR="00000000" w:rsidRPr="00000000">
        <w:rPr>
          <w:rtl w:val="0"/>
        </w:rPr>
      </w:r>
    </w:p>
    <w:p w:rsidR="00000000" w:rsidDel="00000000" w:rsidP="00000000" w:rsidRDefault="00000000" w:rsidRPr="00000000" w14:paraId="00000132">
      <w:pPr>
        <w:spacing w:after="0" w:lineRule="auto"/>
        <w:rPr/>
      </w:pPr>
      <w:r w:rsidDel="00000000" w:rsidR="00000000" w:rsidRPr="00000000">
        <w:rPr>
          <w:rtl w:val="0"/>
        </w:rPr>
      </w:r>
    </w:p>
    <w:p w:rsidR="00000000" w:rsidDel="00000000" w:rsidP="00000000" w:rsidRDefault="00000000" w:rsidRPr="00000000" w14:paraId="00000133">
      <w:pPr>
        <w:spacing w:after="0" w:lineRule="auto"/>
        <w:rPr/>
      </w:pPr>
      <w:r w:rsidDel="00000000" w:rsidR="00000000" w:rsidRPr="00000000">
        <w:rPr>
          <w:rFonts w:ascii="Arial" w:cs="Arial" w:eastAsia="Arial" w:hAnsi="Arial"/>
          <w:color w:val="5d7284"/>
          <w:sz w:val="22"/>
          <w:szCs w:val="22"/>
          <w:rtl w:val="0"/>
        </w:rPr>
        <w:t xml:space="preserve">18:39 </w:t>
      </w:r>
      <w:r w:rsidDel="00000000" w:rsidR="00000000" w:rsidRPr="00000000">
        <w:rPr>
          <w:rtl w:val="0"/>
        </w:rPr>
      </w:r>
    </w:p>
    <w:p w:rsidR="00000000" w:rsidDel="00000000" w:rsidP="00000000" w:rsidRDefault="00000000" w:rsidRPr="00000000" w14:paraId="00000134">
      <w:pPr>
        <w:spacing w:after="0" w:lineRule="auto"/>
        <w:rPr/>
      </w:pPr>
      <w:r w:rsidDel="00000000" w:rsidR="00000000" w:rsidRPr="00000000">
        <w:rPr>
          <w:rFonts w:ascii="Arial" w:cs="Arial" w:eastAsia="Arial" w:hAnsi="Arial"/>
          <w:sz w:val="22"/>
          <w:szCs w:val="22"/>
          <w:rtl w:val="0"/>
        </w:rPr>
        <w:t xml:space="preserve">Or somehow some of the Wheelers still own </w:t>
      </w:r>
      <w:r w:rsidDel="00000000" w:rsidR="00000000" w:rsidRPr="00000000">
        <w:rPr>
          <w:rFonts w:ascii="Arial" w:cs="Arial" w:eastAsia="Arial" w:hAnsi="Arial"/>
          <w:sz w:val="22"/>
          <w:szCs w:val="22"/>
          <w:rtl w:val="0"/>
        </w:rPr>
        <w:t xml:space="preserve">land way</w:t>
      </w:r>
      <w:r w:rsidDel="00000000" w:rsidR="00000000" w:rsidRPr="00000000">
        <w:rPr>
          <w:rFonts w:ascii="Arial" w:cs="Arial" w:eastAsia="Arial" w:hAnsi="Arial"/>
          <w:sz w:val="22"/>
          <w:szCs w:val="22"/>
          <w:rtl w:val="0"/>
        </w:rPr>
        <w:t xml:space="preserve">, and they own the farm at one point, yeah. So I guess I had </w:t>
      </w:r>
      <w:r w:rsidDel="00000000" w:rsidR="00000000" w:rsidRPr="00000000">
        <w:rPr>
          <w:rFonts w:ascii="Arial" w:cs="Arial" w:eastAsia="Arial" w:hAnsi="Arial"/>
          <w:rtl w:val="0"/>
        </w:rPr>
        <w:t xml:space="preserve">assumed that</w:t>
      </w:r>
      <w:r w:rsidDel="00000000" w:rsidR="00000000" w:rsidRPr="00000000">
        <w:rPr>
          <w:rFonts w:ascii="Arial" w:cs="Arial" w:eastAsia="Arial" w:hAnsi="Arial"/>
          <w:sz w:val="22"/>
          <w:szCs w:val="22"/>
          <w:rtl w:val="0"/>
        </w:rPr>
        <w:t xml:space="preserve"> it was </w:t>
      </w:r>
      <w:r w:rsidDel="00000000" w:rsidR="00000000" w:rsidRPr="00000000">
        <w:rPr>
          <w:rFonts w:ascii="Arial" w:cs="Arial" w:eastAsia="Arial" w:hAnsi="Arial"/>
          <w:rtl w:val="0"/>
        </w:rPr>
        <w:t xml:space="preserve">all the way</w:t>
      </w:r>
      <w:r w:rsidDel="00000000" w:rsidR="00000000" w:rsidRPr="00000000">
        <w:rPr>
          <w:rFonts w:ascii="Arial" w:cs="Arial" w:eastAsia="Arial" w:hAnsi="Arial"/>
          <w:sz w:val="22"/>
          <w:szCs w:val="22"/>
          <w:rtl w:val="0"/>
        </w:rPr>
        <w:t xml:space="preserve"> back, but maybe they had different properties could be right, yeah. Why not? If you just buy up to Yeah, and maybe in I</w:t>
      </w:r>
      <w:r w:rsidDel="00000000" w:rsidR="00000000" w:rsidRPr="00000000">
        <w:rPr>
          <w:rtl w:val="0"/>
        </w:rPr>
      </w:r>
    </w:p>
    <w:p w:rsidR="00000000" w:rsidDel="00000000" w:rsidP="00000000" w:rsidRDefault="00000000" w:rsidRPr="00000000" w14:paraId="00000135">
      <w:pPr>
        <w:spacing w:after="0" w:lineRule="auto"/>
        <w:rPr/>
      </w:pPr>
      <w:r w:rsidDel="00000000" w:rsidR="00000000" w:rsidRPr="00000000">
        <w:rPr>
          <w:rtl w:val="0"/>
        </w:rPr>
      </w:r>
    </w:p>
    <w:p w:rsidR="00000000" w:rsidDel="00000000" w:rsidP="00000000" w:rsidRDefault="00000000" w:rsidRPr="00000000" w14:paraId="00000136">
      <w:pPr>
        <w:spacing w:after="0" w:lineRule="auto"/>
        <w:rPr/>
      </w:pPr>
      <w:r w:rsidDel="00000000" w:rsidR="00000000" w:rsidRPr="00000000">
        <w:rPr>
          <w:rFonts w:ascii="Arial" w:cs="Arial" w:eastAsia="Arial" w:hAnsi="Arial"/>
          <w:color w:val="5d7284"/>
          <w:sz w:val="22"/>
          <w:szCs w:val="22"/>
          <w:rtl w:val="0"/>
        </w:rPr>
        <w:t xml:space="preserve">18:58</w:t>
      </w:r>
      <w:r w:rsidDel="00000000" w:rsidR="00000000" w:rsidRPr="00000000">
        <w:rPr>
          <w:rtl w:val="0"/>
        </w:rPr>
      </w:r>
    </w:p>
    <w:p w:rsidR="00000000" w:rsidDel="00000000" w:rsidP="00000000" w:rsidRDefault="00000000" w:rsidRPr="00000000" w14:paraId="00000137">
      <w:pPr>
        <w:spacing w:after="0" w:lineRule="auto"/>
        <w:rPr/>
      </w:pPr>
      <w:r w:rsidDel="00000000" w:rsidR="00000000" w:rsidRPr="00000000">
        <w:rPr>
          <w:rFonts w:ascii="Arial" w:cs="Arial" w:eastAsia="Arial" w:hAnsi="Arial"/>
          <w:sz w:val="22"/>
          <w:szCs w:val="22"/>
          <w:rtl w:val="0"/>
        </w:rPr>
        <w:t xml:space="preserve">forget her, Mary, Mary. Moore </w:t>
      </w:r>
      <w:r w:rsidDel="00000000" w:rsidR="00000000" w:rsidRPr="00000000">
        <w:rPr>
          <w:rFonts w:ascii="Arial" w:cs="Arial" w:eastAsia="Arial" w:hAnsi="Arial"/>
          <w:rtl w:val="0"/>
        </w:rPr>
        <w:t xml:space="preserve">is Tom's</w:t>
      </w:r>
      <w:r w:rsidDel="00000000" w:rsidR="00000000" w:rsidRPr="00000000">
        <w:rPr>
          <w:rFonts w:ascii="Arial" w:cs="Arial" w:eastAsia="Arial" w:hAnsi="Arial"/>
          <w:sz w:val="22"/>
          <w:szCs w:val="22"/>
          <w:rtl w:val="0"/>
        </w:rPr>
        <w:t xml:space="preserve"> mom?</w:t>
      </w:r>
      <w:r w:rsidDel="00000000" w:rsidR="00000000" w:rsidRPr="00000000">
        <w:rPr>
          <w:rtl w:val="0"/>
        </w:rPr>
      </w:r>
    </w:p>
    <w:p w:rsidR="00000000" w:rsidDel="00000000" w:rsidP="00000000" w:rsidRDefault="00000000" w:rsidRPr="00000000" w14:paraId="00000138">
      <w:pPr>
        <w:spacing w:after="0" w:lineRule="auto"/>
        <w:rPr/>
      </w:pPr>
      <w:r w:rsidDel="00000000" w:rsidR="00000000" w:rsidRPr="00000000">
        <w:rPr>
          <w:rtl w:val="0"/>
        </w:rPr>
      </w:r>
    </w:p>
    <w:p w:rsidR="00000000" w:rsidDel="00000000" w:rsidP="00000000" w:rsidRDefault="00000000" w:rsidRPr="00000000" w14:paraId="00000139">
      <w:pPr>
        <w:spacing w:after="0" w:lineRule="auto"/>
        <w:rPr/>
      </w:pPr>
      <w:r w:rsidDel="00000000" w:rsidR="00000000" w:rsidRPr="00000000">
        <w:rPr>
          <w:rFonts w:ascii="Arial" w:cs="Arial" w:eastAsia="Arial" w:hAnsi="Arial"/>
          <w:color w:val="5d7284"/>
          <w:sz w:val="22"/>
          <w:szCs w:val="22"/>
          <w:rtl w:val="0"/>
        </w:rPr>
        <w:t xml:space="preserve">19:03</w:t>
      </w:r>
      <w:r w:rsidDel="00000000" w:rsidR="00000000" w:rsidRPr="00000000">
        <w:rPr>
          <w:rtl w:val="0"/>
        </w:rPr>
      </w:r>
    </w:p>
    <w:p w:rsidR="00000000" w:rsidDel="00000000" w:rsidP="00000000" w:rsidRDefault="00000000" w:rsidRPr="00000000" w14:paraId="0000013A">
      <w:pPr>
        <w:spacing w:after="0" w:lineRule="auto"/>
        <w:rPr/>
      </w:pPr>
      <w:r w:rsidDel="00000000" w:rsidR="00000000" w:rsidRPr="00000000">
        <w:rPr>
          <w:rFonts w:ascii="Arial" w:cs="Arial" w:eastAsia="Arial" w:hAnsi="Arial"/>
          <w:sz w:val="22"/>
          <w:szCs w:val="22"/>
          <w:rtl w:val="0"/>
        </w:rPr>
        <w:t xml:space="preserve">Betty Moore, she wrote a little book on Stevensville. That was Mary Margaret Moore, I get and she's our cousin,</w:t>
      </w:r>
      <w:r w:rsidDel="00000000" w:rsidR="00000000" w:rsidRPr="00000000">
        <w:rPr>
          <w:rtl w:val="0"/>
        </w:rPr>
      </w:r>
    </w:p>
    <w:p w:rsidR="00000000" w:rsidDel="00000000" w:rsidP="00000000" w:rsidRDefault="00000000" w:rsidRPr="00000000" w14:paraId="0000013B">
      <w:pPr>
        <w:spacing w:after="0" w:lineRule="auto"/>
        <w:rPr/>
      </w:pPr>
      <w:r w:rsidDel="00000000" w:rsidR="00000000" w:rsidRPr="00000000">
        <w:rPr>
          <w:rtl w:val="0"/>
        </w:rPr>
      </w:r>
    </w:p>
    <w:p w:rsidR="00000000" w:rsidDel="00000000" w:rsidP="00000000" w:rsidRDefault="00000000" w:rsidRPr="00000000" w14:paraId="0000013C">
      <w:pPr>
        <w:spacing w:after="0" w:lineRule="auto"/>
        <w:rPr/>
      </w:pPr>
      <w:r w:rsidDel="00000000" w:rsidR="00000000" w:rsidRPr="00000000">
        <w:rPr>
          <w:rFonts w:ascii="Arial" w:cs="Arial" w:eastAsia="Arial" w:hAnsi="Arial"/>
          <w:color w:val="5d7284"/>
          <w:sz w:val="22"/>
          <w:szCs w:val="22"/>
          <w:rtl w:val="0"/>
        </w:rPr>
        <w:t xml:space="preserve">19:13</w:t>
      </w:r>
      <w:r w:rsidDel="00000000" w:rsidR="00000000" w:rsidRPr="00000000">
        <w:rPr>
          <w:rtl w:val="0"/>
        </w:rPr>
      </w:r>
    </w:p>
    <w:p w:rsidR="00000000" w:rsidDel="00000000" w:rsidP="00000000" w:rsidRDefault="00000000" w:rsidRPr="00000000" w14:paraId="0000013D">
      <w:pPr>
        <w:spacing w:after="0" w:lineRule="auto"/>
        <w:rPr/>
      </w:pPr>
      <w:r w:rsidDel="00000000" w:rsidR="00000000" w:rsidRPr="00000000">
        <w:rPr>
          <w:rFonts w:ascii="Arial" w:cs="Arial" w:eastAsia="Arial" w:hAnsi="Arial"/>
          <w:sz w:val="22"/>
          <w:szCs w:val="22"/>
          <w:rtl w:val="0"/>
        </w:rPr>
        <w:t xml:space="preserve">right? Not, not to Tom Moore. Tom Moore is the builder, yeah, okay. I thought that was his mom who wrote, yeah, Betty Moore wrote that,</w:t>
      </w:r>
      <w:r w:rsidDel="00000000" w:rsidR="00000000" w:rsidRPr="00000000">
        <w:rPr>
          <w:rtl w:val="0"/>
        </w:rPr>
      </w:r>
    </w:p>
    <w:p w:rsidR="00000000" w:rsidDel="00000000" w:rsidP="00000000" w:rsidRDefault="00000000" w:rsidRPr="00000000" w14:paraId="0000013E">
      <w:pPr>
        <w:spacing w:after="0" w:lineRule="auto"/>
        <w:rPr/>
      </w:pPr>
      <w:r w:rsidDel="00000000" w:rsidR="00000000" w:rsidRPr="00000000">
        <w:rPr>
          <w:rtl w:val="0"/>
        </w:rPr>
      </w:r>
    </w:p>
    <w:p w:rsidR="00000000" w:rsidDel="00000000" w:rsidP="00000000" w:rsidRDefault="00000000" w:rsidRPr="00000000" w14:paraId="0000013F">
      <w:pPr>
        <w:spacing w:after="0" w:lineRule="auto"/>
        <w:rPr/>
      </w:pPr>
      <w:r w:rsidDel="00000000" w:rsidR="00000000" w:rsidRPr="00000000">
        <w:rPr>
          <w:rFonts w:ascii="Arial" w:cs="Arial" w:eastAsia="Arial" w:hAnsi="Arial"/>
          <w:color w:val="5d7284"/>
          <w:sz w:val="22"/>
          <w:szCs w:val="22"/>
          <w:rtl w:val="0"/>
        </w:rPr>
        <w:t xml:space="preserve">19:25</w:t>
      </w:r>
      <w:r w:rsidDel="00000000" w:rsidR="00000000" w:rsidRPr="00000000">
        <w:rPr>
          <w:rtl w:val="0"/>
        </w:rPr>
      </w:r>
    </w:p>
    <w:p w:rsidR="00000000" w:rsidDel="00000000" w:rsidP="00000000" w:rsidRDefault="00000000" w:rsidRPr="00000000" w14:paraId="00000140">
      <w:pPr>
        <w:spacing w:after="0" w:lineRule="auto"/>
        <w:rPr/>
      </w:pPr>
      <w:r w:rsidDel="00000000" w:rsidR="00000000" w:rsidRPr="00000000">
        <w:rPr>
          <w:rFonts w:ascii="Arial" w:cs="Arial" w:eastAsia="Arial" w:hAnsi="Arial"/>
          <w:rtl w:val="0"/>
        </w:rPr>
        <w:t xml:space="preserve">Okay</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141">
      <w:pPr>
        <w:spacing w:after="0" w:lineRule="auto"/>
        <w:rPr/>
      </w:pPr>
      <w:r w:rsidDel="00000000" w:rsidR="00000000" w:rsidRPr="00000000">
        <w:rPr>
          <w:rtl w:val="0"/>
        </w:rPr>
      </w:r>
    </w:p>
    <w:p w:rsidR="00000000" w:rsidDel="00000000" w:rsidP="00000000" w:rsidRDefault="00000000" w:rsidRPr="00000000" w14:paraId="00000142">
      <w:pPr>
        <w:spacing w:after="0" w:lineRule="auto"/>
        <w:rPr/>
      </w:pPr>
      <w:r w:rsidDel="00000000" w:rsidR="00000000" w:rsidRPr="00000000">
        <w:rPr>
          <w:rFonts w:ascii="Arial" w:cs="Arial" w:eastAsia="Arial" w:hAnsi="Arial"/>
          <w:color w:val="5d7284"/>
          <w:sz w:val="22"/>
          <w:szCs w:val="22"/>
          <w:rtl w:val="0"/>
        </w:rPr>
        <w:t xml:space="preserve">19:27</w:t>
      </w:r>
      <w:r w:rsidDel="00000000" w:rsidR="00000000" w:rsidRPr="00000000">
        <w:rPr>
          <w:rtl w:val="0"/>
        </w:rPr>
      </w:r>
    </w:p>
    <w:p w:rsidR="00000000" w:rsidDel="00000000" w:rsidP="00000000" w:rsidRDefault="00000000" w:rsidRPr="00000000" w14:paraId="00000143">
      <w:pPr>
        <w:spacing w:after="0" w:lineRule="auto"/>
        <w:rPr/>
      </w:pPr>
      <w:r w:rsidDel="00000000" w:rsidR="00000000" w:rsidRPr="00000000">
        <w:rPr>
          <w:rFonts w:ascii="Arial" w:cs="Arial" w:eastAsia="Arial" w:hAnsi="Arial"/>
          <w:sz w:val="22"/>
          <w:szCs w:val="22"/>
          <w:rtl w:val="0"/>
        </w:rPr>
        <w:t xml:space="preserve">She </w:t>
      </w:r>
      <w:r w:rsidDel="00000000" w:rsidR="00000000" w:rsidRPr="00000000">
        <w:rPr>
          <w:rFonts w:ascii="Arial" w:cs="Arial" w:eastAsia="Arial" w:hAnsi="Arial"/>
          <w:rtl w:val="0"/>
        </w:rPr>
        <w:t xml:space="preserve">wrote a</w:t>
      </w:r>
      <w:r w:rsidDel="00000000" w:rsidR="00000000" w:rsidRPr="00000000">
        <w:rPr>
          <w:rFonts w:ascii="Arial" w:cs="Arial" w:eastAsia="Arial" w:hAnsi="Arial"/>
          <w:sz w:val="22"/>
          <w:szCs w:val="22"/>
          <w:rtl w:val="0"/>
        </w:rPr>
        <w:t xml:space="preserve"> history of St Thomas parish.</w:t>
      </w:r>
      <w:r w:rsidDel="00000000" w:rsidR="00000000" w:rsidRPr="00000000">
        <w:rPr>
          <w:rtl w:val="0"/>
        </w:rPr>
      </w:r>
    </w:p>
    <w:p w:rsidR="00000000" w:rsidDel="00000000" w:rsidP="00000000" w:rsidRDefault="00000000" w:rsidRPr="00000000" w14:paraId="00000144">
      <w:pPr>
        <w:spacing w:after="0" w:lineRule="auto"/>
        <w:rPr/>
      </w:pPr>
      <w:r w:rsidDel="00000000" w:rsidR="00000000" w:rsidRPr="00000000">
        <w:rPr>
          <w:rtl w:val="0"/>
        </w:rPr>
      </w:r>
    </w:p>
    <w:p w:rsidR="00000000" w:rsidDel="00000000" w:rsidP="00000000" w:rsidRDefault="00000000" w:rsidRPr="00000000" w14:paraId="00000145">
      <w:pPr>
        <w:spacing w:after="0" w:lineRule="auto"/>
        <w:rPr/>
      </w:pPr>
      <w:r w:rsidDel="00000000" w:rsidR="00000000" w:rsidRPr="00000000">
        <w:rPr>
          <w:rFonts w:ascii="Arial" w:cs="Arial" w:eastAsia="Arial" w:hAnsi="Arial"/>
          <w:color w:val="5d7284"/>
          <w:sz w:val="22"/>
          <w:szCs w:val="22"/>
          <w:rtl w:val="0"/>
        </w:rPr>
        <w:t xml:space="preserve">19:32</w:t>
      </w:r>
      <w:r w:rsidDel="00000000" w:rsidR="00000000" w:rsidRPr="00000000">
        <w:rPr>
          <w:rtl w:val="0"/>
        </w:rPr>
      </w:r>
    </w:p>
    <w:p w:rsidR="00000000" w:rsidDel="00000000" w:rsidP="00000000" w:rsidRDefault="00000000" w:rsidRPr="00000000" w14:paraId="00000146">
      <w:pPr>
        <w:spacing w:after="0" w:lineRule="auto"/>
        <w:rPr/>
      </w:pPr>
      <w:r w:rsidDel="00000000" w:rsidR="00000000" w:rsidRPr="00000000">
        <w:rPr>
          <w:rFonts w:ascii="Arial" w:cs="Arial" w:eastAsia="Arial" w:hAnsi="Arial"/>
          <w:sz w:val="22"/>
          <w:szCs w:val="22"/>
          <w:rtl w:val="0"/>
        </w:rPr>
        <w:t xml:space="preserve">Our cousin did, oh, cool, yeah. But </w:t>
      </w:r>
      <w:r w:rsidDel="00000000" w:rsidR="00000000" w:rsidRPr="00000000">
        <w:rPr>
          <w:rFonts w:ascii="Arial" w:cs="Arial" w:eastAsia="Arial" w:hAnsi="Arial"/>
          <w:rtl w:val="0"/>
        </w:rPr>
        <w:t xml:space="preserve">maybe she</w:t>
      </w:r>
      <w:r w:rsidDel="00000000" w:rsidR="00000000" w:rsidRPr="00000000">
        <w:rPr>
          <w:rFonts w:ascii="Arial" w:cs="Arial" w:eastAsia="Arial" w:hAnsi="Arial"/>
          <w:sz w:val="22"/>
          <w:szCs w:val="22"/>
          <w:rtl w:val="0"/>
        </w:rPr>
        <w:t xml:space="preserve"> is </w:t>
      </w:r>
      <w:r w:rsidDel="00000000" w:rsidR="00000000" w:rsidRPr="00000000">
        <w:rPr>
          <w:rFonts w:ascii="Arial" w:cs="Arial" w:eastAsia="Arial" w:hAnsi="Arial"/>
          <w:rtl w:val="0"/>
        </w:rPr>
        <w:t xml:space="preserve">into that</w:t>
      </w:r>
      <w:r w:rsidDel="00000000" w:rsidR="00000000" w:rsidRPr="00000000">
        <w:rPr>
          <w:rFonts w:ascii="Arial" w:cs="Arial" w:eastAsia="Arial" w:hAnsi="Arial"/>
          <w:sz w:val="22"/>
          <w:szCs w:val="22"/>
          <w:rtl w:val="0"/>
        </w:rPr>
        <w:t xml:space="preserve"> something. I think at one point I read that it was like hundreds of acres got real big, and then it got small, I think, like when Maple Leaf first owned it, it wasn't many acres at all, and then it slowly grew. I didn't know there was so much state support. I just had assumed there was one owner, or, like, not owner, but CEO, leader of maple leaf, and I'm blanking on his name, who was really well known.</w:t>
      </w:r>
      <w:r w:rsidDel="00000000" w:rsidR="00000000" w:rsidRPr="00000000">
        <w:rPr>
          <w:rtl w:val="0"/>
        </w:rPr>
      </w:r>
    </w:p>
    <w:p w:rsidR="00000000" w:rsidDel="00000000" w:rsidP="00000000" w:rsidRDefault="00000000" w:rsidRPr="00000000" w14:paraId="00000147">
      <w:pPr>
        <w:spacing w:after="0" w:lineRule="auto"/>
        <w:rPr/>
      </w:pPr>
      <w:r w:rsidDel="00000000" w:rsidR="00000000" w:rsidRPr="00000000">
        <w:rPr>
          <w:rtl w:val="0"/>
        </w:rPr>
      </w:r>
    </w:p>
    <w:p w:rsidR="00000000" w:rsidDel="00000000" w:rsidP="00000000" w:rsidRDefault="00000000" w:rsidRPr="00000000" w14:paraId="00000148">
      <w:pPr>
        <w:spacing w:after="0" w:lineRule="auto"/>
        <w:rPr/>
      </w:pPr>
      <w:r w:rsidDel="00000000" w:rsidR="00000000" w:rsidRPr="00000000">
        <w:rPr>
          <w:rFonts w:ascii="Arial" w:cs="Arial" w:eastAsia="Arial" w:hAnsi="Arial"/>
          <w:color w:val="5d7284"/>
          <w:sz w:val="22"/>
          <w:szCs w:val="22"/>
          <w:rtl w:val="0"/>
        </w:rPr>
        <w:t xml:space="preserve">20:00</w:t>
      </w:r>
      <w:r w:rsidDel="00000000" w:rsidR="00000000" w:rsidRPr="00000000">
        <w:rPr>
          <w:rtl w:val="0"/>
        </w:rPr>
      </w:r>
    </w:p>
    <w:p w:rsidR="00000000" w:rsidDel="00000000" w:rsidP="00000000" w:rsidRDefault="00000000" w:rsidRPr="00000000" w14:paraId="00000149">
      <w:pPr>
        <w:spacing w:after="0" w:lineRule="auto"/>
        <w:rPr/>
      </w:pPr>
      <w:r w:rsidDel="00000000" w:rsidR="00000000" w:rsidRPr="00000000">
        <w:rPr>
          <w:rFonts w:ascii="Arial" w:cs="Arial" w:eastAsia="Arial" w:hAnsi="Arial"/>
          <w:sz w:val="22"/>
          <w:szCs w:val="22"/>
          <w:rtl w:val="0"/>
        </w:rPr>
        <w:t xml:space="preserve">And people said he ran it really well, and I just assumed it was like making good money, and they just bought a lot more property and </w:t>
      </w:r>
      <w:r w:rsidDel="00000000" w:rsidR="00000000" w:rsidRPr="00000000">
        <w:rPr>
          <w:rFonts w:ascii="Arial" w:cs="Arial" w:eastAsia="Arial" w:hAnsi="Arial"/>
          <w:rtl w:val="0"/>
        </w:rPr>
        <w:t xml:space="preserve">built</w:t>
      </w:r>
      <w:r w:rsidDel="00000000" w:rsidR="00000000" w:rsidRPr="00000000">
        <w:rPr>
          <w:rFonts w:ascii="Arial" w:cs="Arial" w:eastAsia="Arial" w:hAnsi="Arial"/>
          <w:sz w:val="22"/>
          <w:szCs w:val="22"/>
          <w:rtl w:val="0"/>
        </w:rPr>
        <w:t xml:space="preserve"> everything out. I'm</w:t>
      </w:r>
      <w:r w:rsidDel="00000000" w:rsidR="00000000" w:rsidRPr="00000000">
        <w:rPr>
          <w:rtl w:val="0"/>
        </w:rPr>
      </w:r>
    </w:p>
    <w:p w:rsidR="00000000" w:rsidDel="00000000" w:rsidP="00000000" w:rsidRDefault="00000000" w:rsidRPr="00000000" w14:paraId="0000014A">
      <w:pPr>
        <w:spacing w:after="0" w:lineRule="auto"/>
        <w:rPr/>
      </w:pPr>
      <w:r w:rsidDel="00000000" w:rsidR="00000000" w:rsidRPr="00000000">
        <w:rPr>
          <w:rtl w:val="0"/>
        </w:rPr>
      </w:r>
    </w:p>
    <w:p w:rsidR="00000000" w:rsidDel="00000000" w:rsidP="00000000" w:rsidRDefault="00000000" w:rsidRPr="00000000" w14:paraId="0000014B">
      <w:pPr>
        <w:spacing w:after="0" w:lineRule="auto"/>
        <w:rPr/>
      </w:pPr>
      <w:r w:rsidDel="00000000" w:rsidR="00000000" w:rsidRPr="00000000">
        <w:rPr>
          <w:rFonts w:ascii="Arial" w:cs="Arial" w:eastAsia="Arial" w:hAnsi="Arial"/>
          <w:color w:val="5d7284"/>
          <w:sz w:val="22"/>
          <w:szCs w:val="22"/>
          <w:rtl w:val="0"/>
        </w:rPr>
        <w:t xml:space="preserve">20:10</w:t>
      </w:r>
      <w:r w:rsidDel="00000000" w:rsidR="00000000" w:rsidRPr="00000000">
        <w:rPr>
          <w:rtl w:val="0"/>
        </w:rPr>
      </w:r>
    </w:p>
    <w:p w:rsidR="00000000" w:rsidDel="00000000" w:rsidP="00000000" w:rsidRDefault="00000000" w:rsidRPr="00000000" w14:paraId="0000014C">
      <w:pPr>
        <w:spacing w:after="0" w:lineRule="auto"/>
        <w:rPr/>
      </w:pPr>
      <w:r w:rsidDel="00000000" w:rsidR="00000000" w:rsidRPr="00000000">
        <w:rPr>
          <w:rFonts w:ascii="Arial" w:cs="Arial" w:eastAsia="Arial" w:hAnsi="Arial"/>
          <w:sz w:val="22"/>
          <w:szCs w:val="22"/>
          <w:rtl w:val="0"/>
        </w:rPr>
        <w:t xml:space="preserve">blocking on names myself. David,</w:t>
      </w:r>
      <w:r w:rsidDel="00000000" w:rsidR="00000000" w:rsidRPr="00000000">
        <w:rPr>
          <w:rtl w:val="0"/>
        </w:rPr>
      </w:r>
    </w:p>
    <w:p w:rsidR="00000000" w:rsidDel="00000000" w:rsidP="00000000" w:rsidRDefault="00000000" w:rsidRPr="00000000" w14:paraId="0000014D">
      <w:pPr>
        <w:spacing w:after="0" w:lineRule="auto"/>
        <w:rPr/>
      </w:pPr>
      <w:r w:rsidDel="00000000" w:rsidR="00000000" w:rsidRPr="00000000">
        <w:rPr>
          <w:rtl w:val="0"/>
        </w:rPr>
      </w:r>
    </w:p>
    <w:p w:rsidR="00000000" w:rsidDel="00000000" w:rsidP="00000000" w:rsidRDefault="00000000" w:rsidRPr="00000000" w14:paraId="0000014E">
      <w:pPr>
        <w:spacing w:after="0" w:lineRule="auto"/>
        <w:rPr/>
      </w:pPr>
      <w:r w:rsidDel="00000000" w:rsidR="00000000" w:rsidRPr="00000000">
        <w:rPr>
          <w:rFonts w:ascii="Arial" w:cs="Arial" w:eastAsia="Arial" w:hAnsi="Arial"/>
          <w:color w:val="5d7284"/>
          <w:sz w:val="22"/>
          <w:szCs w:val="22"/>
          <w:rtl w:val="0"/>
        </w:rPr>
        <w:t xml:space="preserve">20:14</w:t>
      </w:r>
      <w:r w:rsidDel="00000000" w:rsidR="00000000" w:rsidRPr="00000000">
        <w:rPr>
          <w:rtl w:val="0"/>
        </w:rPr>
      </w:r>
    </w:p>
    <w:p w:rsidR="00000000" w:rsidDel="00000000" w:rsidP="00000000" w:rsidRDefault="00000000" w:rsidRPr="00000000" w14:paraId="0000014F">
      <w:pPr>
        <w:spacing w:after="0" w:lineRule="auto"/>
        <w:rPr/>
      </w:pPr>
      <w:r w:rsidDel="00000000" w:rsidR="00000000" w:rsidRPr="00000000">
        <w:rPr>
          <w:rFonts w:ascii="Arial" w:cs="Arial" w:eastAsia="Arial" w:hAnsi="Arial"/>
          <w:rtl w:val="0"/>
        </w:rPr>
        <w:t xml:space="preserve">Do you</w:t>
      </w:r>
      <w:r w:rsidDel="00000000" w:rsidR="00000000" w:rsidRPr="00000000">
        <w:rPr>
          <w:rFonts w:ascii="Arial" w:cs="Arial" w:eastAsia="Arial" w:hAnsi="Arial"/>
          <w:sz w:val="22"/>
          <w:szCs w:val="22"/>
          <w:rtl w:val="0"/>
        </w:rPr>
        <w:t xml:space="preserve"> remember the last one was Bill?</w:t>
      </w:r>
      <w:r w:rsidDel="00000000" w:rsidR="00000000" w:rsidRPr="00000000">
        <w:rPr>
          <w:rtl w:val="0"/>
        </w:rPr>
      </w:r>
    </w:p>
    <w:p w:rsidR="00000000" w:rsidDel="00000000" w:rsidP="00000000" w:rsidRDefault="00000000" w:rsidRPr="00000000" w14:paraId="00000150">
      <w:pPr>
        <w:spacing w:after="0" w:lineRule="auto"/>
        <w:rPr/>
      </w:pPr>
      <w:r w:rsidDel="00000000" w:rsidR="00000000" w:rsidRPr="00000000">
        <w:rPr>
          <w:rtl w:val="0"/>
        </w:rPr>
      </w:r>
    </w:p>
    <w:p w:rsidR="00000000" w:rsidDel="00000000" w:rsidP="00000000" w:rsidRDefault="00000000" w:rsidRPr="00000000" w14:paraId="00000151">
      <w:pPr>
        <w:spacing w:after="0" w:lineRule="auto"/>
        <w:rPr/>
      </w:pPr>
      <w:r w:rsidDel="00000000" w:rsidR="00000000" w:rsidRPr="00000000">
        <w:rPr>
          <w:rFonts w:ascii="Arial" w:cs="Arial" w:eastAsia="Arial" w:hAnsi="Arial"/>
          <w:color w:val="5d7284"/>
          <w:sz w:val="22"/>
          <w:szCs w:val="22"/>
          <w:rtl w:val="0"/>
        </w:rPr>
        <w:t xml:space="preserve">20:18</w:t>
      </w:r>
      <w:r w:rsidDel="00000000" w:rsidR="00000000" w:rsidRPr="00000000">
        <w:rPr>
          <w:rtl w:val="0"/>
        </w:rPr>
      </w:r>
    </w:p>
    <w:p w:rsidR="00000000" w:rsidDel="00000000" w:rsidP="00000000" w:rsidRDefault="00000000" w:rsidRPr="00000000" w14:paraId="00000152">
      <w:pPr>
        <w:spacing w:after="0" w:lineRule="auto"/>
        <w:rPr/>
      </w:pPr>
      <w:r w:rsidDel="00000000" w:rsidR="00000000" w:rsidRPr="00000000">
        <w:rPr>
          <w:rFonts w:ascii="Arial" w:cs="Arial" w:eastAsia="Arial" w:hAnsi="Arial"/>
          <w:sz w:val="22"/>
          <w:szCs w:val="22"/>
          <w:rtl w:val="0"/>
        </w:rPr>
        <w:t xml:space="preserve">I remember Bill, but yeah, last name. He was the director of SRS for a while, and then Bill Young</w:t>
      </w:r>
      <w:r w:rsidDel="00000000" w:rsidR="00000000" w:rsidRPr="00000000">
        <w:rPr>
          <w:rtl w:val="0"/>
        </w:rPr>
      </w:r>
    </w:p>
    <w:p w:rsidR="00000000" w:rsidDel="00000000" w:rsidP="00000000" w:rsidRDefault="00000000" w:rsidRPr="00000000" w14:paraId="00000153">
      <w:pPr>
        <w:spacing w:after="0" w:lineRule="auto"/>
        <w:rPr/>
      </w:pPr>
      <w:r w:rsidDel="00000000" w:rsidR="00000000" w:rsidRPr="00000000">
        <w:rPr>
          <w:rtl w:val="0"/>
        </w:rPr>
      </w:r>
    </w:p>
    <w:p w:rsidR="00000000" w:rsidDel="00000000" w:rsidP="00000000" w:rsidRDefault="00000000" w:rsidRPr="00000000" w14:paraId="00000154">
      <w:pPr>
        <w:spacing w:after="0" w:lineRule="auto"/>
        <w:rPr/>
      </w:pPr>
      <w:r w:rsidDel="00000000" w:rsidR="00000000" w:rsidRPr="00000000">
        <w:rPr>
          <w:rFonts w:ascii="Arial" w:cs="Arial" w:eastAsia="Arial" w:hAnsi="Arial"/>
          <w:color w:val="5d7284"/>
          <w:sz w:val="22"/>
          <w:szCs w:val="22"/>
          <w:rtl w:val="0"/>
        </w:rPr>
        <w:t xml:space="preserve">20:26</w:t>
      </w:r>
      <w:r w:rsidDel="00000000" w:rsidR="00000000" w:rsidRPr="00000000">
        <w:rPr>
          <w:rtl w:val="0"/>
        </w:rPr>
      </w:r>
    </w:p>
    <w:p w:rsidR="00000000" w:rsidDel="00000000" w:rsidP="00000000" w:rsidRDefault="00000000" w:rsidRPr="00000000" w14:paraId="00000155">
      <w:pPr>
        <w:spacing w:after="0" w:lineRule="auto"/>
        <w:rPr/>
      </w:pPr>
      <w:r w:rsidDel="00000000" w:rsidR="00000000" w:rsidRPr="00000000">
        <w:rPr>
          <w:rFonts w:ascii="Arial" w:cs="Arial" w:eastAsia="Arial" w:hAnsi="Arial"/>
          <w:sz w:val="22"/>
          <w:szCs w:val="22"/>
          <w:rtl w:val="0"/>
        </w:rPr>
        <w:t xml:space="preserve">was, he</w:t>
      </w:r>
      <w:r w:rsidDel="00000000" w:rsidR="00000000" w:rsidRPr="00000000">
        <w:rPr>
          <w:rFonts w:ascii="Arial" w:cs="Arial" w:eastAsia="Arial" w:hAnsi="Arial"/>
          <w:sz w:val="22"/>
          <w:szCs w:val="22"/>
          <w:rtl w:val="0"/>
        </w:rPr>
        <w:t xml:space="preserve"> was really successful. Then after him, he was very good. He was, he was the first, first, I remember, he was the first non recovering person to run it. And Bill </w:t>
      </w:r>
      <w:r w:rsidDel="00000000" w:rsidR="00000000" w:rsidRPr="00000000">
        <w:rPr>
          <w:rFonts w:ascii="Arial" w:cs="Arial" w:eastAsia="Arial" w:hAnsi="Arial"/>
          <w:rtl w:val="0"/>
        </w:rPr>
        <w:t xml:space="preserve">was a</w:t>
      </w:r>
      <w:r w:rsidDel="00000000" w:rsidR="00000000" w:rsidRPr="00000000">
        <w:rPr>
          <w:rFonts w:ascii="Arial" w:cs="Arial" w:eastAsia="Arial" w:hAnsi="Arial"/>
          <w:sz w:val="22"/>
          <w:szCs w:val="22"/>
          <w:rtl w:val="0"/>
        </w:rPr>
        <w:t xml:space="preserve"> commissioner at the state, and he was highly respected. He ran SRS, which is the children's division, and a very tough, tough area to work in. And then he came up here. He's a good guy. Yeah, I always assume that a few years before this went bankrupt,</w:t>
      </w:r>
      <w:r w:rsidDel="00000000" w:rsidR="00000000" w:rsidRPr="00000000">
        <w:rPr>
          <w:rtl w:val="0"/>
        </w:rPr>
      </w:r>
    </w:p>
    <w:p w:rsidR="00000000" w:rsidDel="00000000" w:rsidP="00000000" w:rsidRDefault="00000000" w:rsidRPr="00000000" w14:paraId="00000156">
      <w:pPr>
        <w:spacing w:after="0" w:lineRule="auto"/>
        <w:rPr/>
      </w:pPr>
      <w:r w:rsidDel="00000000" w:rsidR="00000000" w:rsidRPr="00000000">
        <w:rPr>
          <w:rtl w:val="0"/>
        </w:rPr>
      </w:r>
    </w:p>
    <w:p w:rsidR="00000000" w:rsidDel="00000000" w:rsidP="00000000" w:rsidRDefault="00000000" w:rsidRPr="00000000" w14:paraId="00000157">
      <w:pPr>
        <w:spacing w:after="0" w:lineRule="auto"/>
        <w:rPr/>
      </w:pPr>
      <w:r w:rsidDel="00000000" w:rsidR="00000000" w:rsidRPr="00000000">
        <w:rPr>
          <w:rFonts w:ascii="Arial" w:cs="Arial" w:eastAsia="Arial" w:hAnsi="Arial"/>
          <w:color w:val="5d7284"/>
          <w:sz w:val="22"/>
          <w:szCs w:val="22"/>
          <w:rtl w:val="0"/>
        </w:rPr>
        <w:t xml:space="preserve">20:54</w:t>
      </w:r>
      <w:r w:rsidDel="00000000" w:rsidR="00000000" w:rsidRPr="00000000">
        <w:rPr>
          <w:rtl w:val="0"/>
        </w:rPr>
      </w:r>
    </w:p>
    <w:p w:rsidR="00000000" w:rsidDel="00000000" w:rsidP="00000000" w:rsidRDefault="00000000" w:rsidRPr="00000000" w14:paraId="00000158">
      <w:pPr>
        <w:spacing w:after="0" w:lineRule="auto"/>
        <w:rPr/>
      </w:pPr>
      <w:r w:rsidDel="00000000" w:rsidR="00000000" w:rsidRPr="00000000">
        <w:rPr>
          <w:rFonts w:ascii="Arial" w:cs="Arial" w:eastAsia="Arial" w:hAnsi="Arial"/>
          <w:sz w:val="22"/>
          <w:szCs w:val="22"/>
          <w:rtl w:val="0"/>
        </w:rPr>
        <w:t xml:space="preserve">Medicaid, and I guess the Blue Cross, you know, the other insurances change the amount of money that they paid </w:t>
      </w:r>
      <w:r w:rsidDel="00000000" w:rsidR="00000000" w:rsidRPr="00000000">
        <w:rPr>
          <w:rFonts w:ascii="Arial" w:cs="Arial" w:eastAsia="Arial" w:hAnsi="Arial"/>
          <w:rtl w:val="0"/>
        </w:rPr>
        <w:t xml:space="preserve">for the group</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159">
      <w:pPr>
        <w:spacing w:after="0" w:lineRule="auto"/>
        <w:rPr/>
      </w:pPr>
      <w:r w:rsidDel="00000000" w:rsidR="00000000" w:rsidRPr="00000000">
        <w:rPr>
          <w:rtl w:val="0"/>
        </w:rPr>
      </w:r>
    </w:p>
    <w:p w:rsidR="00000000" w:rsidDel="00000000" w:rsidP="00000000" w:rsidRDefault="00000000" w:rsidRPr="00000000" w14:paraId="0000015A">
      <w:pPr>
        <w:spacing w:after="0" w:lineRule="auto"/>
        <w:rPr/>
      </w:pPr>
      <w:r w:rsidDel="00000000" w:rsidR="00000000" w:rsidRPr="00000000">
        <w:rPr>
          <w:rFonts w:ascii="Arial" w:cs="Arial" w:eastAsia="Arial" w:hAnsi="Arial"/>
          <w:color w:val="5d7284"/>
          <w:sz w:val="22"/>
          <w:szCs w:val="22"/>
          <w:rtl w:val="0"/>
        </w:rPr>
        <w:t xml:space="preserve">21:04</w:t>
      </w:r>
      <w:r w:rsidDel="00000000" w:rsidR="00000000" w:rsidRPr="00000000">
        <w:rPr>
          <w:rtl w:val="0"/>
        </w:rPr>
      </w:r>
    </w:p>
    <w:p w:rsidR="00000000" w:rsidDel="00000000" w:rsidP="00000000" w:rsidRDefault="00000000" w:rsidRPr="00000000" w14:paraId="0000015B">
      <w:pPr>
        <w:spacing w:after="0" w:lineRule="auto"/>
        <w:rPr/>
      </w:pPr>
      <w:r w:rsidDel="00000000" w:rsidR="00000000" w:rsidRPr="00000000">
        <w:rPr>
          <w:rFonts w:ascii="Arial" w:cs="Arial" w:eastAsia="Arial" w:hAnsi="Arial"/>
          <w:sz w:val="22"/>
          <w:szCs w:val="22"/>
          <w:rtl w:val="0"/>
        </w:rPr>
        <w:t xml:space="preserve">Yeah, the whole era of managed care, managed care in the 1980s</w:t>
      </w:r>
      <w:r w:rsidDel="00000000" w:rsidR="00000000" w:rsidRPr="00000000">
        <w:rPr>
          <w:rtl w:val="0"/>
        </w:rPr>
      </w:r>
    </w:p>
    <w:p w:rsidR="00000000" w:rsidDel="00000000" w:rsidP="00000000" w:rsidRDefault="00000000" w:rsidRPr="00000000" w14:paraId="0000015C">
      <w:pPr>
        <w:spacing w:after="0" w:lineRule="auto"/>
        <w:rPr/>
      </w:pPr>
      <w:r w:rsidDel="00000000" w:rsidR="00000000" w:rsidRPr="00000000">
        <w:rPr>
          <w:rtl w:val="0"/>
        </w:rPr>
      </w:r>
    </w:p>
    <w:p w:rsidR="00000000" w:rsidDel="00000000" w:rsidP="00000000" w:rsidRDefault="00000000" w:rsidRPr="00000000" w14:paraId="0000015D">
      <w:pPr>
        <w:spacing w:after="0" w:lineRule="auto"/>
        <w:rPr/>
      </w:pPr>
      <w:r w:rsidDel="00000000" w:rsidR="00000000" w:rsidRPr="00000000">
        <w:rPr>
          <w:rFonts w:ascii="Arial" w:cs="Arial" w:eastAsia="Arial" w:hAnsi="Arial"/>
          <w:color w:val="5d7284"/>
          <w:sz w:val="22"/>
          <w:szCs w:val="22"/>
          <w:rtl w:val="0"/>
        </w:rPr>
        <w:t xml:space="preserve">21:10</w:t>
      </w:r>
      <w:r w:rsidDel="00000000" w:rsidR="00000000" w:rsidRPr="00000000">
        <w:rPr>
          <w:rtl w:val="0"/>
        </w:rPr>
      </w:r>
    </w:p>
    <w:p w:rsidR="00000000" w:rsidDel="00000000" w:rsidP="00000000" w:rsidRDefault="00000000" w:rsidRPr="00000000" w14:paraId="0000015E">
      <w:pPr>
        <w:spacing w:after="0" w:lineRule="auto"/>
        <w:rPr/>
      </w:pPr>
      <w:r w:rsidDel="00000000" w:rsidR="00000000" w:rsidRPr="00000000">
        <w:rPr>
          <w:rFonts w:ascii="Arial" w:cs="Arial" w:eastAsia="Arial" w:hAnsi="Arial"/>
          <w:sz w:val="22"/>
          <w:szCs w:val="22"/>
          <w:rtl w:val="0"/>
        </w:rPr>
        <w:t xml:space="preserve">did a lot of places like </w:t>
      </w:r>
      <w:r w:rsidDel="00000000" w:rsidR="00000000" w:rsidRPr="00000000">
        <w:rPr>
          <w:rFonts w:ascii="Arial" w:cs="Arial" w:eastAsia="Arial" w:hAnsi="Arial"/>
          <w:rtl w:val="0"/>
        </w:rPr>
        <w:t xml:space="preserve">M</w:t>
      </w:r>
      <w:r w:rsidDel="00000000" w:rsidR="00000000" w:rsidRPr="00000000">
        <w:rPr>
          <w:rFonts w:ascii="Arial" w:cs="Arial" w:eastAsia="Arial" w:hAnsi="Arial"/>
          <w:sz w:val="22"/>
          <w:szCs w:val="22"/>
          <w:rtl w:val="0"/>
        </w:rPr>
        <w:t xml:space="preserve">aple </w:t>
      </w:r>
      <w:r w:rsidDel="00000000" w:rsidR="00000000" w:rsidRPr="00000000">
        <w:rPr>
          <w:rFonts w:ascii="Arial" w:cs="Arial" w:eastAsia="Arial" w:hAnsi="Arial"/>
          <w:rtl w:val="0"/>
        </w:rPr>
        <w:t xml:space="preserve">L</w:t>
      </w:r>
      <w:r w:rsidDel="00000000" w:rsidR="00000000" w:rsidRPr="00000000">
        <w:rPr>
          <w:rFonts w:ascii="Arial" w:cs="Arial" w:eastAsia="Arial" w:hAnsi="Arial"/>
          <w:sz w:val="22"/>
          <w:szCs w:val="22"/>
          <w:rtl w:val="0"/>
        </w:rPr>
        <w:t xml:space="preserve">eaf in especially the high rolling ones, the ones that were really expensive, all went under. Maple Leaf had always kind of run on a shoestring, so they didn't really experience too much of a difference, although they weren't allowed to. The whole notion of 28 days for a recovery program that kind of shrunk down to like four or five Yeah, you can't do much in four or five days. So 28 days became the magic bullet. You can your life will turn around in 28 days, not 29 not 27, 28</w:t>
      </w:r>
      <w:r w:rsidDel="00000000" w:rsidR="00000000" w:rsidRPr="00000000">
        <w:rPr>
          <w:rtl w:val="0"/>
        </w:rPr>
      </w:r>
    </w:p>
    <w:p w:rsidR="00000000" w:rsidDel="00000000" w:rsidP="00000000" w:rsidRDefault="00000000" w:rsidRPr="00000000" w14:paraId="0000015F">
      <w:pPr>
        <w:spacing w:after="0" w:lineRule="auto"/>
        <w:rPr/>
      </w:pPr>
      <w:r w:rsidDel="00000000" w:rsidR="00000000" w:rsidRPr="00000000">
        <w:rPr>
          <w:rtl w:val="0"/>
        </w:rPr>
      </w:r>
    </w:p>
    <w:p w:rsidR="00000000" w:rsidDel="00000000" w:rsidP="00000000" w:rsidRDefault="00000000" w:rsidRPr="00000000" w14:paraId="00000160">
      <w:pPr>
        <w:spacing w:after="0" w:lineRule="auto"/>
        <w:rPr/>
      </w:pPr>
      <w:r w:rsidDel="00000000" w:rsidR="00000000" w:rsidRPr="00000000">
        <w:rPr>
          <w:rFonts w:ascii="Arial" w:cs="Arial" w:eastAsia="Arial" w:hAnsi="Arial"/>
          <w:color w:val="5d7284"/>
          <w:sz w:val="22"/>
          <w:szCs w:val="22"/>
          <w:rtl w:val="0"/>
        </w:rPr>
        <w:t xml:space="preserve">21:43</w:t>
      </w:r>
      <w:r w:rsidDel="00000000" w:rsidR="00000000" w:rsidRPr="00000000">
        <w:rPr>
          <w:rtl w:val="0"/>
        </w:rPr>
      </w:r>
    </w:p>
    <w:p w:rsidR="00000000" w:rsidDel="00000000" w:rsidP="00000000" w:rsidRDefault="00000000" w:rsidRPr="00000000" w14:paraId="00000161">
      <w:pPr>
        <w:spacing w:after="0" w:lineRule="auto"/>
        <w:rPr/>
      </w:pPr>
      <w:r w:rsidDel="00000000" w:rsidR="00000000" w:rsidRPr="00000000">
        <w:rPr>
          <w:rFonts w:ascii="Arial" w:cs="Arial" w:eastAsia="Arial" w:hAnsi="Arial"/>
          <w:sz w:val="22"/>
          <w:szCs w:val="22"/>
          <w:rtl w:val="0"/>
        </w:rPr>
        <w:t xml:space="preserve">and that was the length of treatment. What would </w:t>
      </w:r>
      <w:r w:rsidDel="00000000" w:rsidR="00000000" w:rsidRPr="00000000">
        <w:rPr>
          <w:rFonts w:ascii="Arial" w:cs="Arial" w:eastAsia="Arial" w:hAnsi="Arial"/>
          <w:rtl w:val="0"/>
        </w:rPr>
        <w:t xml:space="preserve">happen is programs</w:t>
      </w:r>
      <w:r w:rsidDel="00000000" w:rsidR="00000000" w:rsidRPr="00000000">
        <w:rPr>
          <w:rFonts w:ascii="Arial" w:cs="Arial" w:eastAsia="Arial" w:hAnsi="Arial"/>
          <w:sz w:val="22"/>
          <w:szCs w:val="22"/>
          <w:rtl w:val="0"/>
        </w:rPr>
        <w:t xml:space="preserve"> like </w:t>
      </w:r>
      <w:r w:rsidDel="00000000" w:rsidR="00000000" w:rsidRPr="00000000">
        <w:rPr>
          <w:rFonts w:ascii="Arial" w:cs="Arial" w:eastAsia="Arial" w:hAnsi="Arial"/>
          <w:rtl w:val="0"/>
        </w:rPr>
        <w:t xml:space="preserve">M</w:t>
      </w:r>
      <w:r w:rsidDel="00000000" w:rsidR="00000000" w:rsidRPr="00000000">
        <w:rPr>
          <w:rFonts w:ascii="Arial" w:cs="Arial" w:eastAsia="Arial" w:hAnsi="Arial"/>
          <w:sz w:val="22"/>
          <w:szCs w:val="22"/>
          <w:rtl w:val="0"/>
        </w:rPr>
        <w:t xml:space="preserve">aple </w:t>
      </w:r>
      <w:r w:rsidDel="00000000" w:rsidR="00000000" w:rsidRPr="00000000">
        <w:rPr>
          <w:rFonts w:ascii="Arial" w:cs="Arial" w:eastAsia="Arial" w:hAnsi="Arial"/>
          <w:rtl w:val="0"/>
        </w:rPr>
        <w:t xml:space="preserve">L</w:t>
      </w:r>
      <w:r w:rsidDel="00000000" w:rsidR="00000000" w:rsidRPr="00000000">
        <w:rPr>
          <w:rFonts w:ascii="Arial" w:cs="Arial" w:eastAsia="Arial" w:hAnsi="Arial"/>
          <w:sz w:val="22"/>
          <w:szCs w:val="22"/>
          <w:rtl w:val="0"/>
        </w:rPr>
        <w:t xml:space="preserve">eaf in Vermont </w:t>
      </w:r>
      <w:r w:rsidDel="00000000" w:rsidR="00000000" w:rsidRPr="00000000">
        <w:rPr>
          <w:rFonts w:ascii="Arial" w:cs="Arial" w:eastAsia="Arial" w:hAnsi="Arial"/>
          <w:rtl w:val="0"/>
        </w:rPr>
        <w:t xml:space="preserve">were all</w:t>
      </w:r>
      <w:r w:rsidDel="00000000" w:rsidR="00000000" w:rsidRPr="00000000">
        <w:rPr>
          <w:rFonts w:ascii="Arial" w:cs="Arial" w:eastAsia="Arial" w:hAnsi="Arial"/>
          <w:sz w:val="22"/>
          <w:szCs w:val="22"/>
          <w:rtl w:val="0"/>
        </w:rPr>
        <w:t xml:space="preserve"> bootstrap operations. They were terrible at bookkeeping, and they had never done or been part of a fee for service system. How much does it cost to run maple leaf? And they figured out a way to give them money to treat people. They moved to fee for service, which meant that every client had to be eligible for reimbursement, and the service had to be broken down into units, and you needed to have documented records of the service you provided to an eligible client. Maybe they've had none of that. They were just and so the result was they provided services and weren't getting paid because they had no documentation and they couldn't really track outcomes. So they couldn't really say to the government, this is how many people are getting well, this is how many people are not going to prison. This is </w:t>
      </w:r>
      <w:r w:rsidDel="00000000" w:rsidR="00000000" w:rsidRPr="00000000">
        <w:rPr>
          <w:rFonts w:ascii="Arial" w:cs="Arial" w:eastAsia="Arial" w:hAnsi="Arial"/>
          <w:rtl w:val="0"/>
        </w:rPr>
        <w:t xml:space="preserve">how they</w:t>
      </w:r>
      <w:r w:rsidDel="00000000" w:rsidR="00000000" w:rsidRPr="00000000">
        <w:rPr>
          <w:rFonts w:ascii="Arial" w:cs="Arial" w:eastAsia="Arial" w:hAnsi="Arial"/>
          <w:sz w:val="22"/>
          <w:szCs w:val="22"/>
          <w:rtl w:val="0"/>
        </w:rPr>
        <w:t xml:space="preserve"> didn't track that stuff. And so they couldn't really prove that they </w:t>
      </w:r>
      <w:r w:rsidDel="00000000" w:rsidR="00000000" w:rsidRPr="00000000">
        <w:rPr>
          <w:rFonts w:ascii="Arial" w:cs="Arial" w:eastAsia="Arial" w:hAnsi="Arial"/>
          <w:rtl w:val="0"/>
        </w:rPr>
        <w:t xml:space="preserve">were any</w:t>
      </w:r>
      <w:r w:rsidDel="00000000" w:rsidR="00000000" w:rsidRPr="00000000">
        <w:rPr>
          <w:rFonts w:ascii="Arial" w:cs="Arial" w:eastAsia="Arial" w:hAnsi="Arial"/>
          <w:sz w:val="22"/>
          <w:szCs w:val="22"/>
          <w:rtl w:val="0"/>
        </w:rPr>
        <w:t xml:space="preserve"> better than outpatient work. And so the government said, Well, this is a lot more expensive than outpatient so we're not going to pay you</w:t>
      </w:r>
      <w:r w:rsidDel="00000000" w:rsidR="00000000" w:rsidRPr="00000000">
        <w:rPr>
          <w:rtl w:val="0"/>
        </w:rPr>
      </w:r>
    </w:p>
    <w:p w:rsidR="00000000" w:rsidDel="00000000" w:rsidP="00000000" w:rsidRDefault="00000000" w:rsidRPr="00000000" w14:paraId="00000162">
      <w:pPr>
        <w:spacing w:after="0" w:lineRule="auto"/>
        <w:rPr/>
      </w:pPr>
      <w:r w:rsidDel="00000000" w:rsidR="00000000" w:rsidRPr="00000000">
        <w:rPr>
          <w:rtl w:val="0"/>
        </w:rPr>
      </w:r>
    </w:p>
    <w:p w:rsidR="00000000" w:rsidDel="00000000" w:rsidP="00000000" w:rsidRDefault="00000000" w:rsidRPr="00000000" w14:paraId="00000163">
      <w:pPr>
        <w:spacing w:after="0" w:lineRule="auto"/>
        <w:rPr/>
      </w:pPr>
      <w:r w:rsidDel="00000000" w:rsidR="00000000" w:rsidRPr="00000000">
        <w:rPr>
          <w:rFonts w:ascii="Arial" w:cs="Arial" w:eastAsia="Arial" w:hAnsi="Arial"/>
          <w:color w:val="5d7284"/>
          <w:sz w:val="22"/>
          <w:szCs w:val="22"/>
          <w:rtl w:val="0"/>
        </w:rPr>
        <w:t xml:space="preserve">22:54</w:t>
      </w:r>
      <w:r w:rsidDel="00000000" w:rsidR="00000000" w:rsidRPr="00000000">
        <w:rPr>
          <w:rtl w:val="0"/>
        </w:rPr>
      </w:r>
    </w:p>
    <w:p w:rsidR="00000000" w:rsidDel="00000000" w:rsidP="00000000" w:rsidRDefault="00000000" w:rsidRPr="00000000" w14:paraId="00000164">
      <w:pPr>
        <w:spacing w:after="0" w:lineRule="auto"/>
        <w:rPr/>
      </w:pPr>
      <w:r w:rsidDel="00000000" w:rsidR="00000000" w:rsidRPr="00000000">
        <w:rPr>
          <w:rFonts w:ascii="Arial" w:cs="Arial" w:eastAsia="Arial" w:hAnsi="Arial"/>
          <w:sz w:val="22"/>
          <w:szCs w:val="22"/>
          <w:rtl w:val="0"/>
        </w:rPr>
        <w:t xml:space="preserve">guys when I</w:t>
      </w:r>
      <w:r w:rsidDel="00000000" w:rsidR="00000000" w:rsidRPr="00000000">
        <w:rPr>
          <w:rtl w:val="0"/>
        </w:rPr>
      </w:r>
    </w:p>
    <w:p w:rsidR="00000000" w:rsidDel="00000000" w:rsidP="00000000" w:rsidRDefault="00000000" w:rsidRPr="00000000" w14:paraId="00000165">
      <w:pPr>
        <w:spacing w:after="0" w:lineRule="auto"/>
        <w:rPr/>
      </w:pPr>
      <w:r w:rsidDel="00000000" w:rsidR="00000000" w:rsidRPr="00000000">
        <w:rPr>
          <w:rtl w:val="0"/>
        </w:rPr>
      </w:r>
    </w:p>
    <w:p w:rsidR="00000000" w:rsidDel="00000000" w:rsidP="00000000" w:rsidRDefault="00000000" w:rsidRPr="00000000" w14:paraId="00000166">
      <w:pPr>
        <w:spacing w:after="0" w:lineRule="auto"/>
        <w:rPr/>
      </w:pPr>
      <w:r w:rsidDel="00000000" w:rsidR="00000000" w:rsidRPr="00000000">
        <w:rPr>
          <w:rFonts w:ascii="Arial" w:cs="Arial" w:eastAsia="Arial" w:hAnsi="Arial"/>
          <w:color w:val="5d7284"/>
          <w:sz w:val="22"/>
          <w:szCs w:val="22"/>
          <w:rtl w:val="0"/>
        </w:rPr>
        <w:t xml:space="preserve">23:00</w:t>
      </w:r>
      <w:r w:rsidDel="00000000" w:rsidR="00000000" w:rsidRPr="00000000">
        <w:rPr>
          <w:rtl w:val="0"/>
        </w:rPr>
      </w:r>
    </w:p>
    <w:p w:rsidR="00000000" w:rsidDel="00000000" w:rsidP="00000000" w:rsidRDefault="00000000" w:rsidRPr="00000000" w14:paraId="00000167">
      <w:pPr>
        <w:spacing w:after="0" w:lineRule="auto"/>
        <w:rPr/>
      </w:pPr>
      <w:r w:rsidDel="00000000" w:rsidR="00000000" w:rsidRPr="00000000">
        <w:rPr>
          <w:rFonts w:ascii="Arial" w:cs="Arial" w:eastAsia="Arial" w:hAnsi="Arial"/>
          <w:sz w:val="22"/>
          <w:szCs w:val="22"/>
          <w:rtl w:val="0"/>
        </w:rPr>
        <w:t xml:space="preserve">we used to at Howard</w:t>
      </w:r>
      <w:r w:rsidDel="00000000" w:rsidR="00000000" w:rsidRPr="00000000">
        <w:rPr>
          <w:rtl w:val="0"/>
        </w:rPr>
      </w:r>
    </w:p>
    <w:p w:rsidR="00000000" w:rsidDel="00000000" w:rsidP="00000000" w:rsidRDefault="00000000" w:rsidRPr="00000000" w14:paraId="00000168">
      <w:pPr>
        <w:spacing w:after="0" w:lineRule="auto"/>
        <w:rPr/>
      </w:pPr>
      <w:r w:rsidDel="00000000" w:rsidR="00000000" w:rsidRPr="00000000">
        <w:rPr>
          <w:rtl w:val="0"/>
        </w:rPr>
      </w:r>
    </w:p>
    <w:p w:rsidR="00000000" w:rsidDel="00000000" w:rsidP="00000000" w:rsidRDefault="00000000" w:rsidRPr="00000000" w14:paraId="00000169">
      <w:pPr>
        <w:spacing w:after="0" w:lineRule="auto"/>
        <w:rPr/>
      </w:pPr>
      <w:r w:rsidDel="00000000" w:rsidR="00000000" w:rsidRPr="00000000">
        <w:rPr>
          <w:rFonts w:ascii="Arial" w:cs="Arial" w:eastAsia="Arial" w:hAnsi="Arial"/>
          <w:color w:val="5d7284"/>
          <w:sz w:val="22"/>
          <w:szCs w:val="22"/>
          <w:rtl w:val="0"/>
        </w:rPr>
        <w:t xml:space="preserve">23:03</w:t>
      </w:r>
      <w:r w:rsidDel="00000000" w:rsidR="00000000" w:rsidRPr="00000000">
        <w:rPr>
          <w:rtl w:val="0"/>
        </w:rPr>
      </w:r>
    </w:p>
    <w:p w:rsidR="00000000" w:rsidDel="00000000" w:rsidP="00000000" w:rsidRDefault="00000000" w:rsidRPr="00000000" w14:paraId="0000016A">
      <w:pPr>
        <w:spacing w:after="0" w:lineRule="auto"/>
        <w:rPr/>
      </w:pPr>
      <w:r w:rsidDel="00000000" w:rsidR="00000000" w:rsidRPr="00000000">
        <w:rPr>
          <w:rFonts w:ascii="Arial" w:cs="Arial" w:eastAsia="Arial" w:hAnsi="Arial"/>
          <w:sz w:val="22"/>
          <w:szCs w:val="22"/>
          <w:rtl w:val="0"/>
        </w:rPr>
        <w:t xml:space="preserve">occasionally, for a while, at least, we would have some of our staff come up here and run groups,</w:t>
      </w:r>
      <w:r w:rsidDel="00000000" w:rsidR="00000000" w:rsidRPr="00000000">
        <w:rPr>
          <w:rtl w:val="0"/>
        </w:rPr>
      </w:r>
    </w:p>
    <w:p w:rsidR="00000000" w:rsidDel="00000000" w:rsidP="00000000" w:rsidRDefault="00000000" w:rsidRPr="00000000" w14:paraId="0000016B">
      <w:pPr>
        <w:spacing w:after="0" w:lineRule="auto"/>
        <w:rPr/>
      </w:pPr>
      <w:r w:rsidDel="00000000" w:rsidR="00000000" w:rsidRPr="00000000">
        <w:rPr>
          <w:rtl w:val="0"/>
        </w:rPr>
      </w:r>
    </w:p>
    <w:p w:rsidR="00000000" w:rsidDel="00000000" w:rsidP="00000000" w:rsidRDefault="00000000" w:rsidRPr="00000000" w14:paraId="0000016C">
      <w:pPr>
        <w:spacing w:after="0" w:lineRule="auto"/>
        <w:rPr/>
      </w:pPr>
      <w:r w:rsidDel="00000000" w:rsidR="00000000" w:rsidRPr="00000000">
        <w:rPr>
          <w:rFonts w:ascii="Arial" w:cs="Arial" w:eastAsia="Arial" w:hAnsi="Arial"/>
          <w:color w:val="5d7284"/>
          <w:sz w:val="22"/>
          <w:szCs w:val="22"/>
          <w:rtl w:val="0"/>
        </w:rPr>
        <w:t xml:space="preserve">23:10</w:t>
      </w:r>
      <w:r w:rsidDel="00000000" w:rsidR="00000000" w:rsidRPr="00000000">
        <w:rPr>
          <w:rtl w:val="0"/>
        </w:rPr>
      </w:r>
    </w:p>
    <w:p w:rsidR="00000000" w:rsidDel="00000000" w:rsidP="00000000" w:rsidRDefault="00000000" w:rsidRPr="00000000" w14:paraId="0000016D">
      <w:pPr>
        <w:spacing w:after="0" w:lineRule="auto"/>
        <w:rPr/>
      </w:pPr>
      <w:r w:rsidDel="00000000" w:rsidR="00000000" w:rsidRPr="00000000">
        <w:rPr>
          <w:rFonts w:ascii="Arial" w:cs="Arial" w:eastAsia="Arial" w:hAnsi="Arial"/>
          <w:sz w:val="22"/>
          <w:szCs w:val="22"/>
          <w:rtl w:val="0"/>
        </w:rPr>
        <w:t xml:space="preserve">because Maple Leaf didn't have our </w:t>
      </w:r>
      <w:r w:rsidDel="00000000" w:rsidR="00000000" w:rsidRPr="00000000">
        <w:rPr>
          <w:rFonts w:ascii="Arial" w:cs="Arial" w:eastAsia="Arial" w:hAnsi="Arial"/>
          <w:rtl w:val="0"/>
        </w:rPr>
        <w:t xml:space="preserve">staff credentialed</w:t>
      </w:r>
      <w:r w:rsidDel="00000000" w:rsidR="00000000" w:rsidRPr="00000000">
        <w:rPr>
          <w:rFonts w:ascii="Arial" w:cs="Arial" w:eastAsia="Arial" w:hAnsi="Arial"/>
          <w:sz w:val="22"/>
          <w:szCs w:val="22"/>
          <w:rtl w:val="0"/>
        </w:rPr>
        <w:t xml:space="preserve">, and they could come up </w:t>
      </w:r>
      <w:r w:rsidDel="00000000" w:rsidR="00000000" w:rsidRPr="00000000">
        <w:rPr>
          <w:rFonts w:ascii="Arial" w:cs="Arial" w:eastAsia="Arial" w:hAnsi="Arial"/>
          <w:rtl w:val="0"/>
        </w:rPr>
        <w:t xml:space="preserve">with</w:t>
      </w:r>
      <w:r w:rsidDel="00000000" w:rsidR="00000000" w:rsidRPr="00000000">
        <w:rPr>
          <w:rFonts w:ascii="Arial" w:cs="Arial" w:eastAsia="Arial" w:hAnsi="Arial"/>
          <w:sz w:val="22"/>
          <w:szCs w:val="22"/>
          <w:rtl w:val="0"/>
        </w:rPr>
        <w:t xml:space="preserve"> a group and Bill and we would charge Maple Leaf maybe 25 bucks an hour, whatever our worker might generate $100 an hour.</w:t>
      </w:r>
      <w:r w:rsidDel="00000000" w:rsidR="00000000" w:rsidRPr="00000000">
        <w:rPr>
          <w:rtl w:val="0"/>
        </w:rPr>
      </w:r>
    </w:p>
    <w:p w:rsidR="00000000" w:rsidDel="00000000" w:rsidP="00000000" w:rsidRDefault="00000000" w:rsidRPr="00000000" w14:paraId="0000016E">
      <w:pPr>
        <w:spacing w:after="0" w:lineRule="auto"/>
        <w:rPr/>
      </w:pPr>
      <w:r w:rsidDel="00000000" w:rsidR="00000000" w:rsidRPr="00000000">
        <w:rPr>
          <w:rtl w:val="0"/>
        </w:rPr>
      </w:r>
    </w:p>
    <w:p w:rsidR="00000000" w:rsidDel="00000000" w:rsidP="00000000" w:rsidRDefault="00000000" w:rsidRPr="00000000" w14:paraId="0000016F">
      <w:pPr>
        <w:spacing w:after="0" w:lineRule="auto"/>
        <w:rPr/>
      </w:pPr>
      <w:r w:rsidDel="00000000" w:rsidR="00000000" w:rsidRPr="00000000">
        <w:rPr>
          <w:rFonts w:ascii="Arial" w:cs="Arial" w:eastAsia="Arial" w:hAnsi="Arial"/>
          <w:color w:val="5d7284"/>
          <w:sz w:val="22"/>
          <w:szCs w:val="22"/>
          <w:rtl w:val="0"/>
        </w:rPr>
        <w:t xml:space="preserve">23:26</w:t>
      </w:r>
      <w:r w:rsidDel="00000000" w:rsidR="00000000" w:rsidRPr="00000000">
        <w:rPr>
          <w:rtl w:val="0"/>
        </w:rPr>
      </w:r>
    </w:p>
    <w:p w:rsidR="00000000" w:rsidDel="00000000" w:rsidP="00000000" w:rsidRDefault="00000000" w:rsidRPr="00000000" w14:paraId="00000170">
      <w:pPr>
        <w:spacing w:after="0" w:lineRule="auto"/>
        <w:rPr/>
      </w:pPr>
      <w:r w:rsidDel="00000000" w:rsidR="00000000" w:rsidRPr="00000000">
        <w:rPr>
          <w:rFonts w:ascii="Arial" w:cs="Arial" w:eastAsia="Arial" w:hAnsi="Arial"/>
          <w:sz w:val="22"/>
          <w:szCs w:val="22"/>
          <w:rtl w:val="0"/>
        </w:rPr>
        <w:t xml:space="preserve">And that that went to </w:t>
      </w:r>
      <w:r w:rsidDel="00000000" w:rsidR="00000000" w:rsidRPr="00000000">
        <w:rPr>
          <w:rFonts w:ascii="Arial" w:cs="Arial" w:eastAsia="Arial" w:hAnsi="Arial"/>
          <w:rtl w:val="0"/>
        </w:rPr>
        <w:t xml:space="preserve">Maple Leaf</w:t>
      </w:r>
      <w:r w:rsidDel="00000000" w:rsidR="00000000" w:rsidRPr="00000000">
        <w:rPr>
          <w:rFonts w:ascii="Arial" w:cs="Arial" w:eastAsia="Arial" w:hAnsi="Arial"/>
          <w:sz w:val="22"/>
          <w:szCs w:val="22"/>
          <w:rtl w:val="0"/>
        </w:rPr>
        <w:t xml:space="preserve">, that that was, that was pretty much</w:t>
      </w:r>
      <w:r w:rsidDel="00000000" w:rsidR="00000000" w:rsidRPr="00000000">
        <w:rPr>
          <w:rtl w:val="0"/>
        </w:rPr>
      </w:r>
    </w:p>
    <w:p w:rsidR="00000000" w:rsidDel="00000000" w:rsidP="00000000" w:rsidRDefault="00000000" w:rsidRPr="00000000" w14:paraId="00000171">
      <w:pPr>
        <w:spacing w:after="0" w:lineRule="auto"/>
        <w:rPr/>
      </w:pPr>
      <w:r w:rsidDel="00000000" w:rsidR="00000000" w:rsidRPr="00000000">
        <w:rPr>
          <w:rtl w:val="0"/>
        </w:rPr>
      </w:r>
    </w:p>
    <w:p w:rsidR="00000000" w:rsidDel="00000000" w:rsidP="00000000" w:rsidRDefault="00000000" w:rsidRPr="00000000" w14:paraId="00000172">
      <w:pPr>
        <w:spacing w:after="0" w:lineRule="auto"/>
        <w:rPr/>
      </w:pPr>
      <w:r w:rsidDel="00000000" w:rsidR="00000000" w:rsidRPr="00000000">
        <w:rPr>
          <w:rFonts w:ascii="Arial" w:cs="Arial" w:eastAsia="Arial" w:hAnsi="Arial"/>
          <w:color w:val="5d7284"/>
          <w:sz w:val="22"/>
          <w:szCs w:val="22"/>
          <w:rtl w:val="0"/>
        </w:rPr>
        <w:t xml:space="preserve">23:32</w:t>
      </w:r>
      <w:r w:rsidDel="00000000" w:rsidR="00000000" w:rsidRPr="00000000">
        <w:rPr>
          <w:rtl w:val="0"/>
        </w:rPr>
      </w:r>
    </w:p>
    <w:p w:rsidR="00000000" w:rsidDel="00000000" w:rsidP="00000000" w:rsidRDefault="00000000" w:rsidRPr="00000000" w14:paraId="00000173">
      <w:pPr>
        <w:spacing w:after="0" w:lineRule="auto"/>
        <w:rPr/>
      </w:pPr>
      <w:r w:rsidDel="00000000" w:rsidR="00000000" w:rsidRPr="00000000">
        <w:rPr>
          <w:rtl w:val="0"/>
        </w:rPr>
      </w:r>
    </w:p>
    <w:p w:rsidR="00000000" w:rsidDel="00000000" w:rsidP="00000000" w:rsidRDefault="00000000" w:rsidRPr="00000000" w14:paraId="00000174">
      <w:pPr>
        <w:spacing w:after="0" w:lineRule="auto"/>
        <w:rPr/>
      </w:pPr>
      <w:r w:rsidDel="00000000" w:rsidR="00000000" w:rsidRPr="00000000">
        <w:rPr>
          <w:rFonts w:ascii="Arial" w:cs="Arial" w:eastAsia="Arial" w:hAnsi="Arial"/>
          <w:color w:val="5d7284"/>
          <w:sz w:val="22"/>
          <w:szCs w:val="22"/>
          <w:rtl w:val="0"/>
        </w:rPr>
        <w:t xml:space="preserve">23:34</w:t>
      </w:r>
      <w:r w:rsidDel="00000000" w:rsidR="00000000" w:rsidRPr="00000000">
        <w:rPr>
          <w:rtl w:val="0"/>
        </w:rPr>
      </w:r>
    </w:p>
    <w:p w:rsidR="00000000" w:rsidDel="00000000" w:rsidP="00000000" w:rsidRDefault="00000000" w:rsidRPr="00000000" w14:paraId="00000175">
      <w:pPr>
        <w:spacing w:after="0" w:lineRule="auto"/>
        <w:rPr/>
      </w:pPr>
      <w:r w:rsidDel="00000000" w:rsidR="00000000" w:rsidRPr="00000000">
        <w:rPr>
          <w:rFonts w:ascii="Arial" w:cs="Arial" w:eastAsia="Arial" w:hAnsi="Arial"/>
          <w:sz w:val="22"/>
          <w:szCs w:val="22"/>
          <w:rtl w:val="0"/>
        </w:rPr>
        <w:t xml:space="preserve">Everything was shoestring. And a lot of the </w:t>
      </w:r>
      <w:r w:rsidDel="00000000" w:rsidR="00000000" w:rsidRPr="00000000">
        <w:rPr>
          <w:rFonts w:ascii="Arial" w:cs="Arial" w:eastAsia="Arial" w:hAnsi="Arial"/>
          <w:rtl w:val="0"/>
        </w:rPr>
        <w:t xml:space="preserve">Maple Leaf</w:t>
      </w:r>
      <w:r w:rsidDel="00000000" w:rsidR="00000000" w:rsidRPr="00000000">
        <w:rPr>
          <w:rFonts w:ascii="Arial" w:cs="Arial" w:eastAsia="Arial" w:hAnsi="Arial"/>
          <w:sz w:val="22"/>
          <w:szCs w:val="22"/>
          <w:rtl w:val="0"/>
        </w:rPr>
        <w:t xml:space="preserve"> staff were not credentialed, so they couldn't accept insurance reimbursement and</w:t>
      </w:r>
      <w:r w:rsidDel="00000000" w:rsidR="00000000" w:rsidRPr="00000000">
        <w:rPr>
          <w:rtl w:val="0"/>
        </w:rPr>
      </w:r>
    </w:p>
    <w:p w:rsidR="00000000" w:rsidDel="00000000" w:rsidP="00000000" w:rsidRDefault="00000000" w:rsidRPr="00000000" w14:paraId="00000176">
      <w:pPr>
        <w:spacing w:after="0" w:lineRule="auto"/>
        <w:rPr/>
      </w:pPr>
      <w:r w:rsidDel="00000000" w:rsidR="00000000" w:rsidRPr="00000000">
        <w:rPr>
          <w:rtl w:val="0"/>
        </w:rPr>
      </w:r>
    </w:p>
    <w:p w:rsidR="00000000" w:rsidDel="00000000" w:rsidP="00000000" w:rsidRDefault="00000000" w:rsidRPr="00000000" w14:paraId="00000177">
      <w:pPr>
        <w:spacing w:after="0" w:lineRule="auto"/>
        <w:rPr/>
      </w:pPr>
      <w:r w:rsidDel="00000000" w:rsidR="00000000" w:rsidRPr="00000000">
        <w:rPr>
          <w:rFonts w:ascii="Arial" w:cs="Arial" w:eastAsia="Arial" w:hAnsi="Arial"/>
          <w:color w:val="5d7284"/>
          <w:sz w:val="22"/>
          <w:szCs w:val="22"/>
          <w:rtl w:val="0"/>
        </w:rPr>
        <w:t xml:space="preserve">23:43</w:t>
      </w:r>
      <w:r w:rsidDel="00000000" w:rsidR="00000000" w:rsidRPr="00000000">
        <w:rPr>
          <w:rtl w:val="0"/>
        </w:rPr>
      </w:r>
    </w:p>
    <w:p w:rsidR="00000000" w:rsidDel="00000000" w:rsidP="00000000" w:rsidRDefault="00000000" w:rsidRPr="00000000" w14:paraId="00000178">
      <w:pPr>
        <w:spacing w:after="0" w:lineRule="auto"/>
        <w:rPr/>
      </w:pPr>
      <w:r w:rsidDel="00000000" w:rsidR="00000000" w:rsidRPr="00000000">
        <w:rPr>
          <w:rFonts w:ascii="Arial" w:cs="Arial" w:eastAsia="Arial" w:hAnsi="Arial"/>
          <w:sz w:val="22"/>
          <w:szCs w:val="22"/>
          <w:rtl w:val="0"/>
        </w:rPr>
        <w:t xml:space="preserve">and they were in recovery and had a lot of wisdom and years of experience, but it didn't stack up against the degrees, so that was a tough sell. And when, when treatment and substance abuse became a business, that's when it started to fail. Yeah, yeah. I remember we had a board meeting at Champlain drug and alcohol services saying, are we going to go a clinical route and chase insurance dollars, or are we going to run a soup kitchen and align with the church? </w:t>
      </w:r>
      <w:r w:rsidDel="00000000" w:rsidR="00000000" w:rsidRPr="00000000">
        <w:rPr>
          <w:rFonts w:ascii="Arial" w:cs="Arial" w:eastAsia="Arial" w:hAnsi="Arial"/>
          <w:rtl w:val="0"/>
        </w:rPr>
        <w:t xml:space="preserve">It was</w:t>
      </w:r>
      <w:r w:rsidDel="00000000" w:rsidR="00000000" w:rsidRPr="00000000">
        <w:rPr>
          <w:rFonts w:ascii="Arial" w:cs="Arial" w:eastAsia="Arial" w:hAnsi="Arial"/>
          <w:sz w:val="22"/>
          <w:szCs w:val="22"/>
          <w:rtl w:val="0"/>
        </w:rPr>
        <w:t xml:space="preserve"> a basic decision that got made.</w:t>
      </w:r>
      <w:r w:rsidDel="00000000" w:rsidR="00000000" w:rsidRPr="00000000">
        <w:rPr>
          <w:rtl w:val="0"/>
        </w:rPr>
      </w:r>
    </w:p>
    <w:p w:rsidR="00000000" w:rsidDel="00000000" w:rsidP="00000000" w:rsidRDefault="00000000" w:rsidRPr="00000000" w14:paraId="00000179">
      <w:pPr>
        <w:spacing w:after="0" w:lineRule="auto"/>
        <w:rPr/>
      </w:pPr>
      <w:r w:rsidDel="00000000" w:rsidR="00000000" w:rsidRPr="00000000">
        <w:rPr>
          <w:rtl w:val="0"/>
        </w:rPr>
      </w:r>
    </w:p>
    <w:p w:rsidR="00000000" w:rsidDel="00000000" w:rsidP="00000000" w:rsidRDefault="00000000" w:rsidRPr="00000000" w14:paraId="0000017A">
      <w:pPr>
        <w:spacing w:after="0" w:lineRule="auto"/>
        <w:rPr/>
      </w:pPr>
      <w:r w:rsidDel="00000000" w:rsidR="00000000" w:rsidRPr="00000000">
        <w:rPr>
          <w:rFonts w:ascii="Arial" w:cs="Arial" w:eastAsia="Arial" w:hAnsi="Arial"/>
          <w:color w:val="5d7284"/>
          <w:sz w:val="22"/>
          <w:szCs w:val="22"/>
          <w:rtl w:val="0"/>
        </w:rPr>
        <w:t xml:space="preserve">24:19</w:t>
      </w:r>
      <w:r w:rsidDel="00000000" w:rsidR="00000000" w:rsidRPr="00000000">
        <w:rPr>
          <w:rtl w:val="0"/>
        </w:rPr>
      </w:r>
    </w:p>
    <w:p w:rsidR="00000000" w:rsidDel="00000000" w:rsidP="00000000" w:rsidRDefault="00000000" w:rsidRPr="00000000" w14:paraId="0000017B">
      <w:pPr>
        <w:spacing w:after="0" w:lineRule="auto"/>
        <w:rPr/>
      </w:pPr>
      <w:r w:rsidDel="00000000" w:rsidR="00000000" w:rsidRPr="00000000">
        <w:rPr>
          <w:rFonts w:ascii="Arial" w:cs="Arial" w:eastAsia="Arial" w:hAnsi="Arial"/>
          <w:sz w:val="22"/>
          <w:szCs w:val="22"/>
          <w:rtl w:val="0"/>
        </w:rPr>
        <w:t xml:space="preserve">Obviously, we want the insurance route, the clinical route, but, you know, I don't </w:t>
      </w:r>
      <w:r w:rsidDel="00000000" w:rsidR="00000000" w:rsidRPr="00000000">
        <w:rPr>
          <w:rFonts w:ascii="Arial" w:cs="Arial" w:eastAsia="Arial" w:hAnsi="Arial"/>
          <w:rtl w:val="0"/>
        </w:rPr>
        <w:t xml:space="preserve">know if that</w:t>
      </w:r>
      <w:r w:rsidDel="00000000" w:rsidR="00000000" w:rsidRPr="00000000">
        <w:rPr>
          <w:rFonts w:ascii="Arial" w:cs="Arial" w:eastAsia="Arial" w:hAnsi="Arial"/>
          <w:sz w:val="22"/>
          <w:szCs w:val="22"/>
          <w:rtl w:val="0"/>
        </w:rPr>
        <w:t xml:space="preserve"> was a good decision or not.</w:t>
      </w:r>
      <w:r w:rsidDel="00000000" w:rsidR="00000000" w:rsidRPr="00000000">
        <w:rPr>
          <w:rtl w:val="0"/>
        </w:rPr>
      </w:r>
    </w:p>
    <w:p w:rsidR="00000000" w:rsidDel="00000000" w:rsidP="00000000" w:rsidRDefault="00000000" w:rsidRPr="00000000" w14:paraId="0000017C">
      <w:pPr>
        <w:spacing w:after="0" w:lineRule="auto"/>
        <w:rPr/>
      </w:pPr>
      <w:r w:rsidDel="00000000" w:rsidR="00000000" w:rsidRPr="00000000">
        <w:rPr>
          <w:rtl w:val="0"/>
        </w:rPr>
      </w:r>
    </w:p>
    <w:p w:rsidR="00000000" w:rsidDel="00000000" w:rsidP="00000000" w:rsidRDefault="00000000" w:rsidRPr="00000000" w14:paraId="0000017D">
      <w:pPr>
        <w:spacing w:after="0" w:lineRule="auto"/>
        <w:rPr/>
      </w:pPr>
      <w:r w:rsidDel="00000000" w:rsidR="00000000" w:rsidRPr="00000000">
        <w:rPr>
          <w:rFonts w:ascii="Arial" w:cs="Arial" w:eastAsia="Arial" w:hAnsi="Arial"/>
          <w:color w:val="5d7284"/>
          <w:sz w:val="22"/>
          <w:szCs w:val="22"/>
          <w:rtl w:val="0"/>
        </w:rPr>
        <w:t xml:space="preserve">24:27</w:t>
      </w:r>
      <w:r w:rsidDel="00000000" w:rsidR="00000000" w:rsidRPr="00000000">
        <w:rPr>
          <w:rtl w:val="0"/>
        </w:rPr>
      </w:r>
    </w:p>
    <w:p w:rsidR="00000000" w:rsidDel="00000000" w:rsidP="00000000" w:rsidRDefault="00000000" w:rsidRPr="00000000" w14:paraId="0000017E">
      <w:pPr>
        <w:spacing w:after="0" w:lineRule="auto"/>
        <w:rPr/>
      </w:pPr>
      <w:r w:rsidDel="00000000" w:rsidR="00000000" w:rsidRPr="00000000">
        <w:rPr>
          <w:rFonts w:ascii="Arial" w:cs="Arial" w:eastAsia="Arial" w:hAnsi="Arial"/>
          <w:sz w:val="22"/>
          <w:szCs w:val="22"/>
          <w:rtl w:val="0"/>
        </w:rPr>
        <w:t xml:space="preserve">So</w:t>
      </w:r>
      <w:r w:rsidDel="00000000" w:rsidR="00000000" w:rsidRPr="00000000">
        <w:rPr>
          <w:rtl w:val="0"/>
        </w:rPr>
      </w:r>
    </w:p>
    <w:p w:rsidR="00000000" w:rsidDel="00000000" w:rsidP="00000000" w:rsidRDefault="00000000" w:rsidRPr="00000000" w14:paraId="0000017F">
      <w:pPr>
        <w:spacing w:after="0" w:lineRule="auto"/>
        <w:rPr/>
      </w:pPr>
      <w:r w:rsidDel="00000000" w:rsidR="00000000" w:rsidRPr="00000000">
        <w:rPr>
          <w:rtl w:val="0"/>
        </w:rPr>
      </w:r>
    </w:p>
    <w:p w:rsidR="00000000" w:rsidDel="00000000" w:rsidP="00000000" w:rsidRDefault="00000000" w:rsidRPr="00000000" w14:paraId="00000180">
      <w:pPr>
        <w:spacing w:after="0" w:lineRule="auto"/>
        <w:rPr/>
      </w:pPr>
      <w:r w:rsidDel="00000000" w:rsidR="00000000" w:rsidRPr="00000000">
        <w:rPr>
          <w:rFonts w:ascii="Arial" w:cs="Arial" w:eastAsia="Arial" w:hAnsi="Arial"/>
          <w:color w:val="5d7284"/>
          <w:sz w:val="22"/>
          <w:szCs w:val="22"/>
          <w:rtl w:val="0"/>
        </w:rPr>
        <w:t xml:space="preserve">24:</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Can</w:t>
      </w:r>
      <w:r w:rsidDel="00000000" w:rsidR="00000000" w:rsidRPr="00000000">
        <w:rPr>
          <w:rFonts w:ascii="Arial" w:cs="Arial" w:eastAsia="Arial" w:hAnsi="Arial"/>
          <w:sz w:val="22"/>
          <w:szCs w:val="22"/>
          <w:rtl w:val="0"/>
        </w:rPr>
        <w:t xml:space="preserve"> you, Charlie, tell a little bit about your part of this arrangement here?</w:t>
      </w:r>
      <w:r w:rsidDel="00000000" w:rsidR="00000000" w:rsidRPr="00000000">
        <w:rPr>
          <w:rtl w:val="0"/>
        </w:rPr>
      </w:r>
    </w:p>
    <w:p w:rsidR="00000000" w:rsidDel="00000000" w:rsidP="00000000" w:rsidRDefault="00000000" w:rsidRPr="00000000" w14:paraId="00000181">
      <w:pPr>
        <w:spacing w:after="0" w:lineRule="auto"/>
        <w:rPr/>
      </w:pPr>
      <w:r w:rsidDel="00000000" w:rsidR="00000000" w:rsidRPr="00000000">
        <w:rPr>
          <w:rtl w:val="0"/>
        </w:rPr>
      </w:r>
    </w:p>
    <w:p w:rsidR="00000000" w:rsidDel="00000000" w:rsidP="00000000" w:rsidRDefault="00000000" w:rsidRPr="00000000" w14:paraId="00000182">
      <w:pPr>
        <w:spacing w:after="0" w:lineRule="auto"/>
        <w:rPr/>
      </w:pPr>
      <w:r w:rsidDel="00000000" w:rsidR="00000000" w:rsidRPr="00000000">
        <w:rPr>
          <w:rFonts w:ascii="Arial" w:cs="Arial" w:eastAsia="Arial" w:hAnsi="Arial"/>
          <w:color w:val="5d7284"/>
          <w:sz w:val="22"/>
          <w:szCs w:val="22"/>
          <w:rtl w:val="0"/>
        </w:rPr>
        <w:t xml:space="preserve">24:38</w:t>
      </w:r>
      <w:r w:rsidDel="00000000" w:rsidR="00000000" w:rsidRPr="00000000">
        <w:rPr>
          <w:rtl w:val="0"/>
        </w:rPr>
      </w:r>
    </w:p>
    <w:p w:rsidR="00000000" w:rsidDel="00000000" w:rsidP="00000000" w:rsidRDefault="00000000" w:rsidRPr="00000000" w14:paraId="00000183">
      <w:pPr>
        <w:spacing w:after="0" w:lineRule="auto"/>
        <w:rPr/>
      </w:pPr>
      <w:r w:rsidDel="00000000" w:rsidR="00000000" w:rsidRPr="00000000">
        <w:rPr>
          <w:rFonts w:ascii="Arial" w:cs="Arial" w:eastAsia="Arial" w:hAnsi="Arial"/>
          <w:sz w:val="22"/>
          <w:szCs w:val="22"/>
          <w:rtl w:val="0"/>
        </w:rPr>
        <w:t xml:space="preserve">So I've been here about five years altogether. I left for a year and came back.</w:t>
      </w:r>
      <w:r w:rsidDel="00000000" w:rsidR="00000000" w:rsidRPr="00000000">
        <w:rPr>
          <w:rtl w:val="0"/>
        </w:rPr>
      </w:r>
    </w:p>
    <w:p w:rsidR="00000000" w:rsidDel="00000000" w:rsidP="00000000" w:rsidRDefault="00000000" w:rsidRPr="00000000" w14:paraId="00000184">
      <w:pPr>
        <w:spacing w:after="0" w:lineRule="auto"/>
        <w:rPr/>
      </w:pPr>
      <w:r w:rsidDel="00000000" w:rsidR="00000000" w:rsidRPr="00000000">
        <w:rPr>
          <w:rtl w:val="0"/>
        </w:rPr>
      </w:r>
    </w:p>
    <w:p w:rsidR="00000000" w:rsidDel="00000000" w:rsidP="00000000" w:rsidRDefault="00000000" w:rsidRPr="00000000" w14:paraId="00000185">
      <w:pPr>
        <w:spacing w:after="0" w:lineRule="auto"/>
        <w:rPr/>
      </w:pPr>
      <w:r w:rsidDel="00000000" w:rsidR="00000000" w:rsidRPr="00000000">
        <w:rPr>
          <w:rFonts w:ascii="Arial" w:cs="Arial" w:eastAsia="Arial" w:hAnsi="Arial"/>
          <w:color w:val="5d7284"/>
          <w:sz w:val="22"/>
          <w:szCs w:val="22"/>
          <w:rtl w:val="0"/>
        </w:rPr>
        <w:t xml:space="preserve">24:44</w:t>
      </w:r>
      <w:r w:rsidDel="00000000" w:rsidR="00000000" w:rsidRPr="00000000">
        <w:rPr>
          <w:rtl w:val="0"/>
        </w:rPr>
      </w:r>
    </w:p>
    <w:p w:rsidR="00000000" w:rsidDel="00000000" w:rsidP="00000000" w:rsidRDefault="00000000" w:rsidRPr="00000000" w14:paraId="00000186">
      <w:pPr>
        <w:spacing w:after="0" w:lineRule="auto"/>
        <w:rPr/>
      </w:pPr>
      <w:r w:rsidDel="00000000" w:rsidR="00000000" w:rsidRPr="00000000">
        <w:rPr>
          <w:rFonts w:ascii="Arial" w:cs="Arial" w:eastAsia="Arial" w:hAnsi="Arial"/>
          <w:sz w:val="22"/>
          <w:szCs w:val="22"/>
          <w:rtl w:val="0"/>
        </w:rPr>
        <w:t xml:space="preserve">I'm one of the few Vermont natives that lives on the property.</w:t>
      </w:r>
      <w:r w:rsidDel="00000000" w:rsidR="00000000" w:rsidRPr="00000000">
        <w:rPr>
          <w:rtl w:val="0"/>
        </w:rPr>
      </w:r>
    </w:p>
    <w:p w:rsidR="00000000" w:rsidDel="00000000" w:rsidP="00000000" w:rsidRDefault="00000000" w:rsidRPr="00000000" w14:paraId="00000187">
      <w:pPr>
        <w:spacing w:after="0" w:lineRule="auto"/>
        <w:rPr/>
      </w:pPr>
      <w:r w:rsidDel="00000000" w:rsidR="00000000" w:rsidRPr="00000000">
        <w:rPr>
          <w:rtl w:val="0"/>
        </w:rPr>
      </w:r>
    </w:p>
    <w:p w:rsidR="00000000" w:rsidDel="00000000" w:rsidP="00000000" w:rsidRDefault="00000000" w:rsidRPr="00000000" w14:paraId="00000188">
      <w:pPr>
        <w:spacing w:after="0" w:lineRule="auto"/>
        <w:rPr/>
      </w:pPr>
      <w:r w:rsidDel="00000000" w:rsidR="00000000" w:rsidRPr="00000000">
        <w:rPr>
          <w:rFonts w:ascii="Arial" w:cs="Arial" w:eastAsia="Arial" w:hAnsi="Arial"/>
          <w:color w:val="5d7284"/>
          <w:sz w:val="22"/>
          <w:szCs w:val="22"/>
          <w:rtl w:val="0"/>
        </w:rPr>
        <w:t xml:space="preserve">24:49</w:t>
      </w:r>
      <w:r w:rsidDel="00000000" w:rsidR="00000000" w:rsidRPr="00000000">
        <w:rPr>
          <w:rtl w:val="0"/>
        </w:rPr>
      </w:r>
    </w:p>
    <w:p w:rsidR="00000000" w:rsidDel="00000000" w:rsidP="00000000" w:rsidRDefault="00000000" w:rsidRPr="00000000" w14:paraId="00000189">
      <w:pPr>
        <w:spacing w:after="0" w:lineRule="auto"/>
        <w:rPr/>
      </w:pPr>
      <w:r w:rsidDel="00000000" w:rsidR="00000000" w:rsidRPr="00000000">
        <w:rPr>
          <w:rFonts w:ascii="Arial" w:cs="Arial" w:eastAsia="Arial" w:hAnsi="Arial"/>
          <w:sz w:val="22"/>
          <w:szCs w:val="22"/>
          <w:rtl w:val="0"/>
        </w:rPr>
        <w:t xml:space="preserve">I mean, John and John's kids? Well, John's kids are the most native because they were born in that </w:t>
      </w:r>
      <w:r w:rsidDel="00000000" w:rsidR="00000000" w:rsidRPr="00000000">
        <w:rPr>
          <w:rFonts w:ascii="Arial" w:cs="Arial" w:eastAsia="Arial" w:hAnsi="Arial"/>
          <w:rtl w:val="0"/>
        </w:rPr>
        <w:t xml:space="preserve">episode</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18A">
      <w:pPr>
        <w:spacing w:after="0" w:lineRule="auto"/>
        <w:rPr/>
      </w:pPr>
      <w:r w:rsidDel="00000000" w:rsidR="00000000" w:rsidRPr="00000000">
        <w:rPr>
          <w:rtl w:val="0"/>
        </w:rPr>
      </w:r>
    </w:p>
    <w:p w:rsidR="00000000" w:rsidDel="00000000" w:rsidP="00000000" w:rsidRDefault="00000000" w:rsidRPr="00000000" w14:paraId="0000018B">
      <w:pPr>
        <w:spacing w:after="0" w:lineRule="auto"/>
        <w:rPr/>
      </w:pPr>
      <w:r w:rsidDel="00000000" w:rsidR="00000000" w:rsidRPr="00000000">
        <w:rPr>
          <w:rFonts w:ascii="Arial" w:cs="Arial" w:eastAsia="Arial" w:hAnsi="Arial"/>
          <w:color w:val="5d7284"/>
          <w:sz w:val="22"/>
          <w:szCs w:val="22"/>
          <w:rtl w:val="0"/>
        </w:rPr>
        <w:t xml:space="preserve">24:56</w:t>
      </w:r>
      <w:r w:rsidDel="00000000" w:rsidR="00000000" w:rsidRPr="00000000">
        <w:rPr>
          <w:rtl w:val="0"/>
        </w:rPr>
      </w:r>
    </w:p>
    <w:p w:rsidR="00000000" w:rsidDel="00000000" w:rsidP="00000000" w:rsidRDefault="00000000" w:rsidRPr="00000000" w14:paraId="0000018C">
      <w:pPr>
        <w:spacing w:after="0" w:lineRule="auto"/>
        <w:rPr/>
      </w:pPr>
      <w:r w:rsidDel="00000000" w:rsidR="00000000" w:rsidRPr="00000000">
        <w:rPr>
          <w:rFonts w:ascii="Arial" w:cs="Arial" w:eastAsia="Arial" w:hAnsi="Arial"/>
          <w:sz w:val="22"/>
          <w:szCs w:val="22"/>
          <w:rtl w:val="0"/>
        </w:rPr>
        <w:t xml:space="preserve">But I come from more Franklin County. I grew up in a flat.</w:t>
      </w:r>
      <w:r w:rsidDel="00000000" w:rsidR="00000000" w:rsidRPr="00000000">
        <w:rPr>
          <w:rtl w:val="0"/>
        </w:rPr>
      </w:r>
    </w:p>
    <w:p w:rsidR="00000000" w:rsidDel="00000000" w:rsidP="00000000" w:rsidRDefault="00000000" w:rsidRPr="00000000" w14:paraId="0000018D">
      <w:pPr>
        <w:spacing w:after="0" w:lineRule="auto"/>
        <w:rPr/>
      </w:pPr>
      <w:r w:rsidDel="00000000" w:rsidR="00000000" w:rsidRPr="00000000">
        <w:rPr>
          <w:rtl w:val="0"/>
        </w:rPr>
      </w:r>
    </w:p>
    <w:p w:rsidR="00000000" w:rsidDel="00000000" w:rsidP="00000000" w:rsidRDefault="00000000" w:rsidRPr="00000000" w14:paraId="0000018E">
      <w:pPr>
        <w:spacing w:after="0" w:lineRule="auto"/>
        <w:rPr/>
      </w:pPr>
      <w:r w:rsidDel="00000000" w:rsidR="00000000" w:rsidRPr="00000000">
        <w:rPr>
          <w:rFonts w:ascii="Arial" w:cs="Arial" w:eastAsia="Arial" w:hAnsi="Arial"/>
          <w:color w:val="5d7284"/>
          <w:sz w:val="22"/>
          <w:szCs w:val="22"/>
          <w:rtl w:val="0"/>
        </w:rPr>
        <w:t xml:space="preserve">24:59</w:t>
      </w:r>
      <w:r w:rsidDel="00000000" w:rsidR="00000000" w:rsidRPr="00000000">
        <w:rPr>
          <w:rtl w:val="0"/>
        </w:rPr>
      </w:r>
    </w:p>
    <w:p w:rsidR="00000000" w:rsidDel="00000000" w:rsidP="00000000" w:rsidRDefault="00000000" w:rsidRPr="00000000" w14:paraId="0000018F">
      <w:pPr>
        <w:spacing w:after="0" w:lineRule="auto"/>
        <w:rPr/>
      </w:pPr>
      <w:r w:rsidDel="00000000" w:rsidR="00000000" w:rsidRPr="00000000">
        <w:rPr>
          <w:rFonts w:ascii="Arial" w:cs="Arial" w:eastAsia="Arial" w:hAnsi="Arial"/>
          <w:sz w:val="22"/>
          <w:szCs w:val="22"/>
          <w:rtl w:val="0"/>
        </w:rPr>
        <w:t xml:space="preserve">Her and my house I grew up in had been in the family of, like, four generations or something. But, you know, when people get older, they have to sell properties and that kind of thing. But</w:t>
      </w:r>
      <w:r w:rsidDel="00000000" w:rsidR="00000000" w:rsidRPr="00000000">
        <w:rPr>
          <w:rtl w:val="0"/>
        </w:rPr>
      </w:r>
    </w:p>
    <w:p w:rsidR="00000000" w:rsidDel="00000000" w:rsidP="00000000" w:rsidRDefault="00000000" w:rsidRPr="00000000" w14:paraId="00000190">
      <w:pPr>
        <w:spacing w:after="0" w:lineRule="auto"/>
        <w:rPr/>
      </w:pPr>
      <w:r w:rsidDel="00000000" w:rsidR="00000000" w:rsidRPr="00000000">
        <w:rPr>
          <w:rtl w:val="0"/>
        </w:rPr>
      </w:r>
    </w:p>
    <w:p w:rsidR="00000000" w:rsidDel="00000000" w:rsidP="00000000" w:rsidRDefault="00000000" w:rsidRPr="00000000" w14:paraId="00000191">
      <w:pPr>
        <w:spacing w:after="0" w:lineRule="auto"/>
        <w:rPr/>
      </w:pPr>
      <w:r w:rsidDel="00000000" w:rsidR="00000000" w:rsidRPr="00000000">
        <w:rPr>
          <w:rFonts w:ascii="Arial" w:cs="Arial" w:eastAsia="Arial" w:hAnsi="Arial"/>
          <w:color w:val="5d7284"/>
          <w:sz w:val="22"/>
          <w:szCs w:val="22"/>
          <w:rtl w:val="0"/>
        </w:rPr>
        <w:t xml:space="preserve">25:12</w:t>
      </w:r>
      <w:r w:rsidDel="00000000" w:rsidR="00000000" w:rsidRPr="00000000">
        <w:rPr>
          <w:rtl w:val="0"/>
        </w:rPr>
      </w:r>
    </w:p>
    <w:p w:rsidR="00000000" w:rsidDel="00000000" w:rsidP="00000000" w:rsidRDefault="00000000" w:rsidRPr="00000000" w14:paraId="00000192">
      <w:pPr>
        <w:spacing w:after="0" w:lineRule="auto"/>
        <w:rPr/>
      </w:pPr>
      <w:r w:rsidDel="00000000" w:rsidR="00000000" w:rsidRPr="00000000">
        <w:rPr>
          <w:rFonts w:ascii="Arial" w:cs="Arial" w:eastAsia="Arial" w:hAnsi="Arial"/>
          <w:sz w:val="22"/>
          <w:szCs w:val="22"/>
          <w:rtl w:val="0"/>
        </w:rPr>
        <w:t xml:space="preserve">so, yeah, this has been my home for a while. I live right up there, and we have,</w:t>
      </w:r>
      <w:r w:rsidDel="00000000" w:rsidR="00000000" w:rsidRPr="00000000">
        <w:rPr>
          <w:rtl w:val="0"/>
        </w:rPr>
      </w:r>
    </w:p>
    <w:p w:rsidR="00000000" w:rsidDel="00000000" w:rsidP="00000000" w:rsidRDefault="00000000" w:rsidRPr="00000000" w14:paraId="00000193">
      <w:pPr>
        <w:spacing w:after="0" w:lineRule="auto"/>
        <w:rPr/>
      </w:pPr>
      <w:r w:rsidDel="00000000" w:rsidR="00000000" w:rsidRPr="00000000">
        <w:rPr>
          <w:rtl w:val="0"/>
        </w:rPr>
      </w:r>
    </w:p>
    <w:p w:rsidR="00000000" w:rsidDel="00000000" w:rsidP="00000000" w:rsidRDefault="00000000" w:rsidRPr="00000000" w14:paraId="00000194">
      <w:pPr>
        <w:spacing w:after="0" w:lineRule="auto"/>
        <w:rPr/>
      </w:pPr>
      <w:r w:rsidDel="00000000" w:rsidR="00000000" w:rsidRPr="00000000">
        <w:rPr>
          <w:rFonts w:ascii="Arial" w:cs="Arial" w:eastAsia="Arial" w:hAnsi="Arial"/>
          <w:color w:val="5d7284"/>
          <w:sz w:val="22"/>
          <w:szCs w:val="22"/>
          <w:rtl w:val="0"/>
        </w:rPr>
        <w:t xml:space="preserve">25:20</w:t>
      </w:r>
      <w:r w:rsidDel="00000000" w:rsidR="00000000" w:rsidRPr="00000000">
        <w:rPr>
          <w:rtl w:val="0"/>
        </w:rPr>
      </w:r>
    </w:p>
    <w:p w:rsidR="00000000" w:rsidDel="00000000" w:rsidP="00000000" w:rsidRDefault="00000000" w:rsidRPr="00000000" w14:paraId="00000195">
      <w:pPr>
        <w:spacing w:after="0" w:lineRule="auto"/>
        <w:rPr/>
      </w:pPr>
      <w:r w:rsidDel="00000000" w:rsidR="00000000" w:rsidRPr="00000000">
        <w:rPr>
          <w:rFonts w:ascii="Arial" w:cs="Arial" w:eastAsia="Arial" w:hAnsi="Arial"/>
          <w:rtl w:val="0"/>
        </w:rPr>
        <w:t xml:space="preserve">What</w:t>
      </w:r>
      <w:r w:rsidDel="00000000" w:rsidR="00000000" w:rsidRPr="00000000">
        <w:rPr>
          <w:rFonts w:ascii="Arial" w:cs="Arial" w:eastAsia="Arial" w:hAnsi="Arial"/>
          <w:sz w:val="22"/>
          <w:szCs w:val="22"/>
          <w:rtl w:val="0"/>
        </w:rPr>
        <w:t xml:space="preserve">, five other people living upstairs </w:t>
      </w:r>
      <w:r w:rsidDel="00000000" w:rsidR="00000000" w:rsidRPr="00000000">
        <w:rPr>
          <w:rFonts w:ascii="Arial" w:cs="Arial" w:eastAsia="Arial" w:hAnsi="Arial"/>
          <w:rtl w:val="0"/>
        </w:rPr>
        <w:t xml:space="preserve">and downstairs</w:t>
      </w:r>
      <w:r w:rsidDel="00000000" w:rsidR="00000000" w:rsidRPr="00000000">
        <w:rPr>
          <w:rFonts w:ascii="Arial" w:cs="Arial" w:eastAsia="Arial" w:hAnsi="Arial"/>
          <w:sz w:val="22"/>
          <w:szCs w:val="22"/>
          <w:rtl w:val="0"/>
        </w:rPr>
        <w:t xml:space="preserve">, we have one person kind of staying temporarily, usually they keep the ground floor open for retreat spaces, so it's available for </w:t>
      </w:r>
      <w:r w:rsidDel="00000000" w:rsidR="00000000" w:rsidRPr="00000000">
        <w:rPr>
          <w:rFonts w:ascii="Arial" w:cs="Arial" w:eastAsia="Arial" w:hAnsi="Arial"/>
          <w:rtl w:val="0"/>
        </w:rPr>
        <w:t xml:space="preserve">mostly teenage</w:t>
      </w:r>
      <w:r w:rsidDel="00000000" w:rsidR="00000000" w:rsidRPr="00000000">
        <w:rPr>
          <w:rFonts w:ascii="Arial" w:cs="Arial" w:eastAsia="Arial" w:hAnsi="Arial"/>
          <w:sz w:val="22"/>
          <w:szCs w:val="22"/>
          <w:rtl w:val="0"/>
        </w:rPr>
        <w:t xml:space="preserve"> groups that come for retreats, but there's other groups that come for you. Sometimes.</w:t>
      </w:r>
      <w:r w:rsidDel="00000000" w:rsidR="00000000" w:rsidRPr="00000000">
        <w:rPr>
          <w:rtl w:val="0"/>
        </w:rPr>
      </w:r>
    </w:p>
    <w:p w:rsidR="00000000" w:rsidDel="00000000" w:rsidP="00000000" w:rsidRDefault="00000000" w:rsidRPr="00000000" w14:paraId="00000196">
      <w:pPr>
        <w:spacing w:after="0" w:lineRule="auto"/>
        <w:rPr/>
      </w:pPr>
      <w:r w:rsidDel="00000000" w:rsidR="00000000" w:rsidRPr="00000000">
        <w:rPr>
          <w:rtl w:val="0"/>
        </w:rPr>
      </w:r>
    </w:p>
    <w:p w:rsidR="00000000" w:rsidDel="00000000" w:rsidP="00000000" w:rsidRDefault="00000000" w:rsidRPr="00000000" w14:paraId="00000197">
      <w:pPr>
        <w:spacing w:after="0" w:lineRule="auto"/>
        <w:rPr/>
      </w:pPr>
      <w:r w:rsidDel="00000000" w:rsidR="00000000" w:rsidRPr="00000000">
        <w:rPr>
          <w:rFonts w:ascii="Arial" w:cs="Arial" w:eastAsia="Arial" w:hAnsi="Arial"/>
          <w:color w:val="5d7284"/>
          <w:sz w:val="22"/>
          <w:szCs w:val="22"/>
          <w:rtl w:val="0"/>
        </w:rPr>
        <w:t xml:space="preserve">25:40</w:t>
      </w:r>
      <w:r w:rsidDel="00000000" w:rsidR="00000000" w:rsidRPr="00000000">
        <w:rPr>
          <w:rtl w:val="0"/>
        </w:rPr>
      </w:r>
    </w:p>
    <w:p w:rsidR="00000000" w:rsidDel="00000000" w:rsidP="00000000" w:rsidRDefault="00000000" w:rsidRPr="00000000" w14:paraId="00000198">
      <w:pPr>
        <w:spacing w:after="0" w:lineRule="auto"/>
        <w:rPr/>
      </w:pPr>
      <w:r w:rsidDel="00000000" w:rsidR="00000000" w:rsidRPr="00000000">
        <w:rPr>
          <w:rFonts w:ascii="Arial" w:cs="Arial" w:eastAsia="Arial" w:hAnsi="Arial"/>
          <w:sz w:val="22"/>
          <w:szCs w:val="22"/>
          <w:rtl w:val="0"/>
        </w:rPr>
        <w:t xml:space="preserve">How'd you find out about this? Well, I had studied intentional communities when I was in college out in Iowa, and when I moved back to Vermont and I was living in Fletcher temporarily, I found it on Craigslist, and there was, like a work party thing, like, there's usually two a year where we have a lot of the parents from the kids programs come and all kinds of other people so showed up for a work party. And it was really early on, though, like, our kitchen space was, it hadn't been renovated yet, and, like, I think they bought, like, a truckload of stuff from the bakery or something, like, all the appliances and stuff.</w:t>
      </w:r>
      <w:r w:rsidDel="00000000" w:rsidR="00000000" w:rsidRPr="00000000">
        <w:rPr>
          <w:rtl w:val="0"/>
        </w:rPr>
      </w:r>
    </w:p>
    <w:p w:rsidR="00000000" w:rsidDel="00000000" w:rsidP="00000000" w:rsidRDefault="00000000" w:rsidRPr="00000000" w14:paraId="00000199">
      <w:pPr>
        <w:spacing w:after="0" w:lineRule="auto"/>
        <w:rPr/>
      </w:pPr>
      <w:r w:rsidDel="00000000" w:rsidR="00000000" w:rsidRPr="00000000">
        <w:rPr>
          <w:rtl w:val="0"/>
        </w:rPr>
      </w:r>
    </w:p>
    <w:p w:rsidR="00000000" w:rsidDel="00000000" w:rsidP="00000000" w:rsidRDefault="00000000" w:rsidRPr="00000000" w14:paraId="0000019A">
      <w:pPr>
        <w:spacing w:after="0" w:lineRule="auto"/>
        <w:rPr/>
      </w:pPr>
      <w:r w:rsidDel="00000000" w:rsidR="00000000" w:rsidRPr="00000000">
        <w:rPr>
          <w:rFonts w:ascii="Arial" w:cs="Arial" w:eastAsia="Arial" w:hAnsi="Arial"/>
          <w:color w:val="5d7284"/>
          <w:sz w:val="22"/>
          <w:szCs w:val="22"/>
          <w:rtl w:val="0"/>
        </w:rPr>
        <w:t xml:space="preserve">26:18</w:t>
      </w:r>
      <w:r w:rsidDel="00000000" w:rsidR="00000000" w:rsidRPr="00000000">
        <w:rPr>
          <w:rtl w:val="0"/>
        </w:rPr>
      </w:r>
    </w:p>
    <w:p w:rsidR="00000000" w:rsidDel="00000000" w:rsidP="00000000" w:rsidRDefault="00000000" w:rsidRPr="00000000" w14:paraId="0000019B">
      <w:pPr>
        <w:spacing w:after="0" w:lineRule="auto"/>
        <w:rPr/>
      </w:pPr>
      <w:r w:rsidDel="00000000" w:rsidR="00000000" w:rsidRPr="00000000">
        <w:rPr>
          <w:rFonts w:ascii="Arial" w:cs="Arial" w:eastAsia="Arial" w:hAnsi="Arial"/>
          <w:sz w:val="22"/>
          <w:szCs w:val="22"/>
          <w:rtl w:val="0"/>
        </w:rPr>
        <w:t xml:space="preserve">Was that what it was</w:t>
      </w:r>
      <w:r w:rsidDel="00000000" w:rsidR="00000000" w:rsidRPr="00000000">
        <w:rPr>
          <w:rtl w:val="0"/>
        </w:rPr>
      </w:r>
    </w:p>
    <w:p w:rsidR="00000000" w:rsidDel="00000000" w:rsidP="00000000" w:rsidRDefault="00000000" w:rsidRPr="00000000" w14:paraId="0000019C">
      <w:pPr>
        <w:spacing w:after="0" w:lineRule="auto"/>
        <w:rPr/>
      </w:pPr>
      <w:r w:rsidDel="00000000" w:rsidR="00000000" w:rsidRPr="00000000">
        <w:rPr>
          <w:rtl w:val="0"/>
        </w:rPr>
      </w:r>
    </w:p>
    <w:p w:rsidR="00000000" w:rsidDel="00000000" w:rsidP="00000000" w:rsidRDefault="00000000" w:rsidRPr="00000000" w14:paraId="0000019D">
      <w:pPr>
        <w:spacing w:after="0" w:lineRule="auto"/>
        <w:rPr/>
      </w:pPr>
      <w:r w:rsidDel="00000000" w:rsidR="00000000" w:rsidRPr="00000000">
        <w:rPr>
          <w:rFonts w:ascii="Arial" w:cs="Arial" w:eastAsia="Arial" w:hAnsi="Arial"/>
          <w:color w:val="5d7284"/>
          <w:sz w:val="22"/>
          <w:szCs w:val="22"/>
          <w:rtl w:val="0"/>
        </w:rPr>
        <w:t xml:space="preserve">26:21</w:t>
      </w:r>
      <w:r w:rsidDel="00000000" w:rsidR="00000000" w:rsidRPr="00000000">
        <w:rPr>
          <w:rtl w:val="0"/>
        </w:rPr>
      </w:r>
    </w:p>
    <w:p w:rsidR="00000000" w:rsidDel="00000000" w:rsidP="00000000" w:rsidRDefault="00000000" w:rsidRPr="00000000" w14:paraId="0000019E">
      <w:pPr>
        <w:spacing w:after="0" w:lineRule="auto"/>
        <w:rPr/>
      </w:pPr>
      <w:r w:rsidDel="00000000" w:rsidR="00000000" w:rsidRPr="00000000">
        <w:rPr>
          <w:rFonts w:ascii="Arial" w:cs="Arial" w:eastAsia="Arial" w:hAnsi="Arial"/>
          <w:sz w:val="22"/>
          <w:szCs w:val="22"/>
          <w:rtl w:val="0"/>
        </w:rPr>
        <w:t xml:space="preserve">perfect timing. And like, we've done a lot of painting in this building, especially. So I did some of the first painting, and it kind of caught on, and more people wanted to do it. So,</w:t>
      </w:r>
      <w:r w:rsidDel="00000000" w:rsidR="00000000" w:rsidRPr="00000000">
        <w:rPr>
          <w:rtl w:val="0"/>
        </w:rPr>
      </w:r>
    </w:p>
    <w:p w:rsidR="00000000" w:rsidDel="00000000" w:rsidP="00000000" w:rsidRDefault="00000000" w:rsidRPr="00000000" w14:paraId="0000019F">
      <w:pPr>
        <w:spacing w:after="0" w:lineRule="auto"/>
        <w:rPr/>
      </w:pPr>
      <w:r w:rsidDel="00000000" w:rsidR="00000000" w:rsidRPr="00000000">
        <w:rPr>
          <w:rtl w:val="0"/>
        </w:rPr>
      </w:r>
    </w:p>
    <w:p w:rsidR="00000000" w:rsidDel="00000000" w:rsidP="00000000" w:rsidRDefault="00000000" w:rsidRPr="00000000" w14:paraId="000001A0">
      <w:pPr>
        <w:spacing w:after="0" w:lineRule="auto"/>
        <w:rPr/>
      </w:pPr>
      <w:r w:rsidDel="00000000" w:rsidR="00000000" w:rsidRPr="00000000">
        <w:rPr>
          <w:rFonts w:ascii="Arial" w:cs="Arial" w:eastAsia="Arial" w:hAnsi="Arial"/>
          <w:color w:val="5d7284"/>
          <w:sz w:val="22"/>
          <w:szCs w:val="22"/>
          <w:rtl w:val="0"/>
        </w:rPr>
        <w:t xml:space="preserve">26:34</w:t>
      </w:r>
      <w:r w:rsidDel="00000000" w:rsidR="00000000" w:rsidRPr="00000000">
        <w:rPr>
          <w:rtl w:val="0"/>
        </w:rPr>
      </w:r>
    </w:p>
    <w:p w:rsidR="00000000" w:rsidDel="00000000" w:rsidP="00000000" w:rsidRDefault="00000000" w:rsidRPr="00000000" w14:paraId="000001A1">
      <w:pPr>
        <w:spacing w:after="0" w:lineRule="auto"/>
        <w:rPr/>
      </w:pPr>
      <w:r w:rsidDel="00000000" w:rsidR="00000000" w:rsidRPr="00000000">
        <w:rPr>
          <w:rFonts w:ascii="Arial" w:cs="Arial" w:eastAsia="Arial" w:hAnsi="Arial"/>
          <w:sz w:val="22"/>
          <w:szCs w:val="22"/>
          <w:rtl w:val="0"/>
        </w:rPr>
        <w:t xml:space="preserve">so, yeah, and</w:t>
      </w:r>
      <w:r w:rsidDel="00000000" w:rsidR="00000000" w:rsidRPr="00000000">
        <w:rPr>
          <w:rtl w:val="0"/>
        </w:rPr>
      </w:r>
    </w:p>
    <w:p w:rsidR="00000000" w:rsidDel="00000000" w:rsidP="00000000" w:rsidRDefault="00000000" w:rsidRPr="00000000" w14:paraId="000001A2">
      <w:pPr>
        <w:spacing w:after="0" w:lineRule="auto"/>
        <w:rPr/>
      </w:pPr>
      <w:r w:rsidDel="00000000" w:rsidR="00000000" w:rsidRPr="00000000">
        <w:rPr>
          <w:rtl w:val="0"/>
        </w:rPr>
      </w:r>
    </w:p>
    <w:p w:rsidR="00000000" w:rsidDel="00000000" w:rsidP="00000000" w:rsidRDefault="00000000" w:rsidRPr="00000000" w14:paraId="000001A3">
      <w:pPr>
        <w:spacing w:after="0" w:lineRule="auto"/>
        <w:rPr/>
      </w:pPr>
      <w:r w:rsidDel="00000000" w:rsidR="00000000" w:rsidRPr="00000000">
        <w:rPr>
          <w:rFonts w:ascii="Arial" w:cs="Arial" w:eastAsia="Arial" w:hAnsi="Arial"/>
          <w:color w:val="5d7284"/>
          <w:sz w:val="22"/>
          <w:szCs w:val="22"/>
          <w:rtl w:val="0"/>
        </w:rPr>
        <w:t xml:space="preserve">26:37</w:t>
      </w:r>
      <w:r w:rsidDel="00000000" w:rsidR="00000000" w:rsidRPr="00000000">
        <w:rPr>
          <w:rtl w:val="0"/>
        </w:rPr>
      </w:r>
    </w:p>
    <w:p w:rsidR="00000000" w:rsidDel="00000000" w:rsidP="00000000" w:rsidRDefault="00000000" w:rsidRPr="00000000" w14:paraId="000001A4">
      <w:pPr>
        <w:spacing w:after="0" w:lineRule="auto"/>
        <w:rPr/>
      </w:pPr>
      <w:r w:rsidDel="00000000" w:rsidR="00000000" w:rsidRPr="00000000">
        <w:rPr>
          <w:rFonts w:ascii="Arial" w:cs="Arial" w:eastAsia="Arial" w:hAnsi="Arial"/>
          <w:sz w:val="22"/>
          <w:szCs w:val="22"/>
          <w:rtl w:val="0"/>
        </w:rPr>
        <w:t xml:space="preserve">so. And I like that. I mean, I've never had children myself, and just living with a group of people like this, it helps a lot with social needs. And we do workshops and, you know, potlucks and stuff so</w:t>
      </w:r>
      <w:r w:rsidDel="00000000" w:rsidR="00000000" w:rsidRPr="00000000">
        <w:rPr>
          <w:rtl w:val="0"/>
        </w:rPr>
      </w:r>
    </w:p>
    <w:p w:rsidR="00000000" w:rsidDel="00000000" w:rsidP="00000000" w:rsidRDefault="00000000" w:rsidRPr="00000000" w14:paraId="000001A5">
      <w:pPr>
        <w:spacing w:after="0" w:lineRule="auto"/>
        <w:rPr/>
      </w:pPr>
      <w:r w:rsidDel="00000000" w:rsidR="00000000" w:rsidRPr="00000000">
        <w:rPr>
          <w:rtl w:val="0"/>
        </w:rPr>
      </w:r>
    </w:p>
    <w:p w:rsidR="00000000" w:rsidDel="00000000" w:rsidP="00000000" w:rsidRDefault="00000000" w:rsidRPr="00000000" w14:paraId="000001A6">
      <w:pPr>
        <w:spacing w:after="0" w:lineRule="auto"/>
        <w:rPr/>
      </w:pPr>
      <w:r w:rsidDel="00000000" w:rsidR="00000000" w:rsidRPr="00000000">
        <w:rPr>
          <w:rFonts w:ascii="Arial" w:cs="Arial" w:eastAsia="Arial" w:hAnsi="Arial"/>
          <w:color w:val="5d7284"/>
          <w:sz w:val="22"/>
          <w:szCs w:val="22"/>
          <w:rtl w:val="0"/>
        </w:rPr>
        <w:t xml:space="preserve">26:49</w:t>
      </w:r>
      <w:r w:rsidDel="00000000" w:rsidR="00000000" w:rsidRPr="00000000">
        <w:rPr>
          <w:rtl w:val="0"/>
        </w:rPr>
      </w:r>
    </w:p>
    <w:p w:rsidR="00000000" w:rsidDel="00000000" w:rsidP="00000000" w:rsidRDefault="00000000" w:rsidRPr="00000000" w14:paraId="000001A7">
      <w:pPr>
        <w:spacing w:after="0" w:lineRule="auto"/>
        <w:rPr/>
      </w:pPr>
      <w:r w:rsidDel="00000000" w:rsidR="00000000" w:rsidRPr="00000000">
        <w:rPr>
          <w:rFonts w:ascii="Arial" w:cs="Arial" w:eastAsia="Arial" w:hAnsi="Arial"/>
          <w:sz w:val="22"/>
          <w:szCs w:val="22"/>
          <w:rtl w:val="0"/>
        </w:rPr>
        <w:t xml:space="preserve">but I work remotely for the hospital in Burlington. I do pre certification work,</w:t>
      </w:r>
      <w:r w:rsidDel="00000000" w:rsidR="00000000" w:rsidRPr="00000000">
        <w:rPr>
          <w:rtl w:val="0"/>
        </w:rPr>
      </w:r>
    </w:p>
    <w:p w:rsidR="00000000" w:rsidDel="00000000" w:rsidP="00000000" w:rsidRDefault="00000000" w:rsidRPr="00000000" w14:paraId="000001A8">
      <w:pPr>
        <w:spacing w:after="0" w:lineRule="auto"/>
        <w:rPr/>
      </w:pPr>
      <w:r w:rsidDel="00000000" w:rsidR="00000000" w:rsidRPr="00000000">
        <w:rPr>
          <w:rtl w:val="0"/>
        </w:rPr>
      </w:r>
    </w:p>
    <w:p w:rsidR="00000000" w:rsidDel="00000000" w:rsidP="00000000" w:rsidRDefault="00000000" w:rsidRPr="00000000" w14:paraId="000001A9">
      <w:pPr>
        <w:spacing w:after="0" w:lineRule="auto"/>
        <w:rPr/>
      </w:pPr>
      <w:r w:rsidDel="00000000" w:rsidR="00000000" w:rsidRPr="00000000">
        <w:rPr>
          <w:rFonts w:ascii="Arial" w:cs="Arial" w:eastAsia="Arial" w:hAnsi="Arial"/>
          <w:color w:val="5d7284"/>
          <w:sz w:val="22"/>
          <w:szCs w:val="22"/>
          <w:rtl w:val="0"/>
        </w:rPr>
        <w:t xml:space="preserve">26:55</w:t>
      </w:r>
      <w:r w:rsidDel="00000000" w:rsidR="00000000" w:rsidRPr="00000000">
        <w:rPr>
          <w:rtl w:val="0"/>
        </w:rPr>
      </w:r>
    </w:p>
    <w:p w:rsidR="00000000" w:rsidDel="00000000" w:rsidP="00000000" w:rsidRDefault="00000000" w:rsidRPr="00000000" w14:paraId="000001AA">
      <w:pPr>
        <w:spacing w:after="0" w:lineRule="auto"/>
        <w:rPr/>
      </w:pPr>
      <w:r w:rsidDel="00000000" w:rsidR="00000000" w:rsidRPr="00000000">
        <w:rPr>
          <w:rFonts w:ascii="Arial" w:cs="Arial" w:eastAsia="Arial" w:hAnsi="Arial"/>
          <w:rtl w:val="0"/>
        </w:rPr>
        <w:t xml:space="preserve">and also</w:t>
      </w:r>
      <w:r w:rsidDel="00000000" w:rsidR="00000000" w:rsidRPr="00000000">
        <w:rPr>
          <w:rFonts w:ascii="Arial" w:cs="Arial" w:eastAsia="Arial" w:hAnsi="Arial"/>
          <w:sz w:val="22"/>
          <w:szCs w:val="22"/>
          <w:rtl w:val="0"/>
        </w:rPr>
        <w:t xml:space="preserve"> my side project right now is writing a book about the early Irish settlers of Franklin counties. So the curse there's you can never separate out the different, you know, Irish towns, because they're also connected with people that Murray into different families and all that. So  Horrigans and the </w:t>
      </w:r>
      <w:r w:rsidDel="00000000" w:rsidR="00000000" w:rsidRPr="00000000">
        <w:rPr>
          <w:rFonts w:ascii="Arial" w:cs="Arial" w:eastAsia="Arial" w:hAnsi="Arial"/>
          <w:rtl w:val="0"/>
        </w:rPr>
        <w:t xml:space="preserve">Brannons</w:t>
      </w:r>
      <w:r w:rsidDel="00000000" w:rsidR="00000000" w:rsidRPr="00000000">
        <w:rPr>
          <w:rFonts w:ascii="Arial" w:cs="Arial" w:eastAsia="Arial" w:hAnsi="Arial"/>
          <w:sz w:val="22"/>
          <w:szCs w:val="22"/>
          <w:rtl w:val="0"/>
        </w:rPr>
        <w:t xml:space="preserve"> and the </w:t>
      </w:r>
      <w:r w:rsidDel="00000000" w:rsidR="00000000" w:rsidRPr="00000000">
        <w:rPr>
          <w:rFonts w:ascii="Arial" w:cs="Arial" w:eastAsia="Arial" w:hAnsi="Arial"/>
          <w:rtl w:val="0"/>
        </w:rPr>
        <w:t xml:space="preserve">Berrys</w:t>
      </w:r>
      <w:r w:rsidDel="00000000" w:rsidR="00000000" w:rsidRPr="00000000">
        <w:rPr>
          <w:rFonts w:ascii="Arial" w:cs="Arial" w:eastAsia="Arial" w:hAnsi="Arial"/>
          <w:sz w:val="22"/>
          <w:szCs w:val="22"/>
          <w:rtl w:val="0"/>
        </w:rPr>
        <w:t xml:space="preserve">. Yeah, I've talked to the Bran</w:t>
      </w:r>
      <w:r w:rsidDel="00000000" w:rsidR="00000000" w:rsidRPr="00000000">
        <w:rPr>
          <w:rFonts w:ascii="Arial" w:cs="Arial" w:eastAsia="Arial" w:hAnsi="Arial"/>
          <w:rtl w:val="0"/>
        </w:rPr>
        <w:t xml:space="preserve">n</w:t>
      </w:r>
      <w:r w:rsidDel="00000000" w:rsidR="00000000" w:rsidRPr="00000000">
        <w:rPr>
          <w:rFonts w:ascii="Arial" w:cs="Arial" w:eastAsia="Arial" w:hAnsi="Arial"/>
          <w:sz w:val="22"/>
          <w:szCs w:val="22"/>
          <w:rtl w:val="0"/>
        </w:rPr>
        <w:t xml:space="preserve">on's because Kathy and her husband Ed are at the </w:t>
      </w:r>
      <w:r w:rsidDel="00000000" w:rsidR="00000000" w:rsidRPr="00000000">
        <w:rPr>
          <w:rFonts w:ascii="Arial" w:cs="Arial" w:eastAsia="Arial" w:hAnsi="Arial"/>
          <w:rtl w:val="0"/>
        </w:rPr>
        <w:t xml:space="preserve">St Eli</w:t>
      </w:r>
      <w:r w:rsidDel="00000000" w:rsidR="00000000" w:rsidRPr="00000000">
        <w:rPr>
          <w:rFonts w:ascii="Arial" w:cs="Arial" w:eastAsia="Arial" w:hAnsi="Arial"/>
          <w:sz w:val="22"/>
          <w:szCs w:val="22"/>
          <w:rtl w:val="0"/>
        </w:rPr>
        <w:t xml:space="preserve"> Vincent </w:t>
      </w:r>
      <w:r w:rsidDel="00000000" w:rsidR="00000000" w:rsidRPr="00000000">
        <w:rPr>
          <w:rFonts w:ascii="Arial" w:cs="Arial" w:eastAsia="Arial" w:hAnsi="Arial"/>
          <w:rtl w:val="0"/>
        </w:rPr>
        <w:t xml:space="preserve">Horrigans farmers</w:t>
      </w:r>
      <w:r w:rsidDel="00000000" w:rsidR="00000000" w:rsidRPr="00000000">
        <w:rPr>
          <w:rFonts w:ascii="Arial" w:cs="Arial" w:eastAsia="Arial" w:hAnsi="Arial"/>
          <w:sz w:val="22"/>
          <w:szCs w:val="22"/>
          <w:rtl w:val="0"/>
        </w:rPr>
        <w:t xml:space="preserve"> market. And I picked Kathy's brain quite a bit, and so I've done a lot of research. Some of my Irish heritage is </w:t>
      </w:r>
      <w:r w:rsidDel="00000000" w:rsidR="00000000" w:rsidRPr="00000000">
        <w:rPr>
          <w:rFonts w:ascii="Arial" w:cs="Arial" w:eastAsia="Arial" w:hAnsi="Arial"/>
          <w:rtl w:val="0"/>
        </w:rPr>
        <w:t xml:space="preserve">from the</w:t>
      </w:r>
      <w:r w:rsidDel="00000000" w:rsidR="00000000" w:rsidRPr="00000000">
        <w:rPr>
          <w:rFonts w:ascii="Arial" w:cs="Arial" w:eastAsia="Arial" w:hAnsi="Arial"/>
          <w:sz w:val="22"/>
          <w:szCs w:val="22"/>
          <w:rtl w:val="0"/>
        </w:rPr>
        <w:t xml:space="preserve"> pre famine Irish who settled in like Swanton and Georgia, and then there </w:t>
      </w:r>
      <w:r w:rsidDel="00000000" w:rsidR="00000000" w:rsidRPr="00000000">
        <w:rPr>
          <w:rFonts w:ascii="Arial" w:cs="Arial" w:eastAsia="Arial" w:hAnsi="Arial"/>
          <w:rtl w:val="0"/>
        </w:rPr>
        <w:t xml:space="preserve">were</w:t>
      </w:r>
      <w:r w:rsidDel="00000000" w:rsidR="00000000" w:rsidRPr="00000000">
        <w:rPr>
          <w:rFonts w:ascii="Arial" w:cs="Arial" w:eastAsia="Arial" w:hAnsi="Arial"/>
          <w:sz w:val="22"/>
          <w:szCs w:val="22"/>
          <w:rtl w:val="0"/>
        </w:rPr>
        <w:t xml:space="preserve"> others who settled in Fairfield, I think, at the time of the famine. So, but, you know, like, I was surprised to find that the Irish Catholics only married other Irish Catholics for two or three generations. So it's not like two or three generations. Well, it seems like, you know, it was Irish Catholic, the Irish Catholic, and then, you know, the French Canadians, for the other Catholics that they mixed with. And then, you know, they kind of let it go. They had to broaden the gene pool. They had to broaden their gene pools. They wouldn't, they wouldn't be marrying their cousins, I guess. So. Do you go to BFA, Fairfax? I did, yeah, when you finish 98</w:t>
      </w:r>
      <w:r w:rsidDel="00000000" w:rsidR="00000000" w:rsidRPr="00000000">
        <w:rPr>
          <w:rtl w:val="0"/>
        </w:rPr>
      </w:r>
    </w:p>
    <w:p w:rsidR="00000000" w:rsidDel="00000000" w:rsidP="00000000" w:rsidRDefault="00000000" w:rsidRPr="00000000" w14:paraId="000001AB">
      <w:pPr>
        <w:spacing w:after="0" w:lineRule="auto"/>
        <w:rPr/>
      </w:pPr>
      <w:r w:rsidDel="00000000" w:rsidR="00000000" w:rsidRPr="00000000">
        <w:rPr>
          <w:rtl w:val="0"/>
        </w:rPr>
      </w:r>
    </w:p>
    <w:p w:rsidR="00000000" w:rsidDel="00000000" w:rsidP="00000000" w:rsidRDefault="00000000" w:rsidRPr="00000000" w14:paraId="000001AC">
      <w:pPr>
        <w:spacing w:after="0" w:lineRule="auto"/>
        <w:rPr/>
      </w:pPr>
      <w:r w:rsidDel="00000000" w:rsidR="00000000" w:rsidRPr="00000000">
        <w:rPr>
          <w:rFonts w:ascii="Arial" w:cs="Arial" w:eastAsia="Arial" w:hAnsi="Arial"/>
          <w:color w:val="5d7284"/>
          <w:sz w:val="22"/>
          <w:szCs w:val="22"/>
          <w:rtl w:val="0"/>
        </w:rPr>
        <w:t xml:space="preserve">28:17</w:t>
      </w:r>
      <w:r w:rsidDel="00000000" w:rsidR="00000000" w:rsidRPr="00000000">
        <w:rPr>
          <w:rtl w:val="0"/>
        </w:rPr>
      </w:r>
    </w:p>
    <w:p w:rsidR="00000000" w:rsidDel="00000000" w:rsidP="00000000" w:rsidRDefault="00000000" w:rsidRPr="00000000" w14:paraId="000001AD">
      <w:pPr>
        <w:spacing w:after="0" w:lineRule="auto"/>
        <w:rPr/>
      </w:pPr>
      <w:r w:rsidDel="00000000" w:rsidR="00000000" w:rsidRPr="00000000">
        <w:rPr>
          <w:rFonts w:ascii="Arial" w:cs="Arial" w:eastAsia="Arial" w:hAnsi="Arial"/>
          <w:sz w:val="22"/>
          <w:szCs w:val="22"/>
          <w:rtl w:val="0"/>
        </w:rPr>
        <w:t xml:space="preserve">you know, Bernie Keefe,</w:t>
      </w:r>
      <w:r w:rsidDel="00000000" w:rsidR="00000000" w:rsidRPr="00000000">
        <w:rPr>
          <w:rtl w:val="0"/>
        </w:rPr>
      </w:r>
    </w:p>
    <w:p w:rsidR="00000000" w:rsidDel="00000000" w:rsidP="00000000" w:rsidRDefault="00000000" w:rsidRPr="00000000" w14:paraId="000001AE">
      <w:pPr>
        <w:spacing w:after="0" w:lineRule="auto"/>
        <w:rPr/>
      </w:pPr>
      <w:r w:rsidDel="00000000" w:rsidR="00000000" w:rsidRPr="00000000">
        <w:rPr>
          <w:rtl w:val="0"/>
        </w:rPr>
      </w:r>
    </w:p>
    <w:p w:rsidR="00000000" w:rsidDel="00000000" w:rsidP="00000000" w:rsidRDefault="00000000" w:rsidRPr="00000000" w14:paraId="000001AF">
      <w:pPr>
        <w:spacing w:after="0" w:lineRule="auto"/>
        <w:rPr/>
      </w:pPr>
      <w:r w:rsidDel="00000000" w:rsidR="00000000" w:rsidRPr="00000000">
        <w:rPr>
          <w:rFonts w:ascii="Arial" w:cs="Arial" w:eastAsia="Arial" w:hAnsi="Arial"/>
          <w:color w:val="5d7284"/>
          <w:sz w:val="22"/>
          <w:szCs w:val="22"/>
          <w:rtl w:val="0"/>
        </w:rPr>
        <w:t xml:space="preserve">28:22</w:t>
      </w:r>
      <w:r w:rsidDel="00000000" w:rsidR="00000000" w:rsidRPr="00000000">
        <w:rPr>
          <w:rtl w:val="0"/>
        </w:rPr>
      </w:r>
    </w:p>
    <w:p w:rsidR="00000000" w:rsidDel="00000000" w:rsidP="00000000" w:rsidRDefault="00000000" w:rsidRPr="00000000" w14:paraId="000001B0">
      <w:pPr>
        <w:spacing w:after="0" w:lineRule="auto"/>
        <w:rPr/>
      </w:pPr>
      <w:r w:rsidDel="00000000" w:rsidR="00000000" w:rsidRPr="00000000">
        <w:rPr>
          <w:rFonts w:ascii="Arial" w:cs="Arial" w:eastAsia="Arial" w:hAnsi="Arial"/>
          <w:sz w:val="22"/>
          <w:szCs w:val="22"/>
          <w:rtl w:val="0"/>
        </w:rPr>
        <w:t xml:space="preserve">benchmark theater. </w:t>
      </w:r>
      <w:r w:rsidDel="00000000" w:rsidR="00000000" w:rsidRPr="00000000">
        <w:rPr>
          <w:rFonts w:ascii="Arial" w:cs="Arial" w:eastAsia="Arial" w:hAnsi="Arial"/>
          <w:rtl w:val="0"/>
        </w:rPr>
        <w:t xml:space="preserve">Oh</w:t>
      </w:r>
      <w:r w:rsidDel="00000000" w:rsidR="00000000" w:rsidRPr="00000000">
        <w:rPr>
          <w:rFonts w:ascii="Arial" w:cs="Arial" w:eastAsia="Arial" w:hAnsi="Arial"/>
          <w:sz w:val="22"/>
          <w:szCs w:val="22"/>
          <w:rtl w:val="0"/>
        </w:rPr>
        <w:t xml:space="preserve">, I think it was Dick Brown was principal when I was there, my dad, my dad taught school at Fairfax. So I'm </w:t>
      </w:r>
      <w:r w:rsidDel="00000000" w:rsidR="00000000" w:rsidRPr="00000000">
        <w:rPr>
          <w:rFonts w:ascii="Arial" w:cs="Arial" w:eastAsia="Arial" w:hAnsi="Arial"/>
          <w:rtl w:val="0"/>
        </w:rPr>
        <w:t xml:space="preserve">a Machia</w:t>
      </w:r>
      <w:r w:rsidDel="00000000" w:rsidR="00000000" w:rsidRPr="00000000">
        <w:rPr>
          <w:rFonts w:ascii="Arial" w:cs="Arial" w:eastAsia="Arial" w:hAnsi="Arial"/>
          <w:sz w:val="22"/>
          <w:szCs w:val="22"/>
          <w:rtl w:val="0"/>
        </w:rPr>
        <w:t xml:space="preserve">. Is my last name</w:t>
      </w:r>
      <w:r w:rsidDel="00000000" w:rsidR="00000000" w:rsidRPr="00000000">
        <w:rPr>
          <w:rtl w:val="0"/>
        </w:rPr>
      </w:r>
    </w:p>
    <w:p w:rsidR="00000000" w:rsidDel="00000000" w:rsidP="00000000" w:rsidRDefault="00000000" w:rsidRPr="00000000" w14:paraId="000001B1">
      <w:pPr>
        <w:spacing w:after="0" w:lineRule="auto"/>
        <w:rPr/>
      </w:pPr>
      <w:r w:rsidDel="00000000" w:rsidR="00000000" w:rsidRPr="00000000">
        <w:rPr>
          <w:rtl w:val="0"/>
        </w:rPr>
      </w:r>
    </w:p>
    <w:p w:rsidR="00000000" w:rsidDel="00000000" w:rsidP="00000000" w:rsidRDefault="00000000" w:rsidRPr="00000000" w14:paraId="000001B2">
      <w:pPr>
        <w:spacing w:after="0" w:lineRule="auto"/>
        <w:rPr/>
      </w:pPr>
      <w:r w:rsidDel="00000000" w:rsidR="00000000" w:rsidRPr="00000000">
        <w:rPr>
          <w:rFonts w:ascii="Arial" w:cs="Arial" w:eastAsia="Arial" w:hAnsi="Arial"/>
          <w:color w:val="5d7284"/>
          <w:sz w:val="22"/>
          <w:szCs w:val="22"/>
          <w:rtl w:val="0"/>
        </w:rPr>
        <w:t xml:space="preserve">28:34</w:t>
      </w:r>
      <w:r w:rsidDel="00000000" w:rsidR="00000000" w:rsidRPr="00000000">
        <w:rPr>
          <w:rtl w:val="0"/>
        </w:rPr>
      </w:r>
    </w:p>
    <w:p w:rsidR="00000000" w:rsidDel="00000000" w:rsidP="00000000" w:rsidRDefault="00000000" w:rsidRPr="00000000" w14:paraId="000001B3">
      <w:pPr>
        <w:spacing w:after="0" w:lineRule="auto"/>
        <w:rPr/>
      </w:pPr>
      <w:r w:rsidDel="00000000" w:rsidR="00000000" w:rsidRPr="00000000">
        <w:rPr>
          <w:rFonts w:ascii="Arial" w:cs="Arial" w:eastAsia="Arial" w:hAnsi="Arial"/>
          <w:sz w:val="22"/>
          <w:szCs w:val="22"/>
          <w:rtl w:val="0"/>
        </w:rPr>
        <w:t xml:space="preserve">right on the, like, the big hill in the middle of Fairfax, there's where it splits, there's this there's this house there that's like three stories, and that was my grandparents house, right on the corner there. But I was the director of guidance at BFA. Oh, way before your time, way before you were there.</w:t>
      </w:r>
      <w:r w:rsidDel="00000000" w:rsidR="00000000" w:rsidRPr="00000000">
        <w:rPr>
          <w:rtl w:val="0"/>
        </w:rPr>
      </w:r>
    </w:p>
    <w:p w:rsidR="00000000" w:rsidDel="00000000" w:rsidP="00000000" w:rsidRDefault="00000000" w:rsidRPr="00000000" w14:paraId="000001B4">
      <w:pPr>
        <w:spacing w:after="0" w:lineRule="auto"/>
        <w:rPr/>
      </w:pPr>
      <w:r w:rsidDel="00000000" w:rsidR="00000000" w:rsidRPr="00000000">
        <w:rPr>
          <w:rtl w:val="0"/>
        </w:rPr>
      </w:r>
    </w:p>
    <w:p w:rsidR="00000000" w:rsidDel="00000000" w:rsidP="00000000" w:rsidRDefault="00000000" w:rsidRPr="00000000" w14:paraId="000001B5">
      <w:pPr>
        <w:spacing w:after="0" w:lineRule="auto"/>
        <w:rPr/>
      </w:pPr>
      <w:r w:rsidDel="00000000" w:rsidR="00000000" w:rsidRPr="00000000">
        <w:rPr>
          <w:rFonts w:ascii="Arial" w:cs="Arial" w:eastAsia="Arial" w:hAnsi="Arial"/>
          <w:color w:val="5d7284"/>
          <w:sz w:val="22"/>
          <w:szCs w:val="22"/>
          <w:rtl w:val="0"/>
        </w:rPr>
        <w:t xml:space="preserve">28:53</w:t>
      </w:r>
      <w:r w:rsidDel="00000000" w:rsidR="00000000" w:rsidRPr="00000000">
        <w:rPr>
          <w:rtl w:val="0"/>
        </w:rPr>
      </w:r>
    </w:p>
    <w:p w:rsidR="00000000" w:rsidDel="00000000" w:rsidP="00000000" w:rsidRDefault="00000000" w:rsidRPr="00000000" w14:paraId="000001B6">
      <w:pPr>
        <w:spacing w:after="0" w:lineRule="auto"/>
        <w:rPr/>
      </w:pPr>
      <w:r w:rsidDel="00000000" w:rsidR="00000000" w:rsidRPr="00000000">
        <w:rPr>
          <w:rFonts w:ascii="Arial" w:cs="Arial" w:eastAsia="Arial" w:hAnsi="Arial"/>
          <w:sz w:val="22"/>
          <w:szCs w:val="22"/>
          <w:rtl w:val="0"/>
        </w:rPr>
        <w:t xml:space="preserve">I'm trying</w:t>
      </w:r>
      <w:r w:rsidDel="00000000" w:rsidR="00000000" w:rsidRPr="00000000">
        <w:rPr>
          <w:rtl w:val="0"/>
        </w:rPr>
      </w:r>
    </w:p>
    <w:p w:rsidR="00000000" w:rsidDel="00000000" w:rsidP="00000000" w:rsidRDefault="00000000" w:rsidRPr="00000000" w14:paraId="000001B7">
      <w:pPr>
        <w:spacing w:after="0" w:lineRule="auto"/>
        <w:rPr/>
      </w:pPr>
      <w:r w:rsidDel="00000000" w:rsidR="00000000" w:rsidRPr="00000000">
        <w:rPr>
          <w:rtl w:val="0"/>
        </w:rPr>
      </w:r>
    </w:p>
    <w:p w:rsidR="00000000" w:rsidDel="00000000" w:rsidP="00000000" w:rsidRDefault="00000000" w:rsidRPr="00000000" w14:paraId="000001B8">
      <w:pPr>
        <w:spacing w:after="0" w:lineRule="auto"/>
        <w:rPr/>
      </w:pPr>
      <w:r w:rsidDel="00000000" w:rsidR="00000000" w:rsidRPr="00000000">
        <w:rPr>
          <w:rFonts w:ascii="Arial" w:cs="Arial" w:eastAsia="Arial" w:hAnsi="Arial"/>
          <w:color w:val="5d7284"/>
          <w:sz w:val="22"/>
          <w:szCs w:val="22"/>
          <w:rtl w:val="0"/>
        </w:rPr>
        <w:t xml:space="preserve">28:54</w:t>
      </w:r>
      <w:r w:rsidDel="00000000" w:rsidR="00000000" w:rsidRPr="00000000">
        <w:rPr>
          <w:rtl w:val="0"/>
        </w:rPr>
      </w:r>
    </w:p>
    <w:p w:rsidR="00000000" w:rsidDel="00000000" w:rsidP="00000000" w:rsidRDefault="00000000" w:rsidRPr="00000000" w14:paraId="000001B9">
      <w:pPr>
        <w:spacing w:after="0" w:lineRule="auto"/>
        <w:rPr/>
      </w:pPr>
      <w:r w:rsidDel="00000000" w:rsidR="00000000" w:rsidRPr="00000000">
        <w:rPr>
          <w:rFonts w:ascii="Arial" w:cs="Arial" w:eastAsia="Arial" w:hAnsi="Arial"/>
          <w:sz w:val="22"/>
          <w:szCs w:val="22"/>
          <w:rtl w:val="0"/>
        </w:rPr>
        <w:t xml:space="preserve">to think</w:t>
      </w:r>
      <w:r w:rsidDel="00000000" w:rsidR="00000000" w:rsidRPr="00000000">
        <w:rPr>
          <w:rtl w:val="0"/>
        </w:rPr>
      </w:r>
    </w:p>
    <w:p w:rsidR="00000000" w:rsidDel="00000000" w:rsidP="00000000" w:rsidRDefault="00000000" w:rsidRPr="00000000" w14:paraId="000001BA">
      <w:pPr>
        <w:spacing w:after="0" w:lineRule="auto"/>
        <w:rPr/>
      </w:pPr>
      <w:r w:rsidDel="00000000" w:rsidR="00000000" w:rsidRPr="00000000">
        <w:rPr>
          <w:rtl w:val="0"/>
        </w:rPr>
      </w:r>
    </w:p>
    <w:p w:rsidR="00000000" w:rsidDel="00000000" w:rsidP="00000000" w:rsidRDefault="00000000" w:rsidRPr="00000000" w14:paraId="000001BB">
      <w:pPr>
        <w:spacing w:after="0" w:lineRule="auto"/>
        <w:rPr/>
      </w:pPr>
      <w:r w:rsidDel="00000000" w:rsidR="00000000" w:rsidRPr="00000000">
        <w:rPr>
          <w:rFonts w:ascii="Arial" w:cs="Arial" w:eastAsia="Arial" w:hAnsi="Arial"/>
          <w:color w:val="5d7284"/>
          <w:sz w:val="22"/>
          <w:szCs w:val="22"/>
          <w:rtl w:val="0"/>
        </w:rPr>
        <w:t xml:space="preserve">29:00</w:t>
      </w:r>
      <w:r w:rsidDel="00000000" w:rsidR="00000000" w:rsidRPr="00000000">
        <w:rPr>
          <w:rtl w:val="0"/>
        </w:rPr>
      </w:r>
    </w:p>
    <w:p w:rsidR="00000000" w:rsidDel="00000000" w:rsidP="00000000" w:rsidRDefault="00000000" w:rsidRPr="00000000" w14:paraId="000001BC">
      <w:pPr>
        <w:spacing w:after="0" w:lineRule="auto"/>
        <w:rPr/>
      </w:pPr>
      <w:r w:rsidDel="00000000" w:rsidR="00000000" w:rsidRPr="00000000">
        <w:rPr>
          <w:rFonts w:ascii="Arial" w:cs="Arial" w:eastAsia="Arial" w:hAnsi="Arial"/>
          <w:sz w:val="22"/>
          <w:szCs w:val="22"/>
          <w:rtl w:val="0"/>
        </w:rPr>
        <w:t xml:space="preserve">Fairfax, huh? </w:t>
      </w:r>
      <w:r w:rsidDel="00000000" w:rsidR="00000000" w:rsidRPr="00000000">
        <w:rPr>
          <w:rtl w:val="0"/>
        </w:rPr>
      </w:r>
    </w:p>
    <w:p w:rsidR="00000000" w:rsidDel="00000000" w:rsidP="00000000" w:rsidRDefault="00000000" w:rsidRPr="00000000" w14:paraId="000001BD">
      <w:pPr>
        <w:spacing w:after="0" w:lineRule="auto"/>
        <w:rPr/>
      </w:pPr>
      <w:r w:rsidDel="00000000" w:rsidR="00000000" w:rsidRPr="00000000">
        <w:rPr>
          <w:rtl w:val="0"/>
        </w:rPr>
      </w:r>
    </w:p>
    <w:p w:rsidR="00000000" w:rsidDel="00000000" w:rsidP="00000000" w:rsidRDefault="00000000" w:rsidRPr="00000000" w14:paraId="000001BE">
      <w:pPr>
        <w:spacing w:after="0" w:lineRule="auto"/>
        <w:rPr/>
      </w:pPr>
      <w:r w:rsidDel="00000000" w:rsidR="00000000" w:rsidRPr="00000000">
        <w:rPr>
          <w:rFonts w:ascii="Arial" w:cs="Arial" w:eastAsia="Arial" w:hAnsi="Arial"/>
          <w:color w:val="5d7284"/>
          <w:sz w:val="22"/>
          <w:szCs w:val="22"/>
          <w:rtl w:val="0"/>
        </w:rPr>
        <w:t xml:space="preserve">29:0</w:t>
      </w:r>
      <w:r w:rsidDel="00000000" w:rsidR="00000000" w:rsidRPr="00000000">
        <w:rPr>
          <w:rtl w:val="0"/>
        </w:rPr>
      </w:r>
    </w:p>
    <w:p w:rsidR="00000000" w:rsidDel="00000000" w:rsidP="00000000" w:rsidRDefault="00000000" w:rsidRPr="00000000" w14:paraId="000001BF">
      <w:pPr>
        <w:spacing w:after="0" w:lineRule="auto"/>
        <w:rPr/>
      </w:pPr>
      <w:r w:rsidDel="00000000" w:rsidR="00000000" w:rsidRPr="00000000">
        <w:rPr>
          <w:rtl w:val="0"/>
        </w:rPr>
      </w:r>
    </w:p>
    <w:p w:rsidR="00000000" w:rsidDel="00000000" w:rsidP="00000000" w:rsidRDefault="00000000" w:rsidRPr="00000000" w14:paraId="000001C0">
      <w:pPr>
        <w:spacing w:after="0" w:lineRule="auto"/>
        <w:rPr/>
      </w:pPr>
      <w:r w:rsidDel="00000000" w:rsidR="00000000" w:rsidRPr="00000000">
        <w:rPr>
          <w:rFonts w:ascii="Arial" w:cs="Arial" w:eastAsia="Arial" w:hAnsi="Arial"/>
          <w:color w:val="5d7284"/>
          <w:sz w:val="22"/>
          <w:szCs w:val="22"/>
          <w:rtl w:val="0"/>
        </w:rPr>
        <w:t xml:space="preserve">29:06</w:t>
      </w:r>
      <w:r w:rsidDel="00000000" w:rsidR="00000000" w:rsidRPr="00000000">
        <w:rPr>
          <w:rtl w:val="0"/>
        </w:rPr>
      </w:r>
    </w:p>
    <w:p w:rsidR="00000000" w:rsidDel="00000000" w:rsidP="00000000" w:rsidRDefault="00000000" w:rsidRPr="00000000" w14:paraId="000001C1">
      <w:pPr>
        <w:spacing w:after="0" w:lineRule="auto"/>
        <w:rPr/>
      </w:pPr>
      <w:r w:rsidDel="00000000" w:rsidR="00000000" w:rsidRPr="00000000">
        <w:rPr>
          <w:rtl w:val="0"/>
        </w:rPr>
      </w:r>
    </w:p>
    <w:p w:rsidR="00000000" w:rsidDel="00000000" w:rsidP="00000000" w:rsidRDefault="00000000" w:rsidRPr="00000000" w14:paraId="000001C2">
      <w:pPr>
        <w:spacing w:after="0" w:lineRule="auto"/>
        <w:rPr/>
      </w:pPr>
      <w:r w:rsidDel="00000000" w:rsidR="00000000" w:rsidRPr="00000000">
        <w:rPr>
          <w:rFonts w:ascii="Arial" w:cs="Arial" w:eastAsia="Arial" w:hAnsi="Arial"/>
          <w:color w:val="5d7284"/>
          <w:sz w:val="22"/>
          <w:szCs w:val="22"/>
          <w:rtl w:val="0"/>
        </w:rPr>
        <w:t xml:space="preserve">29:09</w:t>
      </w:r>
      <w:r w:rsidDel="00000000" w:rsidR="00000000" w:rsidRPr="00000000">
        <w:rPr>
          <w:rtl w:val="0"/>
        </w:rPr>
      </w:r>
    </w:p>
    <w:p w:rsidR="00000000" w:rsidDel="00000000" w:rsidP="00000000" w:rsidRDefault="00000000" w:rsidRPr="00000000" w14:paraId="000001C3">
      <w:pPr>
        <w:spacing w:after="0" w:lineRule="auto"/>
        <w:rPr/>
      </w:pPr>
      <w:r w:rsidDel="00000000" w:rsidR="00000000" w:rsidRPr="00000000">
        <w:rPr>
          <w:rFonts w:ascii="Arial" w:cs="Arial" w:eastAsia="Arial" w:hAnsi="Arial"/>
          <w:sz w:val="22"/>
          <w:szCs w:val="22"/>
          <w:rtl w:val="0"/>
        </w:rPr>
        <w:t xml:space="preserve">BFA, nice little school. Yeah, very nice. Getting b</w:t>
      </w:r>
      <w:r w:rsidDel="00000000" w:rsidR="00000000" w:rsidRPr="00000000">
        <w:rPr>
          <w:rFonts w:ascii="Arial" w:cs="Arial" w:eastAsia="Arial" w:hAnsi="Arial"/>
          <w:rtl w:val="0"/>
        </w:rPr>
        <w:t xml:space="preserve">e</w:t>
      </w:r>
      <w:r w:rsidDel="00000000" w:rsidR="00000000" w:rsidRPr="00000000">
        <w:rPr>
          <w:rFonts w:ascii="Arial" w:cs="Arial" w:eastAsia="Arial" w:hAnsi="Arial"/>
          <w:sz w:val="22"/>
          <w:szCs w:val="22"/>
          <w:rtl w:val="0"/>
        </w:rPr>
        <w:t xml:space="preserve">tter. I was surprised when I went to, like, don't </w:t>
      </w:r>
      <w:r w:rsidDel="00000000" w:rsidR="00000000" w:rsidRPr="00000000">
        <w:rPr>
          <w:rFonts w:ascii="Arial" w:cs="Arial" w:eastAsia="Arial" w:hAnsi="Arial"/>
          <w:rtl w:val="0"/>
        </w:rPr>
        <w:t xml:space="preserve">need</w:t>
      </w:r>
      <w:r w:rsidDel="00000000" w:rsidR="00000000" w:rsidRPr="00000000">
        <w:rPr>
          <w:rFonts w:ascii="Arial" w:cs="Arial" w:eastAsia="Arial" w:hAnsi="Arial"/>
          <w:sz w:val="22"/>
          <w:szCs w:val="22"/>
          <w:rtl w:val="0"/>
        </w:rPr>
        <w:t xml:space="preserve"> a band instrument. One time it was like, on, like, lockdown, like you had to, like only go in the one entrance, and then they buzzed, and I was back when I went</w:t>
      </w:r>
      <w:r w:rsidDel="00000000" w:rsidR="00000000" w:rsidRPr="00000000">
        <w:rPr>
          <w:rtl w:val="0"/>
        </w:rPr>
      </w:r>
    </w:p>
    <w:p w:rsidR="00000000" w:rsidDel="00000000" w:rsidP="00000000" w:rsidRDefault="00000000" w:rsidRPr="00000000" w14:paraId="000001C4">
      <w:pPr>
        <w:spacing w:after="0" w:lineRule="auto"/>
        <w:rPr/>
      </w:pPr>
      <w:r w:rsidDel="00000000" w:rsidR="00000000" w:rsidRPr="00000000">
        <w:rPr>
          <w:rtl w:val="0"/>
        </w:rPr>
      </w:r>
    </w:p>
    <w:p w:rsidR="00000000" w:rsidDel="00000000" w:rsidP="00000000" w:rsidRDefault="00000000" w:rsidRPr="00000000" w14:paraId="000001C5">
      <w:pPr>
        <w:spacing w:after="0" w:lineRule="auto"/>
        <w:rPr/>
      </w:pPr>
      <w:r w:rsidDel="00000000" w:rsidR="00000000" w:rsidRPr="00000000">
        <w:rPr>
          <w:rFonts w:ascii="Arial" w:cs="Arial" w:eastAsia="Arial" w:hAnsi="Arial"/>
          <w:color w:val="5d7284"/>
          <w:sz w:val="22"/>
          <w:szCs w:val="22"/>
          <w:rtl w:val="0"/>
        </w:rPr>
        <w:t xml:space="preserve">29:24</w:t>
      </w:r>
      <w:r w:rsidDel="00000000" w:rsidR="00000000" w:rsidRPr="00000000">
        <w:rPr>
          <w:rtl w:val="0"/>
        </w:rPr>
      </w:r>
    </w:p>
    <w:p w:rsidR="00000000" w:rsidDel="00000000" w:rsidP="00000000" w:rsidRDefault="00000000" w:rsidRPr="00000000" w14:paraId="000001C6">
      <w:pPr>
        <w:spacing w:after="0" w:lineRule="auto"/>
        <w:rPr/>
      </w:pPr>
      <w:r w:rsidDel="00000000" w:rsidR="00000000" w:rsidRPr="00000000">
        <w:rPr>
          <w:rFonts w:ascii="Arial" w:cs="Arial" w:eastAsia="Arial" w:hAnsi="Arial"/>
          <w:sz w:val="22"/>
          <w:szCs w:val="22"/>
          <w:rtl w:val="0"/>
        </w:rPr>
        <w:t xml:space="preserve">to school. But things changed. I forgot one piece I wanted this</w:t>
      </w:r>
      <w:r w:rsidDel="00000000" w:rsidR="00000000" w:rsidRPr="00000000">
        <w:rPr>
          <w:rtl w:val="0"/>
        </w:rPr>
      </w:r>
    </w:p>
    <w:p w:rsidR="00000000" w:rsidDel="00000000" w:rsidP="00000000" w:rsidRDefault="00000000" w:rsidRPr="00000000" w14:paraId="000001C7">
      <w:pPr>
        <w:spacing w:after="0" w:lineRule="auto"/>
        <w:rPr/>
      </w:pPr>
      <w:r w:rsidDel="00000000" w:rsidR="00000000" w:rsidRPr="00000000">
        <w:rPr>
          <w:rtl w:val="0"/>
        </w:rPr>
      </w:r>
    </w:p>
    <w:p w:rsidR="00000000" w:rsidDel="00000000" w:rsidP="00000000" w:rsidRDefault="00000000" w:rsidRPr="00000000" w14:paraId="000001C8">
      <w:pPr>
        <w:spacing w:after="0" w:lineRule="auto"/>
        <w:rPr/>
      </w:pPr>
      <w:r w:rsidDel="00000000" w:rsidR="00000000" w:rsidRPr="00000000">
        <w:rPr>
          <w:rFonts w:ascii="Arial" w:cs="Arial" w:eastAsia="Arial" w:hAnsi="Arial"/>
          <w:color w:val="5d7284"/>
          <w:sz w:val="22"/>
          <w:szCs w:val="22"/>
          <w:rtl w:val="0"/>
        </w:rPr>
        <w:t xml:space="preserve">29:31</w:t>
      </w:r>
      <w:r w:rsidDel="00000000" w:rsidR="00000000" w:rsidRPr="00000000">
        <w:rPr>
          <w:rtl w:val="0"/>
        </w:rPr>
      </w:r>
    </w:p>
    <w:p w:rsidR="00000000" w:rsidDel="00000000" w:rsidP="00000000" w:rsidRDefault="00000000" w:rsidRPr="00000000" w14:paraId="000001C9">
      <w:pPr>
        <w:spacing w:after="0" w:lineRule="auto"/>
        <w:rPr/>
      </w:pPr>
      <w:r w:rsidDel="00000000" w:rsidR="00000000" w:rsidRPr="00000000">
        <w:rPr>
          <w:rFonts w:ascii="Arial" w:cs="Arial" w:eastAsia="Arial" w:hAnsi="Arial"/>
          <w:sz w:val="22"/>
          <w:szCs w:val="22"/>
          <w:rtl w:val="0"/>
        </w:rPr>
        <w:t xml:space="preserve">year  to </w:t>
      </w:r>
      <w:r w:rsidDel="00000000" w:rsidR="00000000" w:rsidRPr="00000000">
        <w:rPr>
          <w:rFonts w:ascii="Arial" w:cs="Arial" w:eastAsia="Arial" w:hAnsi="Arial"/>
          <w:rtl w:val="0"/>
        </w:rPr>
        <w:t xml:space="preserve">provide accurate</w:t>
      </w:r>
      <w:r w:rsidDel="00000000" w:rsidR="00000000" w:rsidRPr="00000000">
        <w:rPr>
          <w:rFonts w:ascii="Arial" w:cs="Arial" w:eastAsia="Arial" w:hAnsi="Arial"/>
          <w:sz w:val="22"/>
          <w:szCs w:val="22"/>
          <w:rtl w:val="0"/>
        </w:rPr>
        <w:t xml:space="preserve"> information. </w:t>
      </w:r>
      <w:r w:rsidDel="00000000" w:rsidR="00000000" w:rsidRPr="00000000">
        <w:rPr>
          <w:rFonts w:ascii="Arial" w:cs="Arial" w:eastAsia="Arial" w:hAnsi="Arial"/>
          <w:rtl w:val="0"/>
        </w:rPr>
        <w:t xml:space="preserve">I  think </w:t>
      </w:r>
      <w:r w:rsidDel="00000000" w:rsidR="00000000" w:rsidRPr="00000000">
        <w:rPr>
          <w:rFonts w:ascii="Arial" w:cs="Arial" w:eastAsia="Arial" w:hAnsi="Arial"/>
          <w:sz w:val="22"/>
          <w:szCs w:val="22"/>
          <w:rtl w:val="0"/>
        </w:rPr>
        <w:t xml:space="preserve"> there were,,,. We had five ancestors from Underhill who fought the Civil</w:t>
      </w:r>
      <w:r w:rsidDel="00000000" w:rsidR="00000000" w:rsidRPr="00000000">
        <w:rPr>
          <w:rtl w:val="0"/>
        </w:rPr>
      </w:r>
    </w:p>
    <w:p w:rsidR="00000000" w:rsidDel="00000000" w:rsidP="00000000" w:rsidRDefault="00000000" w:rsidRPr="00000000" w14:paraId="000001CA">
      <w:pPr>
        <w:spacing w:after="0" w:lineRule="auto"/>
        <w:rPr/>
      </w:pPr>
      <w:r w:rsidDel="00000000" w:rsidR="00000000" w:rsidRPr="00000000">
        <w:rPr>
          <w:rtl w:val="0"/>
        </w:rPr>
      </w:r>
    </w:p>
    <w:p w:rsidR="00000000" w:rsidDel="00000000" w:rsidP="00000000" w:rsidRDefault="00000000" w:rsidRPr="00000000" w14:paraId="000001CB">
      <w:pPr>
        <w:spacing w:after="0" w:lineRule="auto"/>
        <w:rPr/>
      </w:pPr>
      <w:r w:rsidDel="00000000" w:rsidR="00000000" w:rsidRPr="00000000">
        <w:rPr>
          <w:rFonts w:ascii="Arial" w:cs="Arial" w:eastAsia="Arial" w:hAnsi="Arial"/>
          <w:color w:val="5d7284"/>
          <w:sz w:val="22"/>
          <w:szCs w:val="22"/>
          <w:rtl w:val="0"/>
        </w:rPr>
        <w:t xml:space="preserve">29:38</w:t>
      </w:r>
      <w:r w:rsidDel="00000000" w:rsidR="00000000" w:rsidRPr="00000000">
        <w:rPr>
          <w:rtl w:val="0"/>
        </w:rPr>
      </w:r>
    </w:p>
    <w:p w:rsidR="00000000" w:rsidDel="00000000" w:rsidP="00000000" w:rsidRDefault="00000000" w:rsidRPr="00000000" w14:paraId="000001CC">
      <w:pPr>
        <w:spacing w:after="0" w:lineRule="auto"/>
        <w:rPr/>
      </w:pPr>
      <w:r w:rsidDel="00000000" w:rsidR="00000000" w:rsidRPr="00000000">
        <w:rPr>
          <w:rFonts w:ascii="Arial" w:cs="Arial" w:eastAsia="Arial" w:hAnsi="Arial"/>
          <w:sz w:val="22"/>
          <w:szCs w:val="22"/>
          <w:rtl w:val="0"/>
        </w:rPr>
        <w:t xml:space="preserve">War, some born in Ireland, one killed in the Civil War. One a</w:t>
      </w:r>
      <w:r w:rsidDel="00000000" w:rsidR="00000000" w:rsidRPr="00000000">
        <w:rPr>
          <w:rtl w:val="0"/>
        </w:rPr>
      </w:r>
    </w:p>
    <w:p w:rsidR="00000000" w:rsidDel="00000000" w:rsidP="00000000" w:rsidRDefault="00000000" w:rsidRPr="00000000" w14:paraId="000001CD">
      <w:pPr>
        <w:spacing w:after="0" w:lineRule="auto"/>
        <w:rPr/>
      </w:pPr>
      <w:r w:rsidDel="00000000" w:rsidR="00000000" w:rsidRPr="00000000">
        <w:rPr>
          <w:rtl w:val="0"/>
        </w:rPr>
      </w:r>
    </w:p>
    <w:p w:rsidR="00000000" w:rsidDel="00000000" w:rsidP="00000000" w:rsidRDefault="00000000" w:rsidRPr="00000000" w14:paraId="000001CE">
      <w:pPr>
        <w:spacing w:after="0" w:lineRule="auto"/>
        <w:rPr/>
      </w:pPr>
      <w:r w:rsidDel="00000000" w:rsidR="00000000" w:rsidRPr="00000000">
        <w:rPr>
          <w:rFonts w:ascii="Arial" w:cs="Arial" w:eastAsia="Arial" w:hAnsi="Arial"/>
          <w:color w:val="5d7284"/>
          <w:sz w:val="22"/>
          <w:szCs w:val="22"/>
          <w:rtl w:val="0"/>
        </w:rPr>
        <w:t xml:space="preserve">29:45</w:t>
      </w:r>
      <w:r w:rsidDel="00000000" w:rsidR="00000000" w:rsidRPr="00000000">
        <w:rPr>
          <w:rtl w:val="0"/>
        </w:rPr>
      </w:r>
    </w:p>
    <w:p w:rsidR="00000000" w:rsidDel="00000000" w:rsidP="00000000" w:rsidRDefault="00000000" w:rsidRPr="00000000" w14:paraId="000001CF">
      <w:pPr>
        <w:spacing w:after="0" w:lineRule="auto"/>
        <w:rPr/>
      </w:pPr>
      <w:r w:rsidDel="00000000" w:rsidR="00000000" w:rsidRPr="00000000">
        <w:rPr>
          <w:rFonts w:ascii="Arial" w:cs="Arial" w:eastAsia="Arial" w:hAnsi="Arial"/>
          <w:sz w:val="22"/>
          <w:szCs w:val="22"/>
          <w:rtl w:val="0"/>
        </w:rPr>
        <w:t xml:space="preserve">prisoner of war in Andersonville, the infamous Confederate Civil War prison camp in Georgia. And he was captured in Virginia and marched to Andersonville and Georgia. And 1000s and 1000s died.</w:t>
      </w:r>
      <w:r w:rsidDel="00000000" w:rsidR="00000000" w:rsidRPr="00000000">
        <w:rPr>
          <w:rtl w:val="0"/>
        </w:rPr>
      </w:r>
    </w:p>
    <w:p w:rsidR="00000000" w:rsidDel="00000000" w:rsidP="00000000" w:rsidRDefault="00000000" w:rsidRPr="00000000" w14:paraId="000001D0">
      <w:pPr>
        <w:spacing w:after="0" w:lineRule="auto"/>
        <w:rPr/>
      </w:pPr>
      <w:r w:rsidDel="00000000" w:rsidR="00000000" w:rsidRPr="00000000">
        <w:rPr>
          <w:rtl w:val="0"/>
        </w:rPr>
      </w:r>
    </w:p>
    <w:p w:rsidR="00000000" w:rsidDel="00000000" w:rsidP="00000000" w:rsidRDefault="00000000" w:rsidRPr="00000000" w14:paraId="000001D1">
      <w:pPr>
        <w:spacing w:after="0" w:lineRule="auto"/>
        <w:rPr/>
      </w:pPr>
      <w:r w:rsidDel="00000000" w:rsidR="00000000" w:rsidRPr="00000000">
        <w:rPr>
          <w:rFonts w:ascii="Arial" w:cs="Arial" w:eastAsia="Arial" w:hAnsi="Arial"/>
          <w:color w:val="5d7284"/>
          <w:sz w:val="22"/>
          <w:szCs w:val="22"/>
          <w:rtl w:val="0"/>
        </w:rPr>
        <w:t xml:space="preserve">29:59</w:t>
      </w:r>
      <w:r w:rsidDel="00000000" w:rsidR="00000000" w:rsidRPr="00000000">
        <w:rPr>
          <w:rtl w:val="0"/>
        </w:rPr>
      </w:r>
    </w:p>
    <w:p w:rsidR="00000000" w:rsidDel="00000000" w:rsidP="00000000" w:rsidRDefault="00000000" w:rsidRPr="00000000" w14:paraId="000001D2">
      <w:pPr>
        <w:spacing w:after="0" w:lineRule="auto"/>
        <w:rPr/>
      </w:pPr>
      <w:r w:rsidDel="00000000" w:rsidR="00000000" w:rsidRPr="00000000">
        <w:rPr>
          <w:rFonts w:ascii="Arial" w:cs="Arial" w:eastAsia="Arial" w:hAnsi="Arial"/>
          <w:sz w:val="22"/>
          <w:szCs w:val="22"/>
          <w:rtl w:val="0"/>
        </w:rPr>
        <w:t xml:space="preserve">Marched  </w:t>
      </w:r>
      <w:r w:rsidDel="00000000" w:rsidR="00000000" w:rsidRPr="00000000">
        <w:rPr>
          <w:rFonts w:ascii="Arial" w:cs="Arial" w:eastAsia="Arial" w:hAnsi="Arial"/>
          <w:rtl w:val="0"/>
        </w:rPr>
        <w:t xml:space="preserve">to</w:t>
      </w:r>
      <w:r w:rsidDel="00000000" w:rsidR="00000000" w:rsidRPr="00000000">
        <w:rPr>
          <w:rFonts w:ascii="Arial" w:cs="Arial" w:eastAsia="Arial" w:hAnsi="Arial"/>
          <w:sz w:val="22"/>
          <w:szCs w:val="22"/>
          <w:rtl w:val="0"/>
        </w:rPr>
        <w:t xml:space="preserve"> the prison camp, and on the way to it, I remember we were coming home from Florida a few years ago, and we went to Andersonville, and after visiting planes to see Jimmy and Rosalyn,</w:t>
      </w:r>
      <w:r w:rsidDel="00000000" w:rsidR="00000000" w:rsidRPr="00000000">
        <w:rPr>
          <w:rtl w:val="0"/>
        </w:rPr>
      </w:r>
    </w:p>
    <w:p w:rsidR="00000000" w:rsidDel="00000000" w:rsidP="00000000" w:rsidRDefault="00000000" w:rsidRPr="00000000" w14:paraId="000001D3">
      <w:pPr>
        <w:spacing w:after="0" w:lineRule="auto"/>
        <w:rPr/>
      </w:pPr>
      <w:r w:rsidDel="00000000" w:rsidR="00000000" w:rsidRPr="00000000">
        <w:rPr>
          <w:rtl w:val="0"/>
        </w:rPr>
      </w:r>
    </w:p>
    <w:p w:rsidR="00000000" w:rsidDel="00000000" w:rsidP="00000000" w:rsidRDefault="00000000" w:rsidRPr="00000000" w14:paraId="000001D4">
      <w:pPr>
        <w:spacing w:after="0" w:lineRule="auto"/>
        <w:rPr/>
      </w:pPr>
      <w:r w:rsidDel="00000000" w:rsidR="00000000" w:rsidRPr="00000000">
        <w:rPr>
          <w:rFonts w:ascii="Arial" w:cs="Arial" w:eastAsia="Arial" w:hAnsi="Arial"/>
          <w:color w:val="5d7284"/>
          <w:sz w:val="22"/>
          <w:szCs w:val="22"/>
          <w:rtl w:val="0"/>
        </w:rPr>
        <w:t xml:space="preserve">30:15</w:t>
      </w:r>
      <w:r w:rsidDel="00000000" w:rsidR="00000000" w:rsidRPr="00000000">
        <w:rPr>
          <w:rtl w:val="0"/>
        </w:rPr>
      </w:r>
    </w:p>
    <w:p w:rsidR="00000000" w:rsidDel="00000000" w:rsidP="00000000" w:rsidRDefault="00000000" w:rsidRPr="00000000" w14:paraId="000001D5">
      <w:pPr>
        <w:spacing w:after="0" w:lineRule="auto"/>
        <w:rPr/>
      </w:pPr>
      <w:r w:rsidDel="00000000" w:rsidR="00000000" w:rsidRPr="00000000">
        <w:rPr>
          <w:rFonts w:ascii="Arial" w:cs="Arial" w:eastAsia="Arial" w:hAnsi="Arial"/>
          <w:sz w:val="22"/>
          <w:szCs w:val="22"/>
          <w:rtl w:val="0"/>
        </w:rPr>
        <w:t xml:space="preserve">and it's </w:t>
      </w:r>
      <w:r w:rsidDel="00000000" w:rsidR="00000000" w:rsidRPr="00000000">
        <w:rPr>
          <w:rFonts w:ascii="Arial" w:cs="Arial" w:eastAsia="Arial" w:hAnsi="Arial"/>
          <w:rtl w:val="0"/>
        </w:rPr>
        <w:t xml:space="preserve">now a</w:t>
      </w:r>
      <w:r w:rsidDel="00000000" w:rsidR="00000000" w:rsidRPr="00000000">
        <w:rPr>
          <w:rFonts w:ascii="Arial" w:cs="Arial" w:eastAsia="Arial" w:hAnsi="Arial"/>
          <w:sz w:val="22"/>
          <w:szCs w:val="22"/>
          <w:rtl w:val="0"/>
        </w:rPr>
        <w:t xml:space="preserve"> national cemetery, but also a national museum. And the ancestor is Abraham Marlow, Patrick,</w:t>
      </w:r>
      <w:r w:rsidDel="00000000" w:rsidR="00000000" w:rsidRPr="00000000">
        <w:rPr>
          <w:rtl w:val="0"/>
        </w:rPr>
      </w:r>
    </w:p>
    <w:p w:rsidR="00000000" w:rsidDel="00000000" w:rsidP="00000000" w:rsidRDefault="00000000" w:rsidRPr="00000000" w14:paraId="000001D6">
      <w:pPr>
        <w:spacing w:after="0" w:lineRule="auto"/>
        <w:rPr/>
      </w:pPr>
      <w:r w:rsidDel="00000000" w:rsidR="00000000" w:rsidRPr="00000000">
        <w:rPr>
          <w:rtl w:val="0"/>
        </w:rPr>
      </w:r>
    </w:p>
    <w:p w:rsidR="00000000" w:rsidDel="00000000" w:rsidP="00000000" w:rsidRDefault="00000000" w:rsidRPr="00000000" w14:paraId="000001D7">
      <w:pPr>
        <w:spacing w:after="0" w:lineRule="auto"/>
        <w:rPr/>
      </w:pPr>
      <w:r w:rsidDel="00000000" w:rsidR="00000000" w:rsidRPr="00000000">
        <w:rPr>
          <w:rFonts w:ascii="Arial" w:cs="Arial" w:eastAsia="Arial" w:hAnsi="Arial"/>
          <w:color w:val="5d7284"/>
          <w:sz w:val="22"/>
          <w:szCs w:val="22"/>
          <w:rtl w:val="0"/>
        </w:rPr>
        <w:t xml:space="preserve">30:27</w:t>
      </w:r>
      <w:r w:rsidDel="00000000" w:rsidR="00000000" w:rsidRPr="00000000">
        <w:rPr>
          <w:rtl w:val="0"/>
        </w:rPr>
      </w:r>
    </w:p>
    <w:p w:rsidR="00000000" w:rsidDel="00000000" w:rsidP="00000000" w:rsidRDefault="00000000" w:rsidRPr="00000000" w14:paraId="000001D8">
      <w:pPr>
        <w:spacing w:after="0" w:lineRule="auto"/>
        <w:rPr/>
      </w:pPr>
      <w:r w:rsidDel="00000000" w:rsidR="00000000" w:rsidRPr="00000000">
        <w:rPr>
          <w:rFonts w:ascii="Arial" w:cs="Arial" w:eastAsia="Arial" w:hAnsi="Arial"/>
          <w:sz w:val="22"/>
          <w:szCs w:val="22"/>
          <w:rtl w:val="0"/>
        </w:rPr>
        <w:t xml:space="preserve">what? Patrick? Patrick Marlow,</w:t>
      </w:r>
      <w:r w:rsidDel="00000000" w:rsidR="00000000" w:rsidRPr="00000000">
        <w:rPr>
          <w:rtl w:val="0"/>
        </w:rPr>
      </w:r>
    </w:p>
    <w:p w:rsidR="00000000" w:rsidDel="00000000" w:rsidP="00000000" w:rsidRDefault="00000000" w:rsidRPr="00000000" w14:paraId="000001D9">
      <w:pPr>
        <w:spacing w:after="0" w:lineRule="auto"/>
        <w:rPr/>
      </w:pPr>
      <w:r w:rsidDel="00000000" w:rsidR="00000000" w:rsidRPr="00000000">
        <w:rPr>
          <w:rtl w:val="0"/>
        </w:rPr>
      </w:r>
    </w:p>
    <w:p w:rsidR="00000000" w:rsidDel="00000000" w:rsidP="00000000" w:rsidRDefault="00000000" w:rsidRPr="00000000" w14:paraId="000001DA">
      <w:pPr>
        <w:spacing w:after="0" w:lineRule="auto"/>
        <w:rPr/>
      </w:pPr>
      <w:r w:rsidDel="00000000" w:rsidR="00000000" w:rsidRPr="00000000">
        <w:rPr>
          <w:rFonts w:ascii="Arial" w:cs="Arial" w:eastAsia="Arial" w:hAnsi="Arial"/>
          <w:color w:val="5d7284"/>
          <w:sz w:val="22"/>
          <w:szCs w:val="22"/>
          <w:rtl w:val="0"/>
        </w:rPr>
        <w:t xml:space="preserve">30:30</w:t>
      </w:r>
      <w:r w:rsidDel="00000000" w:rsidR="00000000" w:rsidRPr="00000000">
        <w:rPr>
          <w:rtl w:val="0"/>
        </w:rPr>
      </w:r>
    </w:p>
    <w:p w:rsidR="00000000" w:rsidDel="00000000" w:rsidP="00000000" w:rsidRDefault="00000000" w:rsidRPr="00000000" w14:paraId="000001DB">
      <w:pPr>
        <w:spacing w:after="0" w:lineRule="auto"/>
        <w:rPr/>
      </w:pPr>
      <w:r w:rsidDel="00000000" w:rsidR="00000000" w:rsidRPr="00000000">
        <w:rPr>
          <w:rFonts w:ascii="Arial" w:cs="Arial" w:eastAsia="Arial" w:hAnsi="Arial"/>
          <w:sz w:val="22"/>
          <w:szCs w:val="22"/>
          <w:rtl w:val="0"/>
        </w:rPr>
        <w:t xml:space="preserve">I thought that he had died at Andersonville. He'd been released, and he came back north, and he might have come back for a change of underwear in Underhill. I think he moved to Rhode Island or Massachusetts.</w:t>
      </w:r>
      <w:r w:rsidDel="00000000" w:rsidR="00000000" w:rsidRPr="00000000">
        <w:rPr>
          <w:rtl w:val="0"/>
        </w:rPr>
      </w:r>
    </w:p>
    <w:p w:rsidR="00000000" w:rsidDel="00000000" w:rsidP="00000000" w:rsidRDefault="00000000" w:rsidRPr="00000000" w14:paraId="000001DC">
      <w:pPr>
        <w:spacing w:after="0" w:lineRule="auto"/>
        <w:rPr/>
      </w:pPr>
      <w:r w:rsidDel="00000000" w:rsidR="00000000" w:rsidRPr="00000000">
        <w:rPr>
          <w:rtl w:val="0"/>
        </w:rPr>
      </w:r>
    </w:p>
    <w:p w:rsidR="00000000" w:rsidDel="00000000" w:rsidP="00000000" w:rsidRDefault="00000000" w:rsidRPr="00000000" w14:paraId="000001DD">
      <w:pPr>
        <w:spacing w:after="0" w:lineRule="auto"/>
        <w:rPr/>
      </w:pPr>
      <w:r w:rsidDel="00000000" w:rsidR="00000000" w:rsidRPr="00000000">
        <w:rPr>
          <w:rFonts w:ascii="Arial" w:cs="Arial" w:eastAsia="Arial" w:hAnsi="Arial"/>
          <w:color w:val="5d7284"/>
          <w:sz w:val="22"/>
          <w:szCs w:val="22"/>
          <w:rtl w:val="0"/>
        </w:rPr>
        <w:t xml:space="preserve">30:45</w:t>
      </w:r>
      <w:r w:rsidDel="00000000" w:rsidR="00000000" w:rsidRPr="00000000">
        <w:rPr>
          <w:rtl w:val="0"/>
        </w:rPr>
      </w:r>
    </w:p>
    <w:p w:rsidR="00000000" w:rsidDel="00000000" w:rsidP="00000000" w:rsidRDefault="00000000" w:rsidRPr="00000000" w14:paraId="000001DE">
      <w:pPr>
        <w:spacing w:after="0" w:lineRule="auto"/>
        <w:rPr/>
      </w:pPr>
      <w:r w:rsidDel="00000000" w:rsidR="00000000" w:rsidRPr="00000000">
        <w:rPr>
          <w:rFonts w:ascii="Arial" w:cs="Arial" w:eastAsia="Arial" w:hAnsi="Arial"/>
          <w:sz w:val="22"/>
          <w:szCs w:val="22"/>
          <w:rtl w:val="0"/>
        </w:rPr>
        <w:t xml:space="preserve">One</w:t>
      </w:r>
      <w:r w:rsidDel="00000000" w:rsidR="00000000" w:rsidRPr="00000000">
        <w:rPr>
          <w:rtl w:val="0"/>
        </w:rPr>
      </w:r>
    </w:p>
    <w:p w:rsidR="00000000" w:rsidDel="00000000" w:rsidP="00000000" w:rsidRDefault="00000000" w:rsidRPr="00000000" w14:paraId="000001DF">
      <w:pPr>
        <w:spacing w:after="0" w:lineRule="auto"/>
        <w:rPr/>
      </w:pPr>
      <w:r w:rsidDel="00000000" w:rsidR="00000000" w:rsidRPr="00000000">
        <w:rPr>
          <w:rtl w:val="0"/>
        </w:rPr>
      </w:r>
    </w:p>
    <w:p w:rsidR="00000000" w:rsidDel="00000000" w:rsidP="00000000" w:rsidRDefault="00000000" w:rsidRPr="00000000" w14:paraId="000001E0">
      <w:pPr>
        <w:spacing w:after="0" w:lineRule="auto"/>
        <w:rPr/>
      </w:pPr>
      <w:r w:rsidDel="00000000" w:rsidR="00000000" w:rsidRPr="00000000">
        <w:rPr>
          <w:rFonts w:ascii="Arial" w:cs="Arial" w:eastAsia="Arial" w:hAnsi="Arial"/>
          <w:color w:val="5d7284"/>
          <w:sz w:val="22"/>
          <w:szCs w:val="22"/>
          <w:rtl w:val="0"/>
        </w:rPr>
        <w:t xml:space="preserve">30:49</w:t>
      </w:r>
      <w:r w:rsidDel="00000000" w:rsidR="00000000" w:rsidRPr="00000000">
        <w:rPr>
          <w:rtl w:val="0"/>
        </w:rPr>
      </w:r>
    </w:p>
    <w:p w:rsidR="00000000" w:rsidDel="00000000" w:rsidP="00000000" w:rsidRDefault="00000000" w:rsidRPr="00000000" w14:paraId="000001E1">
      <w:pPr>
        <w:spacing w:after="0" w:lineRule="auto"/>
        <w:rPr/>
      </w:pPr>
      <w:r w:rsidDel="00000000" w:rsidR="00000000" w:rsidRPr="00000000">
        <w:rPr>
          <w:rFonts w:ascii="Arial" w:cs="Arial" w:eastAsia="Arial" w:hAnsi="Arial"/>
          <w:sz w:val="22"/>
          <w:szCs w:val="22"/>
          <w:rtl w:val="0"/>
        </w:rPr>
        <w:t xml:space="preserve">Barney Leddy was killed in Ireland. Willie Bruen left </w:t>
      </w:r>
      <w:r w:rsidDel="00000000" w:rsidR="00000000" w:rsidRPr="00000000">
        <w:rPr>
          <w:rFonts w:ascii="Arial" w:cs="Arial" w:eastAsia="Arial" w:hAnsi="Arial"/>
          <w:rtl w:val="0"/>
        </w:rPr>
        <w:t xml:space="preserve"> Underhill </w:t>
      </w:r>
      <w:r w:rsidDel="00000000" w:rsidR="00000000" w:rsidRPr="00000000">
        <w:rPr>
          <w:rFonts w:ascii="Arial" w:cs="Arial" w:eastAsia="Arial" w:hAnsi="Arial"/>
          <w:sz w:val="22"/>
          <w:szCs w:val="22"/>
          <w:rtl w:val="0"/>
        </w:rPr>
        <w:t xml:space="preserve"> at 14. Was back at 16 after two years of the Civil War and the Fenian Raiders that you may have heard of</w:t>
      </w:r>
      <w:r w:rsidDel="00000000" w:rsidR="00000000" w:rsidRPr="00000000">
        <w:rPr>
          <w:rtl w:val="0"/>
        </w:rPr>
      </w:r>
    </w:p>
    <w:p w:rsidR="00000000" w:rsidDel="00000000" w:rsidP="00000000" w:rsidRDefault="00000000" w:rsidRPr="00000000" w14:paraId="000001E2">
      <w:pPr>
        <w:spacing w:after="0" w:lineRule="auto"/>
        <w:rPr/>
      </w:pPr>
      <w:r w:rsidDel="00000000" w:rsidR="00000000" w:rsidRPr="00000000">
        <w:rPr>
          <w:rtl w:val="0"/>
        </w:rPr>
      </w:r>
    </w:p>
    <w:p w:rsidR="00000000" w:rsidDel="00000000" w:rsidP="00000000" w:rsidRDefault="00000000" w:rsidRPr="00000000" w14:paraId="000001E3">
      <w:pPr>
        <w:spacing w:after="0" w:lineRule="auto"/>
        <w:rPr/>
      </w:pPr>
      <w:r w:rsidDel="00000000" w:rsidR="00000000" w:rsidRPr="00000000">
        <w:rPr>
          <w:rFonts w:ascii="Arial" w:cs="Arial" w:eastAsia="Arial" w:hAnsi="Arial"/>
          <w:color w:val="5d7284"/>
          <w:sz w:val="22"/>
          <w:szCs w:val="22"/>
          <w:rtl w:val="0"/>
        </w:rPr>
        <w:t xml:space="preserve">31:03</w:t>
      </w:r>
      <w:r w:rsidDel="00000000" w:rsidR="00000000" w:rsidRPr="00000000">
        <w:rPr>
          <w:rtl w:val="0"/>
        </w:rPr>
      </w:r>
    </w:p>
    <w:p w:rsidR="00000000" w:rsidDel="00000000" w:rsidP="00000000" w:rsidRDefault="00000000" w:rsidRPr="00000000" w14:paraId="000001E4">
      <w:pPr>
        <w:spacing w:after="0" w:lineRule="auto"/>
        <w:rPr/>
      </w:pPr>
      <w:r w:rsidDel="00000000" w:rsidR="00000000" w:rsidRPr="00000000">
        <w:rPr>
          <w:rFonts w:ascii="Arial" w:cs="Arial" w:eastAsia="Arial" w:hAnsi="Arial"/>
          <w:sz w:val="22"/>
          <w:szCs w:val="22"/>
          <w:rtl w:val="0"/>
        </w:rPr>
        <w:t xml:space="preserve">in 1868 was it? There's a couple. One was 1867, 18one wa</w:t>
      </w:r>
      <w:r w:rsidDel="00000000" w:rsidR="00000000" w:rsidRPr="00000000">
        <w:rPr>
          <w:rFonts w:ascii="Arial" w:cs="Arial" w:eastAsia="Arial" w:hAnsi="Arial"/>
          <w:rtl w:val="0"/>
        </w:rPr>
        <w:t xml:space="preserve">s 18</w:t>
      </w:r>
      <w:r w:rsidDel="00000000" w:rsidR="00000000" w:rsidRPr="00000000">
        <w:rPr>
          <w:rFonts w:ascii="Arial" w:cs="Arial" w:eastAsia="Arial" w:hAnsi="Arial"/>
          <w:sz w:val="22"/>
          <w:szCs w:val="22"/>
          <w:rtl w:val="0"/>
        </w:rPr>
        <w:t xml:space="preserve">70. This was the Irish who had had Irish soldiers, Irish American soldiers, Irish born, who got the notion that after this </w:t>
      </w:r>
      <w:r w:rsidDel="00000000" w:rsidR="00000000" w:rsidRPr="00000000">
        <w:rPr>
          <w:rFonts w:ascii="Arial" w:cs="Arial" w:eastAsia="Arial" w:hAnsi="Arial"/>
          <w:rtl w:val="0"/>
        </w:rPr>
        <w:t xml:space="preserve">C</w:t>
      </w:r>
      <w:r w:rsidDel="00000000" w:rsidR="00000000" w:rsidRPr="00000000">
        <w:rPr>
          <w:rFonts w:ascii="Arial" w:cs="Arial" w:eastAsia="Arial" w:hAnsi="Arial"/>
          <w:sz w:val="22"/>
          <w:szCs w:val="22"/>
          <w:rtl w:val="0"/>
        </w:rPr>
        <w:t xml:space="preserve">ivil </w:t>
      </w:r>
      <w:r w:rsidDel="00000000" w:rsidR="00000000" w:rsidRPr="00000000">
        <w:rPr>
          <w:rFonts w:ascii="Arial" w:cs="Arial" w:eastAsia="Arial" w:hAnsi="Arial"/>
          <w:rtl w:val="0"/>
        </w:rPr>
        <w:t xml:space="preserve">W</w:t>
      </w:r>
      <w:r w:rsidDel="00000000" w:rsidR="00000000" w:rsidRPr="00000000">
        <w:rPr>
          <w:rFonts w:ascii="Arial" w:cs="Arial" w:eastAsia="Arial" w:hAnsi="Arial"/>
          <w:sz w:val="22"/>
          <w:szCs w:val="22"/>
          <w:rtl w:val="0"/>
        </w:rPr>
        <w:t xml:space="preserve">ar, they were going to liberate Ireland by invading Canada</w:t>
      </w:r>
      <w:r w:rsidDel="00000000" w:rsidR="00000000" w:rsidRPr="00000000">
        <w:rPr>
          <w:rtl w:val="0"/>
        </w:rPr>
      </w:r>
    </w:p>
    <w:p w:rsidR="00000000" w:rsidDel="00000000" w:rsidP="00000000" w:rsidRDefault="00000000" w:rsidRPr="00000000" w14:paraId="000001E5">
      <w:pPr>
        <w:spacing w:after="0" w:lineRule="auto"/>
        <w:rPr/>
      </w:pPr>
      <w:r w:rsidDel="00000000" w:rsidR="00000000" w:rsidRPr="00000000">
        <w:rPr>
          <w:rtl w:val="0"/>
        </w:rPr>
      </w:r>
    </w:p>
    <w:p w:rsidR="00000000" w:rsidDel="00000000" w:rsidP="00000000" w:rsidRDefault="00000000" w:rsidRPr="00000000" w14:paraId="000001E6">
      <w:pPr>
        <w:spacing w:after="0" w:lineRule="auto"/>
        <w:rPr/>
      </w:pPr>
      <w:r w:rsidDel="00000000" w:rsidR="00000000" w:rsidRPr="00000000">
        <w:rPr>
          <w:rFonts w:ascii="Arial" w:cs="Arial" w:eastAsia="Arial" w:hAnsi="Arial"/>
          <w:color w:val="5d7284"/>
          <w:sz w:val="22"/>
          <w:szCs w:val="22"/>
          <w:rtl w:val="0"/>
        </w:rPr>
        <w:t xml:space="preserve">31:27</w:t>
      </w:r>
      <w:r w:rsidDel="00000000" w:rsidR="00000000" w:rsidRPr="00000000">
        <w:rPr>
          <w:rtl w:val="0"/>
        </w:rPr>
      </w:r>
    </w:p>
    <w:p w:rsidR="00000000" w:rsidDel="00000000" w:rsidP="00000000" w:rsidRDefault="00000000" w:rsidRPr="00000000" w14:paraId="000001E7">
      <w:pPr>
        <w:spacing w:after="0" w:lineRule="auto"/>
        <w:rPr/>
      </w:pPr>
      <w:r w:rsidDel="00000000" w:rsidR="00000000" w:rsidRPr="00000000">
        <w:rPr>
          <w:rFonts w:ascii="Arial" w:cs="Arial" w:eastAsia="Arial" w:hAnsi="Arial"/>
          <w:sz w:val="22"/>
          <w:szCs w:val="22"/>
          <w:rtl w:val="0"/>
        </w:rPr>
        <w:t xml:space="preserve">and using Quebec as the </w:t>
      </w:r>
      <w:r w:rsidDel="00000000" w:rsidR="00000000" w:rsidRPr="00000000">
        <w:rPr>
          <w:rFonts w:ascii="Arial" w:cs="Arial" w:eastAsia="Arial" w:hAnsi="Arial"/>
          <w:rtl w:val="0"/>
        </w:rPr>
        <w:t xml:space="preserve">st</w:t>
      </w:r>
      <w:r w:rsidDel="00000000" w:rsidR="00000000" w:rsidRPr="00000000">
        <w:rPr>
          <w:rFonts w:ascii="Arial" w:cs="Arial" w:eastAsia="Arial" w:hAnsi="Arial"/>
          <w:sz w:val="22"/>
          <w:szCs w:val="22"/>
          <w:rtl w:val="0"/>
        </w:rPr>
        <w:t xml:space="preserve">arter. It didn't work out so well. They wanted to hold Montreal hostage, didn't they? For Montreal department to Quebec. It was a failed operation, as your researchers,</w:t>
      </w:r>
      <w:r w:rsidDel="00000000" w:rsidR="00000000" w:rsidRPr="00000000">
        <w:rPr>
          <w:rtl w:val="0"/>
        </w:rPr>
      </w:r>
    </w:p>
    <w:p w:rsidR="00000000" w:rsidDel="00000000" w:rsidP="00000000" w:rsidRDefault="00000000" w:rsidRPr="00000000" w14:paraId="000001E8">
      <w:pPr>
        <w:spacing w:after="0" w:lineRule="auto"/>
        <w:rPr/>
      </w:pPr>
      <w:r w:rsidDel="00000000" w:rsidR="00000000" w:rsidRPr="00000000">
        <w:rPr>
          <w:rtl w:val="0"/>
        </w:rPr>
      </w:r>
    </w:p>
    <w:p w:rsidR="00000000" w:rsidDel="00000000" w:rsidP="00000000" w:rsidRDefault="00000000" w:rsidRPr="00000000" w14:paraId="000001E9">
      <w:pPr>
        <w:spacing w:after="0" w:lineRule="auto"/>
        <w:rPr/>
      </w:pPr>
      <w:r w:rsidDel="00000000" w:rsidR="00000000" w:rsidRPr="00000000">
        <w:rPr>
          <w:rFonts w:ascii="Arial" w:cs="Arial" w:eastAsia="Arial" w:hAnsi="Arial"/>
          <w:color w:val="5d7284"/>
          <w:sz w:val="22"/>
          <w:szCs w:val="22"/>
          <w:rtl w:val="0"/>
        </w:rPr>
        <w:t xml:space="preserve">31:43</w:t>
      </w:r>
      <w:r w:rsidDel="00000000" w:rsidR="00000000" w:rsidRPr="00000000">
        <w:rPr>
          <w:rtl w:val="0"/>
        </w:rPr>
      </w:r>
    </w:p>
    <w:p w:rsidR="00000000" w:rsidDel="00000000" w:rsidP="00000000" w:rsidRDefault="00000000" w:rsidRPr="00000000" w14:paraId="000001EA">
      <w:pPr>
        <w:spacing w:after="0" w:lineRule="auto"/>
        <w:rPr/>
      </w:pPr>
      <w:r w:rsidDel="00000000" w:rsidR="00000000" w:rsidRPr="00000000">
        <w:rPr>
          <w:rFonts w:ascii="Arial" w:cs="Arial" w:eastAsia="Arial" w:hAnsi="Arial"/>
          <w:sz w:val="22"/>
          <w:szCs w:val="22"/>
          <w:rtl w:val="0"/>
        </w:rPr>
        <w:t xml:space="preserve">yeah, so it sounds like some of the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stayed in Ireland and some came here. Like, is that how?</w:t>
      </w:r>
      <w:r w:rsidDel="00000000" w:rsidR="00000000" w:rsidRPr="00000000">
        <w:rPr>
          <w:rtl w:val="0"/>
        </w:rPr>
      </w:r>
    </w:p>
    <w:p w:rsidR="00000000" w:rsidDel="00000000" w:rsidP="00000000" w:rsidRDefault="00000000" w:rsidRPr="00000000" w14:paraId="000001EB">
      <w:pPr>
        <w:spacing w:after="0" w:lineRule="auto"/>
        <w:rPr/>
      </w:pPr>
      <w:r w:rsidDel="00000000" w:rsidR="00000000" w:rsidRPr="00000000">
        <w:rPr>
          <w:rtl w:val="0"/>
        </w:rPr>
      </w:r>
    </w:p>
    <w:p w:rsidR="00000000" w:rsidDel="00000000" w:rsidP="00000000" w:rsidRDefault="00000000" w:rsidRPr="00000000" w14:paraId="000001EC">
      <w:pPr>
        <w:spacing w:after="0" w:lineRule="auto"/>
        <w:rPr/>
      </w:pPr>
      <w:r w:rsidDel="00000000" w:rsidR="00000000" w:rsidRPr="00000000">
        <w:rPr>
          <w:rFonts w:ascii="Arial" w:cs="Arial" w:eastAsia="Arial" w:hAnsi="Arial"/>
          <w:color w:val="5d7284"/>
          <w:sz w:val="22"/>
          <w:szCs w:val="22"/>
          <w:rtl w:val="0"/>
        </w:rPr>
        <w:t xml:space="preserve">31:51</w:t>
      </w:r>
      <w:r w:rsidDel="00000000" w:rsidR="00000000" w:rsidRPr="00000000">
        <w:rPr>
          <w:rtl w:val="0"/>
        </w:rPr>
      </w:r>
    </w:p>
    <w:p w:rsidR="00000000" w:rsidDel="00000000" w:rsidP="00000000" w:rsidRDefault="00000000" w:rsidRPr="00000000" w14:paraId="000001ED">
      <w:pPr>
        <w:spacing w:after="0" w:lineRule="auto"/>
        <w:rPr/>
      </w:pPr>
      <w:r w:rsidDel="00000000" w:rsidR="00000000" w:rsidRPr="00000000">
        <w:rPr>
          <w:rFonts w:ascii="Arial" w:cs="Arial" w:eastAsia="Arial" w:hAnsi="Arial"/>
          <w:sz w:val="22"/>
          <w:szCs w:val="22"/>
          <w:rtl w:val="0"/>
        </w:rPr>
        <w:t xml:space="preserve">I'm sure, I </w:t>
      </w:r>
      <w:r w:rsidDel="00000000" w:rsidR="00000000" w:rsidRPr="00000000">
        <w:rPr>
          <w:rFonts w:ascii="Arial" w:cs="Arial" w:eastAsia="Arial" w:hAnsi="Arial"/>
          <w:rtl w:val="0"/>
        </w:rPr>
        <w:t xml:space="preserve">mean our</w:t>
      </w:r>
      <w:r w:rsidDel="00000000" w:rsidR="00000000" w:rsidRPr="00000000">
        <w:rPr>
          <w:rFonts w:ascii="Arial" w:cs="Arial" w:eastAsia="Arial" w:hAnsi="Arial"/>
          <w:sz w:val="22"/>
          <w:szCs w:val="22"/>
          <w:rtl w:val="0"/>
        </w:rPr>
        <w:t xml:space="preserve"> family. We don't know the ones that stayed there might have been some cousins that stayed, or brothers,</w:t>
      </w:r>
      <w:r w:rsidDel="00000000" w:rsidR="00000000" w:rsidRPr="00000000">
        <w:rPr>
          <w:rtl w:val="0"/>
        </w:rPr>
      </w:r>
    </w:p>
    <w:p w:rsidR="00000000" w:rsidDel="00000000" w:rsidP="00000000" w:rsidRDefault="00000000" w:rsidRPr="00000000" w14:paraId="000001EE">
      <w:pPr>
        <w:spacing w:after="0" w:lineRule="auto"/>
        <w:rPr/>
      </w:pPr>
      <w:r w:rsidDel="00000000" w:rsidR="00000000" w:rsidRPr="00000000">
        <w:rPr>
          <w:rtl w:val="0"/>
        </w:rPr>
      </w:r>
    </w:p>
    <w:p w:rsidR="00000000" w:rsidDel="00000000" w:rsidP="00000000" w:rsidRDefault="00000000" w:rsidRPr="00000000" w14:paraId="000001EF">
      <w:pPr>
        <w:spacing w:after="0" w:lineRule="auto"/>
        <w:rPr/>
      </w:pPr>
      <w:r w:rsidDel="00000000" w:rsidR="00000000" w:rsidRPr="00000000">
        <w:rPr>
          <w:rFonts w:ascii="Arial" w:cs="Arial" w:eastAsia="Arial" w:hAnsi="Arial"/>
          <w:color w:val="5d7284"/>
          <w:sz w:val="22"/>
          <w:szCs w:val="22"/>
          <w:rtl w:val="0"/>
        </w:rPr>
        <w:t xml:space="preserve">32:02</w:t>
      </w:r>
      <w:r w:rsidDel="00000000" w:rsidR="00000000" w:rsidRPr="00000000">
        <w:rPr>
          <w:rtl w:val="0"/>
        </w:rPr>
      </w:r>
    </w:p>
    <w:p w:rsidR="00000000" w:rsidDel="00000000" w:rsidP="00000000" w:rsidRDefault="00000000" w:rsidRPr="00000000" w14:paraId="000001F0">
      <w:pPr>
        <w:spacing w:after="0" w:lineRule="auto"/>
        <w:rPr/>
      </w:pPr>
      <w:r w:rsidDel="00000000" w:rsidR="00000000" w:rsidRPr="00000000">
        <w:rPr>
          <w:rFonts w:ascii="Arial" w:cs="Arial" w:eastAsia="Arial" w:hAnsi="Arial"/>
          <w:sz w:val="22"/>
          <w:szCs w:val="22"/>
          <w:rtl w:val="0"/>
        </w:rPr>
        <w:t xml:space="preserve">but the whole nuclear family came</w:t>
      </w:r>
      <w:r w:rsidDel="00000000" w:rsidR="00000000" w:rsidRPr="00000000">
        <w:rPr>
          <w:rtl w:val="0"/>
        </w:rPr>
      </w:r>
    </w:p>
    <w:p w:rsidR="00000000" w:rsidDel="00000000" w:rsidP="00000000" w:rsidRDefault="00000000" w:rsidRPr="00000000" w14:paraId="000001F1">
      <w:pPr>
        <w:spacing w:after="0" w:lineRule="auto"/>
        <w:rPr/>
      </w:pPr>
      <w:r w:rsidDel="00000000" w:rsidR="00000000" w:rsidRPr="00000000">
        <w:rPr>
          <w:rtl w:val="0"/>
        </w:rPr>
      </w:r>
    </w:p>
    <w:p w:rsidR="00000000" w:rsidDel="00000000" w:rsidP="00000000" w:rsidRDefault="00000000" w:rsidRPr="00000000" w14:paraId="000001F2">
      <w:pPr>
        <w:spacing w:after="0" w:lineRule="auto"/>
        <w:rPr/>
      </w:pPr>
      <w:r w:rsidDel="00000000" w:rsidR="00000000" w:rsidRPr="00000000">
        <w:rPr>
          <w:rFonts w:ascii="Arial" w:cs="Arial" w:eastAsia="Arial" w:hAnsi="Arial"/>
          <w:color w:val="5d7284"/>
          <w:sz w:val="22"/>
          <w:szCs w:val="22"/>
          <w:rtl w:val="0"/>
        </w:rPr>
        <w:t xml:space="preserve">32:06</w:t>
      </w:r>
      <w:r w:rsidDel="00000000" w:rsidR="00000000" w:rsidRPr="00000000">
        <w:rPr>
          <w:rtl w:val="0"/>
        </w:rPr>
      </w:r>
    </w:p>
    <w:p w:rsidR="00000000" w:rsidDel="00000000" w:rsidP="00000000" w:rsidRDefault="00000000" w:rsidRPr="00000000" w14:paraId="000001F3">
      <w:pPr>
        <w:spacing w:after="0" w:lineRule="auto"/>
        <w:rPr/>
      </w:pPr>
      <w:r w:rsidDel="00000000" w:rsidR="00000000" w:rsidRPr="00000000">
        <w:rPr>
          <w:rFonts w:ascii="Arial" w:cs="Arial" w:eastAsia="Arial" w:hAnsi="Arial"/>
          <w:sz w:val="22"/>
          <w:szCs w:val="22"/>
          <w:rtl w:val="0"/>
        </w:rPr>
        <w:t xml:space="preserve">and,</w:t>
      </w:r>
      <w:r w:rsidDel="00000000" w:rsidR="00000000" w:rsidRPr="00000000">
        <w:rPr>
          <w:rtl w:val="0"/>
        </w:rPr>
      </w:r>
    </w:p>
    <w:p w:rsidR="00000000" w:rsidDel="00000000" w:rsidP="00000000" w:rsidRDefault="00000000" w:rsidRPr="00000000" w14:paraId="000001F4">
      <w:pPr>
        <w:spacing w:after="0" w:lineRule="auto"/>
        <w:rPr/>
      </w:pPr>
      <w:r w:rsidDel="00000000" w:rsidR="00000000" w:rsidRPr="00000000">
        <w:rPr>
          <w:rtl w:val="0"/>
        </w:rPr>
      </w:r>
    </w:p>
    <w:p w:rsidR="00000000" w:rsidDel="00000000" w:rsidP="00000000" w:rsidRDefault="00000000" w:rsidRPr="00000000" w14:paraId="000001F5">
      <w:pPr>
        <w:spacing w:after="0" w:lineRule="auto"/>
        <w:rPr/>
      </w:pPr>
      <w:r w:rsidDel="00000000" w:rsidR="00000000" w:rsidRPr="00000000">
        <w:rPr>
          <w:rFonts w:ascii="Arial" w:cs="Arial" w:eastAsia="Arial" w:hAnsi="Arial"/>
          <w:color w:val="5d7284"/>
          <w:sz w:val="22"/>
          <w:szCs w:val="22"/>
          <w:rtl w:val="0"/>
        </w:rPr>
        <w:t xml:space="preserve">32:09</w:t>
      </w:r>
      <w:r w:rsidDel="00000000" w:rsidR="00000000" w:rsidRPr="00000000">
        <w:rPr>
          <w:rtl w:val="0"/>
        </w:rPr>
      </w:r>
    </w:p>
    <w:p w:rsidR="00000000" w:rsidDel="00000000" w:rsidP="00000000" w:rsidRDefault="00000000" w:rsidRPr="00000000" w14:paraId="000001F6">
      <w:pPr>
        <w:spacing w:after="0" w:lineRule="auto"/>
        <w:rPr/>
      </w:pPr>
      <w:r w:rsidDel="00000000" w:rsidR="00000000" w:rsidRPr="00000000">
        <w:rPr>
          <w:rFonts w:ascii="Arial" w:cs="Arial" w:eastAsia="Arial" w:hAnsi="Arial"/>
          <w:sz w:val="22"/>
          <w:szCs w:val="22"/>
          <w:rtl w:val="0"/>
        </w:rPr>
        <w:t xml:space="preserve">yeah, there's but </w:t>
      </w:r>
      <w:r w:rsidDel="00000000" w:rsidR="00000000" w:rsidRPr="00000000">
        <w:rPr>
          <w:rFonts w:ascii="Arial" w:cs="Arial" w:eastAsia="Arial" w:hAnsi="Arial"/>
          <w:rtl w:val="0"/>
        </w:rPr>
        <w:t xml:space="preserve">in the County</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Cavan</w:t>
      </w:r>
      <w:r w:rsidDel="00000000" w:rsidR="00000000" w:rsidRPr="00000000">
        <w:rPr>
          <w:rFonts w:ascii="Arial" w:cs="Arial" w:eastAsia="Arial" w:hAnsi="Arial"/>
          <w:sz w:val="22"/>
          <w:szCs w:val="22"/>
          <w:rtl w:val="0"/>
        </w:rPr>
        <w:t xml:space="preserve">, there's </w:t>
      </w:r>
      <w:r w:rsidDel="00000000" w:rsidR="00000000" w:rsidRPr="00000000">
        <w:rPr>
          <w:rFonts w:ascii="Arial" w:cs="Arial" w:eastAsia="Arial" w:hAnsi="Arial"/>
          <w:sz w:val="22"/>
          <w:szCs w:val="22"/>
          <w:rtl w:val="0"/>
        </w:rPr>
        <w:t xml:space="preserve">someone once</w:t>
      </w:r>
      <w:r w:rsidDel="00000000" w:rsidR="00000000" w:rsidRPr="00000000">
        <w:rPr>
          <w:rFonts w:ascii="Arial" w:cs="Arial" w:eastAsia="Arial" w:hAnsi="Arial"/>
          <w:sz w:val="22"/>
          <w:szCs w:val="22"/>
          <w:rtl w:val="0"/>
        </w:rPr>
        <w:t xml:space="preserve"> told me there's loads of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in County</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Cavan</w:t>
      </w:r>
      <w:r w:rsidDel="00000000" w:rsidR="00000000" w:rsidRPr="00000000">
        <w:rPr>
          <w:rtl w:val="0"/>
        </w:rPr>
      </w:r>
    </w:p>
    <w:p w:rsidR="00000000" w:rsidDel="00000000" w:rsidP="00000000" w:rsidRDefault="00000000" w:rsidRPr="00000000" w14:paraId="000001F7">
      <w:pPr>
        <w:spacing w:after="0" w:lineRule="auto"/>
        <w:rPr/>
      </w:pPr>
      <w:r w:rsidDel="00000000" w:rsidR="00000000" w:rsidRPr="00000000">
        <w:rPr>
          <w:rtl w:val="0"/>
        </w:rPr>
      </w:r>
    </w:p>
    <w:p w:rsidR="00000000" w:rsidDel="00000000" w:rsidP="00000000" w:rsidRDefault="00000000" w:rsidRPr="00000000" w14:paraId="000001F8">
      <w:pPr>
        <w:spacing w:after="0" w:lineRule="auto"/>
        <w:rPr/>
      </w:pPr>
      <w:r w:rsidDel="00000000" w:rsidR="00000000" w:rsidRPr="00000000">
        <w:rPr>
          <w:rFonts w:ascii="Arial" w:cs="Arial" w:eastAsia="Arial" w:hAnsi="Arial"/>
          <w:color w:val="5d7284"/>
          <w:sz w:val="22"/>
          <w:szCs w:val="22"/>
          <w:rtl w:val="0"/>
        </w:rPr>
        <w:t xml:space="preserve">32:15</w:t>
      </w:r>
      <w:r w:rsidDel="00000000" w:rsidR="00000000" w:rsidRPr="00000000">
        <w:rPr>
          <w:rtl w:val="0"/>
        </w:rPr>
      </w:r>
    </w:p>
    <w:p w:rsidR="00000000" w:rsidDel="00000000" w:rsidP="00000000" w:rsidRDefault="00000000" w:rsidRPr="00000000" w14:paraId="000001F9">
      <w:pPr>
        <w:spacing w:after="0" w:lineRule="auto"/>
        <w:rPr/>
      </w:pPr>
      <w:r w:rsidDel="00000000" w:rsidR="00000000" w:rsidRPr="00000000">
        <w:rPr>
          <w:rFonts w:ascii="Arial" w:cs="Arial" w:eastAsia="Arial" w:hAnsi="Arial"/>
          <w:sz w:val="22"/>
          <w:szCs w:val="22"/>
          <w:rtl w:val="0"/>
        </w:rPr>
        <w:t xml:space="preserve">There's a bunch of them. So</w:t>
      </w:r>
      <w:r w:rsidDel="00000000" w:rsidR="00000000" w:rsidRPr="00000000">
        <w:rPr>
          <w:rtl w:val="0"/>
        </w:rPr>
      </w:r>
    </w:p>
    <w:p w:rsidR="00000000" w:rsidDel="00000000" w:rsidP="00000000" w:rsidRDefault="00000000" w:rsidRPr="00000000" w14:paraId="000001FA">
      <w:pPr>
        <w:spacing w:after="0" w:lineRule="auto"/>
        <w:rPr/>
      </w:pPr>
      <w:r w:rsidDel="00000000" w:rsidR="00000000" w:rsidRPr="00000000">
        <w:rPr>
          <w:rtl w:val="0"/>
        </w:rPr>
      </w:r>
    </w:p>
    <w:p w:rsidR="00000000" w:rsidDel="00000000" w:rsidP="00000000" w:rsidRDefault="00000000" w:rsidRPr="00000000" w14:paraId="000001FB">
      <w:pPr>
        <w:spacing w:after="0" w:lineRule="auto"/>
        <w:rPr/>
      </w:pPr>
      <w:r w:rsidDel="00000000" w:rsidR="00000000" w:rsidRPr="00000000">
        <w:rPr>
          <w:rFonts w:ascii="Arial" w:cs="Arial" w:eastAsia="Arial" w:hAnsi="Arial"/>
          <w:color w:val="5d7284"/>
          <w:sz w:val="22"/>
          <w:szCs w:val="22"/>
          <w:rtl w:val="0"/>
        </w:rPr>
        <w:t xml:space="preserve">32:18</w:t>
      </w:r>
      <w:r w:rsidDel="00000000" w:rsidR="00000000" w:rsidRPr="00000000">
        <w:rPr>
          <w:rtl w:val="0"/>
        </w:rPr>
      </w:r>
    </w:p>
    <w:p w:rsidR="00000000" w:rsidDel="00000000" w:rsidP="00000000" w:rsidRDefault="00000000" w:rsidRPr="00000000" w14:paraId="000001FC">
      <w:pPr>
        <w:spacing w:after="0" w:lineRule="auto"/>
        <w:rPr/>
      </w:pPr>
      <w:r w:rsidDel="00000000" w:rsidR="00000000" w:rsidRPr="00000000">
        <w:rPr>
          <w:rFonts w:ascii="Arial" w:cs="Arial" w:eastAsia="Arial" w:hAnsi="Arial"/>
          <w:sz w:val="22"/>
          <w:szCs w:val="22"/>
          <w:rtl w:val="0"/>
        </w:rPr>
        <w:t xml:space="preserve">I think the Historical Society said the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came from County Meath, I think yes, it's, it's, they came from a parish that is mostly in Cavan, a part of </w:t>
      </w:r>
      <w:r w:rsidDel="00000000" w:rsidR="00000000" w:rsidRPr="00000000">
        <w:rPr>
          <w:rFonts w:ascii="Arial" w:cs="Arial" w:eastAsia="Arial" w:hAnsi="Arial"/>
          <w:rtl w:val="0"/>
        </w:rPr>
        <w:t xml:space="preserve">its</w:t>
      </w:r>
      <w:r w:rsidDel="00000000" w:rsidR="00000000" w:rsidRPr="00000000">
        <w:rPr>
          <w:rFonts w:ascii="Arial" w:cs="Arial" w:eastAsia="Arial" w:hAnsi="Arial"/>
          <w:sz w:val="22"/>
          <w:szCs w:val="22"/>
          <w:rtl w:val="0"/>
        </w:rPr>
        <w:t xml:space="preserve"> in County</w:t>
      </w:r>
      <w:r w:rsidDel="00000000" w:rsidR="00000000" w:rsidRPr="00000000">
        <w:rPr>
          <w:rtl w:val="0"/>
        </w:rPr>
      </w:r>
    </w:p>
    <w:p w:rsidR="00000000" w:rsidDel="00000000" w:rsidP="00000000" w:rsidRDefault="00000000" w:rsidRPr="00000000" w14:paraId="000001FD">
      <w:pPr>
        <w:spacing w:after="0" w:lineRule="auto"/>
        <w:rPr/>
      </w:pPr>
      <w:r w:rsidDel="00000000" w:rsidR="00000000" w:rsidRPr="00000000">
        <w:rPr>
          <w:rtl w:val="0"/>
        </w:rPr>
      </w:r>
    </w:p>
    <w:p w:rsidR="00000000" w:rsidDel="00000000" w:rsidP="00000000" w:rsidRDefault="00000000" w:rsidRPr="00000000" w14:paraId="000001FE">
      <w:pPr>
        <w:spacing w:after="0" w:lineRule="auto"/>
        <w:rPr/>
      </w:pPr>
      <w:r w:rsidDel="00000000" w:rsidR="00000000" w:rsidRPr="00000000">
        <w:rPr>
          <w:rFonts w:ascii="Arial" w:cs="Arial" w:eastAsia="Arial" w:hAnsi="Arial"/>
          <w:color w:val="5d7284"/>
          <w:sz w:val="22"/>
          <w:szCs w:val="22"/>
          <w:rtl w:val="0"/>
        </w:rPr>
        <w:t xml:space="preserve">32:31</w:t>
      </w:r>
      <w:r w:rsidDel="00000000" w:rsidR="00000000" w:rsidRPr="00000000">
        <w:rPr>
          <w:rtl w:val="0"/>
        </w:rPr>
      </w:r>
    </w:p>
    <w:p w:rsidR="00000000" w:rsidDel="00000000" w:rsidP="00000000" w:rsidRDefault="00000000" w:rsidRPr="00000000" w14:paraId="000001FF">
      <w:pPr>
        <w:spacing w:after="0" w:lineRule="auto"/>
        <w:rPr/>
      </w:pPr>
      <w:r w:rsidDel="00000000" w:rsidR="00000000" w:rsidRPr="00000000">
        <w:rPr>
          <w:rFonts w:ascii="Arial" w:cs="Arial" w:eastAsia="Arial" w:hAnsi="Arial"/>
          <w:rtl w:val="0"/>
        </w:rPr>
        <w:t xml:space="preserve">Meath </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200">
      <w:pPr>
        <w:spacing w:after="0" w:lineRule="auto"/>
        <w:rPr/>
      </w:pPr>
      <w:r w:rsidDel="00000000" w:rsidR="00000000" w:rsidRPr="00000000">
        <w:rPr>
          <w:rtl w:val="0"/>
        </w:rPr>
      </w:r>
    </w:p>
    <w:p w:rsidR="00000000" w:rsidDel="00000000" w:rsidP="00000000" w:rsidRDefault="00000000" w:rsidRPr="00000000" w14:paraId="00000201">
      <w:pPr>
        <w:spacing w:after="0" w:lineRule="auto"/>
        <w:rPr/>
      </w:pPr>
      <w:r w:rsidDel="00000000" w:rsidR="00000000" w:rsidRPr="00000000">
        <w:rPr>
          <w:rFonts w:ascii="Arial" w:cs="Arial" w:eastAsia="Arial" w:hAnsi="Arial"/>
          <w:color w:val="5d7284"/>
          <w:sz w:val="22"/>
          <w:szCs w:val="22"/>
          <w:rtl w:val="0"/>
        </w:rPr>
        <w:t xml:space="preserve">32:34</w:t>
      </w:r>
      <w:r w:rsidDel="00000000" w:rsidR="00000000" w:rsidRPr="00000000">
        <w:rPr>
          <w:rtl w:val="0"/>
        </w:rPr>
      </w:r>
    </w:p>
    <w:p w:rsidR="00000000" w:rsidDel="00000000" w:rsidP="00000000" w:rsidRDefault="00000000" w:rsidRPr="00000000" w14:paraId="00000202">
      <w:pPr>
        <w:spacing w:after="0" w:lineRule="auto"/>
        <w:rPr/>
      </w:pPr>
      <w:r w:rsidDel="00000000" w:rsidR="00000000" w:rsidRPr="00000000">
        <w:rPr>
          <w:rFonts w:ascii="Arial" w:cs="Arial" w:eastAsia="Arial" w:hAnsi="Arial"/>
          <w:sz w:val="22"/>
          <w:szCs w:val="22"/>
          <w:rtl w:val="0"/>
        </w:rPr>
        <w:t xml:space="preserve">where Did you get the information</w:t>
      </w:r>
      <w:r w:rsidDel="00000000" w:rsidR="00000000" w:rsidRPr="00000000">
        <w:rPr>
          <w:rtl w:val="0"/>
        </w:rPr>
      </w:r>
    </w:p>
    <w:p w:rsidR="00000000" w:rsidDel="00000000" w:rsidP="00000000" w:rsidRDefault="00000000" w:rsidRPr="00000000" w14:paraId="00000203">
      <w:pPr>
        <w:spacing w:after="0" w:lineRule="auto"/>
        <w:rPr/>
      </w:pPr>
      <w:r w:rsidDel="00000000" w:rsidR="00000000" w:rsidRPr="00000000">
        <w:rPr>
          <w:rtl w:val="0"/>
        </w:rPr>
      </w:r>
    </w:p>
    <w:p w:rsidR="00000000" w:rsidDel="00000000" w:rsidP="00000000" w:rsidRDefault="00000000" w:rsidRPr="00000000" w14:paraId="00000204">
      <w:pPr>
        <w:spacing w:after="0" w:lineRule="auto"/>
        <w:rPr/>
      </w:pPr>
      <w:r w:rsidDel="00000000" w:rsidR="00000000" w:rsidRPr="00000000">
        <w:rPr>
          <w:rFonts w:ascii="Arial" w:cs="Arial" w:eastAsia="Arial" w:hAnsi="Arial"/>
          <w:color w:val="5d7284"/>
          <w:sz w:val="22"/>
          <w:szCs w:val="22"/>
          <w:rtl w:val="0"/>
        </w:rPr>
        <w:t xml:space="preserve">32:37</w:t>
      </w:r>
      <w:r w:rsidDel="00000000" w:rsidR="00000000" w:rsidRPr="00000000">
        <w:rPr>
          <w:rtl w:val="0"/>
        </w:rPr>
      </w:r>
    </w:p>
    <w:p w:rsidR="00000000" w:rsidDel="00000000" w:rsidP="00000000" w:rsidRDefault="00000000" w:rsidRPr="00000000" w14:paraId="00000205">
      <w:pPr>
        <w:spacing w:after="0" w:lineRule="auto"/>
        <w:rPr/>
      </w:pPr>
      <w:r w:rsidDel="00000000" w:rsidR="00000000" w:rsidRPr="00000000">
        <w:rPr>
          <w:rFonts w:ascii="Arial" w:cs="Arial" w:eastAsia="Arial" w:hAnsi="Arial"/>
          <w:sz w:val="22"/>
          <w:szCs w:val="22"/>
          <w:rtl w:val="0"/>
        </w:rPr>
        <w:t xml:space="preserve">about</w:t>
      </w:r>
      <w:r w:rsidDel="00000000" w:rsidR="00000000" w:rsidRPr="00000000">
        <w:rPr>
          <w:rtl w:val="0"/>
        </w:rPr>
      </w:r>
    </w:p>
    <w:p w:rsidR="00000000" w:rsidDel="00000000" w:rsidP="00000000" w:rsidRDefault="00000000" w:rsidRPr="00000000" w14:paraId="00000206">
      <w:pPr>
        <w:spacing w:after="0" w:lineRule="auto"/>
        <w:rPr/>
      </w:pPr>
      <w:r w:rsidDel="00000000" w:rsidR="00000000" w:rsidRPr="00000000">
        <w:rPr>
          <w:rtl w:val="0"/>
        </w:rPr>
      </w:r>
    </w:p>
    <w:p w:rsidR="00000000" w:rsidDel="00000000" w:rsidP="00000000" w:rsidRDefault="00000000" w:rsidRPr="00000000" w14:paraId="00000207">
      <w:pPr>
        <w:spacing w:after="0" w:lineRule="auto"/>
        <w:rPr/>
      </w:pPr>
      <w:r w:rsidDel="00000000" w:rsidR="00000000" w:rsidRPr="00000000">
        <w:rPr>
          <w:rFonts w:ascii="Arial" w:cs="Arial" w:eastAsia="Arial" w:hAnsi="Arial"/>
          <w:color w:val="5d7284"/>
          <w:sz w:val="22"/>
          <w:szCs w:val="22"/>
          <w:rtl w:val="0"/>
        </w:rPr>
        <w:t xml:space="preserve">32:39</w:t>
      </w:r>
      <w:r w:rsidDel="00000000" w:rsidR="00000000" w:rsidRPr="00000000">
        <w:rPr>
          <w:rtl w:val="0"/>
        </w:rPr>
      </w:r>
    </w:p>
    <w:p w:rsidR="00000000" w:rsidDel="00000000" w:rsidP="00000000" w:rsidRDefault="00000000" w:rsidRPr="00000000" w14:paraId="00000208">
      <w:pPr>
        <w:spacing w:after="0" w:lineRule="auto"/>
        <w:rPr/>
      </w:pPr>
      <w:r w:rsidDel="00000000" w:rsidR="00000000" w:rsidRPr="00000000">
        <w:rPr>
          <w:rFonts w:ascii="Arial" w:cs="Arial" w:eastAsia="Arial" w:hAnsi="Arial"/>
          <w:sz w:val="22"/>
          <w:szCs w:val="22"/>
          <w:rtl w:val="0"/>
        </w:rPr>
        <w:t xml:space="preserve">the Historical Society?</w:t>
      </w:r>
      <w:r w:rsidDel="00000000" w:rsidR="00000000" w:rsidRPr="00000000">
        <w:rPr>
          <w:rtl w:val="0"/>
        </w:rPr>
      </w:r>
    </w:p>
    <w:p w:rsidR="00000000" w:rsidDel="00000000" w:rsidP="00000000" w:rsidRDefault="00000000" w:rsidRPr="00000000" w14:paraId="00000209">
      <w:pPr>
        <w:spacing w:after="0" w:lineRule="auto"/>
        <w:rPr/>
      </w:pPr>
      <w:r w:rsidDel="00000000" w:rsidR="00000000" w:rsidRPr="00000000">
        <w:rPr>
          <w:rtl w:val="0"/>
        </w:rPr>
      </w:r>
    </w:p>
    <w:p w:rsidR="00000000" w:rsidDel="00000000" w:rsidP="00000000" w:rsidRDefault="00000000" w:rsidRPr="00000000" w14:paraId="0000020A">
      <w:pPr>
        <w:spacing w:after="0" w:lineRule="auto"/>
        <w:rPr/>
      </w:pPr>
      <w:r w:rsidDel="00000000" w:rsidR="00000000" w:rsidRPr="00000000">
        <w:rPr>
          <w:rFonts w:ascii="Arial" w:cs="Arial" w:eastAsia="Arial" w:hAnsi="Arial"/>
          <w:color w:val="5d7284"/>
          <w:sz w:val="22"/>
          <w:szCs w:val="22"/>
          <w:rtl w:val="0"/>
        </w:rPr>
        <w:t xml:space="preserve">32:44</w:t>
      </w:r>
      <w:r w:rsidDel="00000000" w:rsidR="00000000" w:rsidRPr="00000000">
        <w:rPr>
          <w:rtl w:val="0"/>
        </w:rPr>
      </w:r>
    </w:p>
    <w:p w:rsidR="00000000" w:rsidDel="00000000" w:rsidP="00000000" w:rsidRDefault="00000000" w:rsidRPr="00000000" w14:paraId="0000020B">
      <w:pPr>
        <w:spacing w:after="0" w:lineRule="auto"/>
        <w:rPr/>
      </w:pPr>
      <w:r w:rsidDel="00000000" w:rsidR="00000000" w:rsidRPr="00000000">
        <w:rPr>
          <w:rFonts w:ascii="Arial" w:cs="Arial" w:eastAsia="Arial" w:hAnsi="Arial"/>
          <w:sz w:val="22"/>
          <w:szCs w:val="22"/>
          <w:rtl w:val="0"/>
        </w:rPr>
        <w:t xml:space="preserve">Well, I just talked with the guy there, Scott, I think his name was, he's like the Irish enthusiast that volunteers there on Saturdays sometimes. So one down, down the hill here, oh yeah, just at the bottom of the hill.</w:t>
      </w:r>
      <w:r w:rsidDel="00000000" w:rsidR="00000000" w:rsidRPr="00000000">
        <w:rPr>
          <w:rtl w:val="0"/>
        </w:rPr>
      </w:r>
    </w:p>
    <w:p w:rsidR="00000000" w:rsidDel="00000000" w:rsidP="00000000" w:rsidRDefault="00000000" w:rsidRPr="00000000" w14:paraId="0000020C">
      <w:pPr>
        <w:spacing w:after="0" w:lineRule="auto"/>
        <w:rPr/>
      </w:pPr>
      <w:r w:rsidDel="00000000" w:rsidR="00000000" w:rsidRPr="00000000">
        <w:rPr>
          <w:rtl w:val="0"/>
        </w:rPr>
      </w:r>
    </w:p>
    <w:p w:rsidR="00000000" w:rsidDel="00000000" w:rsidP="00000000" w:rsidRDefault="00000000" w:rsidRPr="00000000" w14:paraId="0000020D">
      <w:pPr>
        <w:spacing w:after="0" w:lineRule="auto"/>
        <w:rPr/>
      </w:pPr>
      <w:r w:rsidDel="00000000" w:rsidR="00000000" w:rsidRPr="00000000">
        <w:rPr>
          <w:rFonts w:ascii="Arial" w:cs="Arial" w:eastAsia="Arial" w:hAnsi="Arial"/>
          <w:color w:val="5d7284"/>
          <w:sz w:val="22"/>
          <w:szCs w:val="22"/>
          <w:rtl w:val="0"/>
        </w:rPr>
        <w:t xml:space="preserve">33:01</w:t>
      </w:r>
      <w:r w:rsidDel="00000000" w:rsidR="00000000" w:rsidRPr="00000000">
        <w:rPr>
          <w:rtl w:val="0"/>
        </w:rPr>
      </w:r>
    </w:p>
    <w:p w:rsidR="00000000" w:rsidDel="00000000" w:rsidP="00000000" w:rsidRDefault="00000000" w:rsidRPr="00000000" w14:paraId="0000020E">
      <w:pPr>
        <w:spacing w:after="0" w:lineRule="auto"/>
        <w:rPr/>
      </w:pPr>
      <w:r w:rsidDel="00000000" w:rsidR="00000000" w:rsidRPr="00000000">
        <w:rPr>
          <w:rFonts w:ascii="Arial" w:cs="Arial" w:eastAsia="Arial" w:hAnsi="Arial"/>
          <w:sz w:val="22"/>
          <w:szCs w:val="22"/>
          <w:rtl w:val="0"/>
        </w:rPr>
        <w:t xml:space="preserve">Now, John does the </w:t>
      </w:r>
      <w:r w:rsidDel="00000000" w:rsidR="00000000" w:rsidRPr="00000000">
        <w:rPr>
          <w:rFonts w:ascii="Arial" w:cs="Arial" w:eastAsia="Arial" w:hAnsi="Arial"/>
          <w:rtl w:val="0"/>
        </w:rPr>
        <w:t xml:space="preserve">P</w:t>
      </w:r>
      <w:r w:rsidDel="00000000" w:rsidR="00000000" w:rsidRPr="00000000">
        <w:rPr>
          <w:rFonts w:ascii="Arial" w:cs="Arial" w:eastAsia="Arial" w:hAnsi="Arial"/>
          <w:sz w:val="22"/>
          <w:szCs w:val="22"/>
          <w:rtl w:val="0"/>
        </w:rPr>
        <w:t xml:space="preserve">oker Hill School come up here for field trips. They haven't come up. Our son </w:t>
      </w:r>
      <w:r w:rsidDel="00000000" w:rsidR="00000000" w:rsidRPr="00000000">
        <w:rPr>
          <w:rFonts w:ascii="Arial" w:cs="Arial" w:eastAsia="Arial" w:hAnsi="Arial"/>
          <w:rtl w:val="0"/>
        </w:rPr>
        <w:t xml:space="preserve">goes there</w:t>
      </w:r>
      <w:r w:rsidDel="00000000" w:rsidR="00000000" w:rsidRPr="00000000">
        <w:rPr>
          <w:rFonts w:ascii="Arial" w:cs="Arial" w:eastAsia="Arial" w:hAnsi="Arial"/>
          <w:sz w:val="22"/>
          <w:szCs w:val="22"/>
          <w:rtl w:val="0"/>
        </w:rPr>
        <w:t xml:space="preserve">. They have, you know, </w:t>
      </w:r>
      <w:r w:rsidDel="00000000" w:rsidR="00000000" w:rsidRPr="00000000">
        <w:rPr>
          <w:rFonts w:ascii="Arial" w:cs="Arial" w:eastAsia="Arial" w:hAnsi="Arial"/>
          <w:sz w:val="22"/>
          <w:szCs w:val="22"/>
          <w:rtl w:val="0"/>
        </w:rPr>
        <w:t xml:space="preserve">they have a</w:t>
      </w:r>
      <w:r w:rsidDel="00000000" w:rsidR="00000000" w:rsidRPr="00000000">
        <w:rPr>
          <w:rFonts w:ascii="Arial" w:cs="Arial" w:eastAsia="Arial" w:hAnsi="Arial"/>
          <w:sz w:val="22"/>
          <w:szCs w:val="22"/>
          <w:rtl w:val="0"/>
        </w:rPr>
        <w:t xml:space="preserve"> pretty nice property there. I mean, they could, but they've got, you know, they have, like, a year up in the backwoods, and they've got a lot to explore there. My grandson goes there, yes, oh, </w:t>
      </w:r>
      <w:r w:rsidDel="00000000" w:rsidR="00000000" w:rsidRPr="00000000">
        <w:rPr>
          <w:rFonts w:ascii="Arial" w:cs="Arial" w:eastAsia="Arial" w:hAnsi="Arial"/>
          <w:rtl w:val="0"/>
        </w:rPr>
        <w:t xml:space="preserve">he's</w:t>
      </w:r>
      <w:r w:rsidDel="00000000" w:rsidR="00000000" w:rsidRPr="00000000">
        <w:rPr>
          <w:rFonts w:ascii="Arial" w:cs="Arial" w:eastAsia="Arial" w:hAnsi="Arial"/>
          <w:sz w:val="22"/>
          <w:szCs w:val="22"/>
          <w:rtl w:val="0"/>
        </w:rPr>
        <w:t xml:space="preserve"> four, okay. His name is Paige McCarthy.</w:t>
      </w:r>
      <w:r w:rsidDel="00000000" w:rsidR="00000000" w:rsidRPr="00000000">
        <w:rPr>
          <w:rtl w:val="0"/>
        </w:rPr>
      </w:r>
    </w:p>
    <w:p w:rsidR="00000000" w:rsidDel="00000000" w:rsidP="00000000" w:rsidRDefault="00000000" w:rsidRPr="00000000" w14:paraId="0000020F">
      <w:pPr>
        <w:spacing w:after="0" w:lineRule="auto"/>
        <w:rPr/>
      </w:pPr>
      <w:r w:rsidDel="00000000" w:rsidR="00000000" w:rsidRPr="00000000">
        <w:rPr>
          <w:rtl w:val="0"/>
        </w:rPr>
      </w:r>
    </w:p>
    <w:p w:rsidR="00000000" w:rsidDel="00000000" w:rsidP="00000000" w:rsidRDefault="00000000" w:rsidRPr="00000000" w14:paraId="00000210">
      <w:pPr>
        <w:spacing w:after="0" w:lineRule="auto"/>
        <w:rPr/>
      </w:pPr>
      <w:r w:rsidDel="00000000" w:rsidR="00000000" w:rsidRPr="00000000">
        <w:rPr>
          <w:rFonts w:ascii="Arial" w:cs="Arial" w:eastAsia="Arial" w:hAnsi="Arial"/>
          <w:color w:val="5d7284"/>
          <w:sz w:val="22"/>
          <w:szCs w:val="22"/>
          <w:rtl w:val="0"/>
        </w:rPr>
        <w:t xml:space="preserve">33:28</w:t>
      </w:r>
      <w:r w:rsidDel="00000000" w:rsidR="00000000" w:rsidRPr="00000000">
        <w:rPr>
          <w:rtl w:val="0"/>
        </w:rPr>
      </w:r>
    </w:p>
    <w:p w:rsidR="00000000" w:rsidDel="00000000" w:rsidP="00000000" w:rsidRDefault="00000000" w:rsidRPr="00000000" w14:paraId="00000211">
      <w:pPr>
        <w:spacing w:after="0" w:lineRule="auto"/>
        <w:rPr/>
      </w:pPr>
      <w:r w:rsidDel="00000000" w:rsidR="00000000" w:rsidRPr="00000000">
        <w:rPr>
          <w:rFonts w:ascii="Arial" w:cs="Arial" w:eastAsia="Arial" w:hAnsi="Arial"/>
          <w:sz w:val="22"/>
          <w:szCs w:val="22"/>
          <w:rtl w:val="0"/>
        </w:rPr>
        <w:t xml:space="preserve">My son is five, so </w:t>
      </w:r>
      <w:r w:rsidDel="00000000" w:rsidR="00000000" w:rsidRPr="00000000">
        <w:rPr>
          <w:rFonts w:ascii="Arial" w:cs="Arial" w:eastAsia="Arial" w:hAnsi="Arial"/>
          <w:rtl w:val="0"/>
        </w:rPr>
        <w:t xml:space="preserve">he's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probably </w:t>
      </w:r>
      <w:r w:rsidDel="00000000" w:rsidR="00000000" w:rsidRPr="00000000">
        <w:rPr>
          <w:rFonts w:ascii="Arial" w:cs="Arial" w:eastAsia="Arial" w:hAnsi="Arial"/>
          <w:rtl w:val="0"/>
        </w:rPr>
        <w:t xml:space="preserve">older class</w:t>
      </w:r>
      <w:r w:rsidDel="00000000" w:rsidR="00000000" w:rsidRPr="00000000">
        <w:rPr>
          <w:rFonts w:ascii="Arial" w:cs="Arial" w:eastAsia="Arial" w:hAnsi="Arial"/>
          <w:rtl w:val="0"/>
        </w:rPr>
        <w:t xml:space="preserve">.</w:t>
      </w:r>
      <w:r w:rsidDel="00000000" w:rsidR="00000000" w:rsidRPr="00000000">
        <w:rPr>
          <w:rFonts w:ascii="Arial" w:cs="Arial" w:eastAsia="Arial" w:hAnsi="Arial"/>
          <w:sz w:val="22"/>
          <w:szCs w:val="22"/>
          <w:rtl w:val="0"/>
        </w:rPr>
        <w:t xml:space="preserve"> Yes, but it depends, </w:t>
      </w:r>
      <w:r w:rsidDel="00000000" w:rsidR="00000000" w:rsidRPr="00000000">
        <w:rPr>
          <w:rFonts w:ascii="Arial" w:cs="Arial" w:eastAsia="Arial" w:hAnsi="Arial"/>
          <w:rtl w:val="0"/>
        </w:rPr>
        <w:t xml:space="preserve">if he's</w:t>
      </w:r>
      <w:r w:rsidDel="00000000" w:rsidR="00000000" w:rsidRPr="00000000">
        <w:rPr>
          <w:rFonts w:ascii="Arial" w:cs="Arial" w:eastAsia="Arial" w:hAnsi="Arial"/>
          <w:sz w:val="22"/>
          <w:szCs w:val="22"/>
          <w:rtl w:val="0"/>
        </w:rPr>
        <w:t xml:space="preserve"> four, turning five.</w:t>
      </w:r>
      <w:r w:rsidDel="00000000" w:rsidR="00000000" w:rsidRPr="00000000">
        <w:rPr>
          <w:rtl w:val="0"/>
        </w:rPr>
      </w:r>
    </w:p>
    <w:p w:rsidR="00000000" w:rsidDel="00000000" w:rsidP="00000000" w:rsidRDefault="00000000" w:rsidRPr="00000000" w14:paraId="00000212">
      <w:pPr>
        <w:spacing w:after="0" w:lineRule="auto"/>
        <w:rPr/>
      </w:pPr>
      <w:r w:rsidDel="00000000" w:rsidR="00000000" w:rsidRPr="00000000">
        <w:rPr>
          <w:rtl w:val="0"/>
        </w:rPr>
      </w:r>
    </w:p>
    <w:p w:rsidR="00000000" w:rsidDel="00000000" w:rsidP="00000000" w:rsidRDefault="00000000" w:rsidRPr="00000000" w14:paraId="00000213">
      <w:pPr>
        <w:spacing w:after="0" w:lineRule="auto"/>
        <w:rPr/>
      </w:pPr>
      <w:r w:rsidDel="00000000" w:rsidR="00000000" w:rsidRPr="00000000">
        <w:rPr>
          <w:rFonts w:ascii="Arial" w:cs="Arial" w:eastAsia="Arial" w:hAnsi="Arial"/>
          <w:color w:val="5d7284"/>
          <w:sz w:val="22"/>
          <w:szCs w:val="22"/>
          <w:rtl w:val="0"/>
        </w:rPr>
        <w:t xml:space="preserve">33:37</w:t>
      </w:r>
      <w:r w:rsidDel="00000000" w:rsidR="00000000" w:rsidRPr="00000000">
        <w:rPr>
          <w:rtl w:val="0"/>
        </w:rPr>
      </w:r>
    </w:p>
    <w:p w:rsidR="00000000" w:rsidDel="00000000" w:rsidP="00000000" w:rsidRDefault="00000000" w:rsidRPr="00000000" w14:paraId="00000214">
      <w:pPr>
        <w:spacing w:after="0" w:lineRule="auto"/>
        <w:rPr/>
      </w:pPr>
      <w:r w:rsidDel="00000000" w:rsidR="00000000" w:rsidRPr="00000000">
        <w:rPr>
          <w:rFonts w:ascii="Arial" w:cs="Arial" w:eastAsia="Arial" w:hAnsi="Arial"/>
          <w:sz w:val="22"/>
          <w:szCs w:val="22"/>
          <w:rtl w:val="0"/>
        </w:rPr>
        <w:t xml:space="preserve">No, </w:t>
      </w:r>
      <w:r w:rsidDel="00000000" w:rsidR="00000000" w:rsidRPr="00000000">
        <w:rPr>
          <w:rFonts w:ascii="Arial" w:cs="Arial" w:eastAsia="Arial" w:hAnsi="Arial"/>
          <w:rtl w:val="0"/>
        </w:rPr>
        <w:t xml:space="preserve">next</w:t>
      </w:r>
      <w:r w:rsidDel="00000000" w:rsidR="00000000" w:rsidRPr="00000000">
        <w:rPr>
          <w:rFonts w:ascii="Arial" w:cs="Arial" w:eastAsia="Arial" w:hAnsi="Arial"/>
          <w:sz w:val="22"/>
          <w:szCs w:val="22"/>
          <w:rtl w:val="0"/>
        </w:rPr>
        <w:t xml:space="preserve"> year, March, yeah, </w:t>
      </w:r>
      <w:r w:rsidDel="00000000" w:rsidR="00000000" w:rsidRPr="00000000">
        <w:rPr>
          <w:rFonts w:ascii="Arial" w:cs="Arial" w:eastAsia="Arial" w:hAnsi="Arial"/>
          <w:rtl w:val="0"/>
        </w:rPr>
        <w:t xml:space="preserve">he's a preschooler</w:t>
      </w:r>
      <w:r w:rsidDel="00000000" w:rsidR="00000000" w:rsidRPr="00000000">
        <w:rPr>
          <w:rFonts w:ascii="Arial" w:cs="Arial" w:eastAsia="Arial" w:hAnsi="Arial"/>
          <w:sz w:val="22"/>
          <w:szCs w:val="22"/>
          <w:rtl w:val="0"/>
        </w:rPr>
        <w:t xml:space="preserve">. Yes, yeah. Because my </w:t>
      </w:r>
      <w:r w:rsidDel="00000000" w:rsidR="00000000" w:rsidRPr="00000000">
        <w:rPr>
          <w:rFonts w:ascii="Arial" w:cs="Arial" w:eastAsia="Arial" w:hAnsi="Arial"/>
          <w:rtl w:val="0"/>
        </w:rPr>
        <w:t xml:space="preserve">son turns</w:t>
      </w:r>
      <w:r w:rsidDel="00000000" w:rsidR="00000000" w:rsidRPr="00000000">
        <w:rPr>
          <w:rFonts w:ascii="Arial" w:cs="Arial" w:eastAsia="Arial" w:hAnsi="Arial"/>
          <w:sz w:val="22"/>
          <w:szCs w:val="22"/>
          <w:rtl w:val="0"/>
        </w:rPr>
        <w:t xml:space="preserve"> five in September, so a lot of five year olds would be in, would be in kindergarten, but because he turns right after September 1, like the hard line, he'll stay there, so he's there for the year. Yeah, good, yeah. It's a great place. He loves it, yeah? People, a bunch of kids, come to the program, like everybody speaks so highly of it, yeah. And we were lucky, because they have a big wait list, yes. And they just started doing </w:t>
      </w:r>
      <w:r w:rsidDel="00000000" w:rsidR="00000000" w:rsidRPr="00000000">
        <w:rPr>
          <w:rFonts w:ascii="Arial" w:cs="Arial" w:eastAsia="Arial" w:hAnsi="Arial"/>
          <w:rtl w:val="0"/>
        </w:rPr>
        <w:t xml:space="preserve">raffles</w:t>
      </w:r>
      <w:r w:rsidDel="00000000" w:rsidR="00000000" w:rsidRPr="00000000">
        <w:rPr>
          <w:rFonts w:ascii="Arial" w:cs="Arial" w:eastAsia="Arial" w:hAnsi="Arial"/>
          <w:sz w:val="22"/>
          <w:szCs w:val="22"/>
          <w:rtl w:val="0"/>
        </w:rPr>
        <w:t xml:space="preserve"> before it was all  first come, first serve. We signed up late. And luckily, they did a raffle for I don't know how many spots, and he won the raffle. So,</w:t>
      </w:r>
      <w:r w:rsidDel="00000000" w:rsidR="00000000" w:rsidRPr="00000000">
        <w:rPr>
          <w:rtl w:val="0"/>
        </w:rPr>
      </w:r>
    </w:p>
    <w:p w:rsidR="00000000" w:rsidDel="00000000" w:rsidP="00000000" w:rsidRDefault="00000000" w:rsidRPr="00000000" w14:paraId="00000215">
      <w:pPr>
        <w:spacing w:after="0" w:lineRule="auto"/>
        <w:rPr/>
      </w:pPr>
      <w:r w:rsidDel="00000000" w:rsidR="00000000" w:rsidRPr="00000000">
        <w:rPr>
          <w:rtl w:val="0"/>
        </w:rPr>
      </w:r>
    </w:p>
    <w:p w:rsidR="00000000" w:rsidDel="00000000" w:rsidP="00000000" w:rsidRDefault="00000000" w:rsidRPr="00000000" w14:paraId="00000216">
      <w:pPr>
        <w:spacing w:after="0" w:lineRule="auto"/>
        <w:rPr/>
      </w:pPr>
      <w:r w:rsidDel="00000000" w:rsidR="00000000" w:rsidRPr="00000000">
        <w:rPr>
          <w:rFonts w:ascii="Arial" w:cs="Arial" w:eastAsia="Arial" w:hAnsi="Arial"/>
          <w:color w:val="5d7284"/>
          <w:sz w:val="22"/>
          <w:szCs w:val="22"/>
          <w:rtl w:val="0"/>
        </w:rPr>
        <w:t xml:space="preserve">34:18</w:t>
      </w:r>
      <w:r w:rsidDel="00000000" w:rsidR="00000000" w:rsidRPr="00000000">
        <w:rPr>
          <w:rtl w:val="0"/>
        </w:rPr>
      </w:r>
    </w:p>
    <w:p w:rsidR="00000000" w:rsidDel="00000000" w:rsidP="00000000" w:rsidRDefault="00000000" w:rsidRPr="00000000" w14:paraId="00000217">
      <w:pPr>
        <w:spacing w:after="0" w:lineRule="auto"/>
        <w:rPr/>
      </w:pPr>
      <w:r w:rsidDel="00000000" w:rsidR="00000000" w:rsidRPr="00000000">
        <w:rPr>
          <w:rFonts w:ascii="Arial" w:cs="Arial" w:eastAsia="Arial" w:hAnsi="Arial"/>
          <w:sz w:val="22"/>
          <w:szCs w:val="22"/>
          <w:rtl w:val="0"/>
        </w:rPr>
        <w:t xml:space="preserve">so he goes there three days a week now, and he goes to forest school one day a week. Yeah, good.</w:t>
      </w:r>
      <w:r w:rsidDel="00000000" w:rsidR="00000000" w:rsidRPr="00000000">
        <w:rPr>
          <w:rtl w:val="0"/>
        </w:rPr>
      </w:r>
    </w:p>
    <w:p w:rsidR="00000000" w:rsidDel="00000000" w:rsidP="00000000" w:rsidRDefault="00000000" w:rsidRPr="00000000" w14:paraId="00000218">
      <w:pPr>
        <w:spacing w:after="0" w:lineRule="auto"/>
        <w:rPr/>
      </w:pPr>
      <w:r w:rsidDel="00000000" w:rsidR="00000000" w:rsidRPr="00000000">
        <w:rPr>
          <w:rtl w:val="0"/>
        </w:rPr>
      </w:r>
    </w:p>
    <w:p w:rsidR="00000000" w:rsidDel="00000000" w:rsidP="00000000" w:rsidRDefault="00000000" w:rsidRPr="00000000" w14:paraId="00000219">
      <w:pPr>
        <w:spacing w:after="0" w:lineRule="auto"/>
        <w:rPr/>
      </w:pPr>
      <w:r w:rsidDel="00000000" w:rsidR="00000000" w:rsidRPr="00000000">
        <w:rPr>
          <w:rFonts w:ascii="Arial" w:cs="Arial" w:eastAsia="Arial" w:hAnsi="Arial"/>
          <w:color w:val="5d7284"/>
          <w:sz w:val="22"/>
          <w:szCs w:val="22"/>
          <w:rtl w:val="0"/>
        </w:rPr>
        <w:t xml:space="preserve">34:24</w:t>
      </w:r>
      <w:r w:rsidDel="00000000" w:rsidR="00000000" w:rsidRPr="00000000">
        <w:rPr>
          <w:rtl w:val="0"/>
        </w:rPr>
      </w:r>
    </w:p>
    <w:p w:rsidR="00000000" w:rsidDel="00000000" w:rsidP="00000000" w:rsidRDefault="00000000" w:rsidRPr="00000000" w14:paraId="0000021A">
      <w:pPr>
        <w:spacing w:after="0" w:lineRule="auto"/>
        <w:rPr/>
      </w:pPr>
      <w:r w:rsidDel="00000000" w:rsidR="00000000" w:rsidRPr="00000000">
        <w:rPr>
          <w:rFonts w:ascii="Arial" w:cs="Arial" w:eastAsia="Arial" w:hAnsi="Arial"/>
          <w:sz w:val="22"/>
          <w:szCs w:val="22"/>
          <w:rtl w:val="0"/>
        </w:rPr>
        <w:t xml:space="preserve">I had a question, do you </w:t>
      </w:r>
      <w:r w:rsidDel="00000000" w:rsidR="00000000" w:rsidRPr="00000000">
        <w:rPr>
          <w:rFonts w:ascii="Arial" w:cs="Arial" w:eastAsia="Arial" w:hAnsi="Arial"/>
          <w:rtl w:val="0"/>
        </w:rPr>
        <w:t xml:space="preserve">know what</w:t>
      </w:r>
      <w:r w:rsidDel="00000000" w:rsidR="00000000" w:rsidRPr="00000000">
        <w:rPr>
          <w:rFonts w:ascii="Arial" w:cs="Arial" w:eastAsia="Arial" w:hAnsi="Arial"/>
          <w:sz w:val="22"/>
          <w:szCs w:val="22"/>
          <w:rtl w:val="0"/>
        </w:rPr>
        <w:t xml:space="preserve"> animals they kept, or if they raised, if they ever did milk or sheep or milk, or what? You know,</w:t>
      </w:r>
      <w:r w:rsidDel="00000000" w:rsidR="00000000" w:rsidRPr="00000000">
        <w:rPr>
          <w:rtl w:val="0"/>
        </w:rPr>
      </w:r>
    </w:p>
    <w:p w:rsidR="00000000" w:rsidDel="00000000" w:rsidP="00000000" w:rsidRDefault="00000000" w:rsidRPr="00000000" w14:paraId="0000021B">
      <w:pPr>
        <w:spacing w:after="0" w:lineRule="auto"/>
        <w:rPr/>
      </w:pPr>
      <w:r w:rsidDel="00000000" w:rsidR="00000000" w:rsidRPr="00000000">
        <w:rPr>
          <w:rtl w:val="0"/>
        </w:rPr>
      </w:r>
    </w:p>
    <w:p w:rsidR="00000000" w:rsidDel="00000000" w:rsidP="00000000" w:rsidRDefault="00000000" w:rsidRPr="00000000" w14:paraId="0000021C">
      <w:pPr>
        <w:spacing w:after="0" w:lineRule="auto"/>
        <w:rPr/>
      </w:pPr>
      <w:r w:rsidDel="00000000" w:rsidR="00000000" w:rsidRPr="00000000">
        <w:rPr>
          <w:rFonts w:ascii="Arial" w:cs="Arial" w:eastAsia="Arial" w:hAnsi="Arial"/>
          <w:color w:val="5d7284"/>
          <w:sz w:val="22"/>
          <w:szCs w:val="22"/>
          <w:rtl w:val="0"/>
        </w:rPr>
        <w:t xml:space="preserve">34:37</w:t>
      </w:r>
      <w:r w:rsidDel="00000000" w:rsidR="00000000" w:rsidRPr="00000000">
        <w:rPr>
          <w:rtl w:val="0"/>
        </w:rPr>
      </w:r>
    </w:p>
    <w:p w:rsidR="00000000" w:rsidDel="00000000" w:rsidP="00000000" w:rsidRDefault="00000000" w:rsidRPr="00000000" w14:paraId="0000021D">
      <w:pPr>
        <w:spacing w:after="0" w:lineRule="auto"/>
        <w:rPr/>
      </w:pPr>
      <w:r w:rsidDel="00000000" w:rsidR="00000000" w:rsidRPr="00000000">
        <w:rPr>
          <w:rFonts w:ascii="Arial" w:cs="Arial" w:eastAsia="Arial" w:hAnsi="Arial"/>
          <w:sz w:val="22"/>
          <w:szCs w:val="22"/>
          <w:rtl w:val="0"/>
        </w:rPr>
        <w:t xml:space="preserve">there's a farm auction on the artillery ra</w:t>
      </w:r>
      <w:r w:rsidDel="00000000" w:rsidR="00000000" w:rsidRPr="00000000">
        <w:rPr>
          <w:rFonts w:ascii="Arial" w:cs="Arial" w:eastAsia="Arial" w:hAnsi="Arial"/>
          <w:rtl w:val="0"/>
        </w:rPr>
        <w:t xml:space="preserve">nge </w:t>
      </w:r>
      <w:r w:rsidDel="00000000" w:rsidR="00000000" w:rsidRPr="00000000">
        <w:rPr>
          <w:rFonts w:ascii="Arial" w:cs="Arial" w:eastAsia="Arial" w:hAnsi="Arial"/>
          <w:sz w:val="22"/>
          <w:szCs w:val="22"/>
          <w:rtl w:val="0"/>
        </w:rPr>
        <w:t xml:space="preserve"> in the 1920s so that was cows, </w:t>
      </w:r>
      <w:r w:rsidDel="00000000" w:rsidR="00000000" w:rsidRPr="00000000">
        <w:rPr>
          <w:rFonts w:ascii="Arial" w:cs="Arial" w:eastAsia="Arial" w:hAnsi="Arial"/>
          <w:rtl w:val="0"/>
        </w:rPr>
        <w:t xml:space="preserve">b</w:t>
      </w:r>
      <w:r w:rsidDel="00000000" w:rsidR="00000000" w:rsidRPr="00000000">
        <w:rPr>
          <w:rFonts w:ascii="Arial" w:cs="Arial" w:eastAsia="Arial" w:hAnsi="Arial"/>
          <w:sz w:val="22"/>
          <w:szCs w:val="22"/>
          <w:rtl w:val="0"/>
        </w:rPr>
        <w:t xml:space="preserve">ull,</w:t>
      </w:r>
      <w:r w:rsidDel="00000000" w:rsidR="00000000" w:rsidRPr="00000000">
        <w:rPr>
          <w:rtl w:val="0"/>
        </w:rPr>
      </w:r>
    </w:p>
    <w:p w:rsidR="00000000" w:rsidDel="00000000" w:rsidP="00000000" w:rsidRDefault="00000000" w:rsidRPr="00000000" w14:paraId="0000021E">
      <w:pPr>
        <w:spacing w:after="0" w:lineRule="auto"/>
        <w:rPr/>
      </w:pPr>
      <w:r w:rsidDel="00000000" w:rsidR="00000000" w:rsidRPr="00000000">
        <w:rPr>
          <w:rtl w:val="0"/>
        </w:rPr>
      </w:r>
    </w:p>
    <w:p w:rsidR="00000000" w:rsidDel="00000000" w:rsidP="00000000" w:rsidRDefault="00000000" w:rsidRPr="00000000" w14:paraId="0000021F">
      <w:pPr>
        <w:spacing w:after="0" w:lineRule="auto"/>
        <w:rPr/>
      </w:pPr>
      <w:r w:rsidDel="00000000" w:rsidR="00000000" w:rsidRPr="00000000">
        <w:rPr>
          <w:rFonts w:ascii="Arial" w:cs="Arial" w:eastAsia="Arial" w:hAnsi="Arial"/>
          <w:color w:val="5d7284"/>
          <w:sz w:val="22"/>
          <w:szCs w:val="22"/>
          <w:rtl w:val="0"/>
        </w:rPr>
        <w:t xml:space="preserve">34:47</w:t>
      </w:r>
      <w:r w:rsidDel="00000000" w:rsidR="00000000" w:rsidRPr="00000000">
        <w:rPr>
          <w:rtl w:val="0"/>
        </w:rPr>
      </w:r>
    </w:p>
    <w:p w:rsidR="00000000" w:rsidDel="00000000" w:rsidP="00000000" w:rsidRDefault="00000000" w:rsidRPr="00000000" w14:paraId="00000220">
      <w:pPr>
        <w:spacing w:after="0" w:lineRule="auto"/>
        <w:rPr/>
      </w:pPr>
      <w:r w:rsidDel="00000000" w:rsidR="00000000" w:rsidRPr="00000000">
        <w:rPr>
          <w:rFonts w:ascii="Arial" w:cs="Arial" w:eastAsia="Arial" w:hAnsi="Arial"/>
          <w:sz w:val="22"/>
          <w:szCs w:val="22"/>
          <w:rtl w:val="0"/>
        </w:rPr>
        <w:t xml:space="preserve">and I don't know </w:t>
      </w:r>
      <w:r w:rsidDel="00000000" w:rsidR="00000000" w:rsidRPr="00000000">
        <w:rPr>
          <w:rFonts w:ascii="Arial" w:cs="Arial" w:eastAsia="Arial" w:hAnsi="Arial"/>
          <w:rtl w:val="0"/>
        </w:rPr>
        <w:t xml:space="preserve">if</w:t>
      </w:r>
      <w:r w:rsidDel="00000000" w:rsidR="00000000" w:rsidRPr="00000000">
        <w:rPr>
          <w:rFonts w:ascii="Arial" w:cs="Arial" w:eastAsia="Arial" w:hAnsi="Arial"/>
          <w:sz w:val="22"/>
          <w:szCs w:val="22"/>
          <w:rtl w:val="0"/>
        </w:rPr>
        <w:t xml:space="preserve"> there </w:t>
      </w:r>
      <w:r w:rsidDel="00000000" w:rsidR="00000000" w:rsidRPr="00000000">
        <w:rPr>
          <w:rFonts w:ascii="Arial" w:cs="Arial" w:eastAsia="Arial" w:hAnsi="Arial"/>
          <w:sz w:val="22"/>
          <w:szCs w:val="22"/>
          <w:rtl w:val="0"/>
        </w:rPr>
        <w:t xml:space="preserve">was</w:t>
      </w:r>
      <w:r w:rsidDel="00000000" w:rsidR="00000000" w:rsidRPr="00000000">
        <w:rPr>
          <w:rFonts w:ascii="Arial" w:cs="Arial" w:eastAsia="Arial" w:hAnsi="Arial"/>
          <w:sz w:val="22"/>
          <w:szCs w:val="22"/>
          <w:rtl w:val="0"/>
        </w:rPr>
        <w:t xml:space="preserve"> a l</w:t>
      </w:r>
      <w:r w:rsidDel="00000000" w:rsidR="00000000" w:rsidRPr="00000000">
        <w:rPr>
          <w:rFonts w:ascii="Arial" w:cs="Arial" w:eastAsia="Arial" w:hAnsi="Arial"/>
          <w:rtl w:val="0"/>
        </w:rPr>
        <w:t xml:space="preserve">ist</w:t>
      </w:r>
      <w:r w:rsidDel="00000000" w:rsidR="00000000" w:rsidRPr="00000000">
        <w:rPr>
          <w:rFonts w:ascii="Arial" w:cs="Arial" w:eastAsia="Arial" w:hAnsi="Arial"/>
          <w:sz w:val="22"/>
          <w:szCs w:val="22"/>
          <w:rtl w:val="0"/>
        </w:rPr>
        <w:t xml:space="preserve"> of sheep there</w:t>
      </w:r>
      <w:r w:rsidDel="00000000" w:rsidR="00000000" w:rsidRPr="00000000">
        <w:rPr>
          <w:rFonts w:ascii="Arial" w:cs="Arial" w:eastAsia="Arial" w:hAnsi="Arial"/>
          <w:rtl w:val="0"/>
        </w:rPr>
        <w:t xml:space="preserve">. Here</w:t>
      </w:r>
      <w:r w:rsidDel="00000000" w:rsidR="00000000" w:rsidRPr="00000000">
        <w:rPr>
          <w:rFonts w:ascii="Arial" w:cs="Arial" w:eastAsia="Arial" w:hAnsi="Arial"/>
          <w:sz w:val="22"/>
          <w:szCs w:val="22"/>
          <w:rtl w:val="0"/>
        </w:rPr>
        <w:t xml:space="preserve">, you know, 150 years ago it was all open.</w:t>
      </w:r>
      <w:r w:rsidDel="00000000" w:rsidR="00000000" w:rsidRPr="00000000">
        <w:rPr>
          <w:rtl w:val="0"/>
        </w:rPr>
      </w:r>
    </w:p>
    <w:p w:rsidR="00000000" w:rsidDel="00000000" w:rsidP="00000000" w:rsidRDefault="00000000" w:rsidRPr="00000000" w14:paraId="00000221">
      <w:pPr>
        <w:spacing w:after="0" w:lineRule="auto"/>
        <w:rPr/>
      </w:pPr>
      <w:r w:rsidDel="00000000" w:rsidR="00000000" w:rsidRPr="00000000">
        <w:rPr>
          <w:rtl w:val="0"/>
        </w:rPr>
      </w:r>
    </w:p>
    <w:p w:rsidR="00000000" w:rsidDel="00000000" w:rsidP="00000000" w:rsidRDefault="00000000" w:rsidRPr="00000000" w14:paraId="00000222">
      <w:pPr>
        <w:spacing w:after="0" w:lineRule="auto"/>
        <w:rPr/>
      </w:pPr>
      <w:r w:rsidDel="00000000" w:rsidR="00000000" w:rsidRPr="00000000">
        <w:rPr>
          <w:rFonts w:ascii="Arial" w:cs="Arial" w:eastAsia="Arial" w:hAnsi="Arial"/>
          <w:color w:val="5d7284"/>
          <w:sz w:val="22"/>
          <w:szCs w:val="22"/>
          <w:rtl w:val="0"/>
        </w:rPr>
        <w:t xml:space="preserve">34:56</w:t>
      </w:r>
      <w:r w:rsidDel="00000000" w:rsidR="00000000" w:rsidRPr="00000000">
        <w:rPr>
          <w:rtl w:val="0"/>
        </w:rPr>
      </w:r>
    </w:p>
    <w:p w:rsidR="00000000" w:rsidDel="00000000" w:rsidP="00000000" w:rsidRDefault="00000000" w:rsidRPr="00000000" w14:paraId="00000223">
      <w:pPr>
        <w:spacing w:after="0" w:lineRule="auto"/>
        <w:rPr/>
      </w:pPr>
      <w:r w:rsidDel="00000000" w:rsidR="00000000" w:rsidRPr="00000000">
        <w:rPr>
          <w:rFonts w:ascii="Arial" w:cs="Arial" w:eastAsia="Arial" w:hAnsi="Arial"/>
          <w:sz w:val="22"/>
          <w:szCs w:val="22"/>
          <w:rtl w:val="0"/>
        </w:rPr>
        <w:t xml:space="preserve">Look </w:t>
      </w:r>
      <w:r w:rsidDel="00000000" w:rsidR="00000000" w:rsidRPr="00000000">
        <w:rPr>
          <w:rFonts w:ascii="Arial" w:cs="Arial" w:eastAsia="Arial" w:hAnsi="Arial"/>
          <w:rtl w:val="0"/>
        </w:rPr>
        <w:t xml:space="preserve">up the mountain</w:t>
      </w:r>
      <w:r w:rsidDel="00000000" w:rsidR="00000000" w:rsidRPr="00000000">
        <w:rPr>
          <w:rFonts w:ascii="Arial" w:cs="Arial" w:eastAsia="Arial" w:hAnsi="Arial"/>
          <w:sz w:val="22"/>
          <w:szCs w:val="22"/>
          <w:rtl w:val="0"/>
        </w:rPr>
        <w:t xml:space="preserve">, you know, so and the sheep did, took care.</w:t>
      </w:r>
      <w:r w:rsidDel="00000000" w:rsidR="00000000" w:rsidRPr="00000000">
        <w:rPr>
          <w:rtl w:val="0"/>
        </w:rPr>
      </w:r>
    </w:p>
    <w:p w:rsidR="00000000" w:rsidDel="00000000" w:rsidP="00000000" w:rsidRDefault="00000000" w:rsidRPr="00000000" w14:paraId="00000224">
      <w:pPr>
        <w:spacing w:after="0" w:lineRule="auto"/>
        <w:rPr/>
      </w:pPr>
      <w:r w:rsidDel="00000000" w:rsidR="00000000" w:rsidRPr="00000000">
        <w:rPr>
          <w:rtl w:val="0"/>
        </w:rPr>
      </w:r>
    </w:p>
    <w:p w:rsidR="00000000" w:rsidDel="00000000" w:rsidP="00000000" w:rsidRDefault="00000000" w:rsidRPr="00000000" w14:paraId="00000225">
      <w:pPr>
        <w:spacing w:after="0" w:lineRule="auto"/>
        <w:rPr/>
      </w:pPr>
      <w:r w:rsidDel="00000000" w:rsidR="00000000" w:rsidRPr="00000000">
        <w:rPr>
          <w:rFonts w:ascii="Arial" w:cs="Arial" w:eastAsia="Arial" w:hAnsi="Arial"/>
          <w:color w:val="5d7284"/>
          <w:sz w:val="22"/>
          <w:szCs w:val="22"/>
          <w:rtl w:val="0"/>
        </w:rPr>
        <w:t xml:space="preserve">35:00</w:t>
      </w:r>
      <w:r w:rsidDel="00000000" w:rsidR="00000000" w:rsidRPr="00000000">
        <w:rPr>
          <w:rtl w:val="0"/>
        </w:rPr>
      </w:r>
    </w:p>
    <w:p w:rsidR="00000000" w:rsidDel="00000000" w:rsidP="00000000" w:rsidRDefault="00000000" w:rsidRPr="00000000" w14:paraId="00000226">
      <w:pPr>
        <w:spacing w:after="0" w:lineRule="auto"/>
        <w:rPr/>
      </w:pPr>
      <w:r w:rsidDel="00000000" w:rsidR="00000000" w:rsidRPr="00000000">
        <w:rPr>
          <w:rFonts w:ascii="Arial" w:cs="Arial" w:eastAsia="Arial" w:hAnsi="Arial"/>
          <w:sz w:val="22"/>
          <w:szCs w:val="22"/>
          <w:rtl w:val="0"/>
        </w:rPr>
        <w:t xml:space="preserve">Of that a lot. So I would imagine they had sheep here, yeah, and they probably had cows. It used to be a creamery in the center.</w:t>
      </w:r>
      <w:r w:rsidDel="00000000" w:rsidR="00000000" w:rsidRPr="00000000">
        <w:rPr>
          <w:rtl w:val="0"/>
        </w:rPr>
      </w:r>
    </w:p>
    <w:p w:rsidR="00000000" w:rsidDel="00000000" w:rsidP="00000000" w:rsidRDefault="00000000" w:rsidRPr="00000000" w14:paraId="00000227">
      <w:pPr>
        <w:spacing w:after="0" w:lineRule="auto"/>
        <w:rPr/>
      </w:pPr>
      <w:r w:rsidDel="00000000" w:rsidR="00000000" w:rsidRPr="00000000">
        <w:rPr>
          <w:rtl w:val="0"/>
        </w:rPr>
      </w:r>
    </w:p>
    <w:p w:rsidR="00000000" w:rsidDel="00000000" w:rsidP="00000000" w:rsidRDefault="00000000" w:rsidRPr="00000000" w14:paraId="00000228">
      <w:pPr>
        <w:spacing w:after="0" w:lineRule="auto"/>
        <w:rPr/>
      </w:pPr>
      <w:r w:rsidDel="00000000" w:rsidR="00000000" w:rsidRPr="00000000">
        <w:rPr>
          <w:rFonts w:ascii="Arial" w:cs="Arial" w:eastAsia="Arial" w:hAnsi="Arial"/>
          <w:color w:val="5d7284"/>
          <w:sz w:val="22"/>
          <w:szCs w:val="22"/>
          <w:rtl w:val="0"/>
        </w:rPr>
        <w:t xml:space="preserve">35:09</w:t>
      </w:r>
      <w:r w:rsidDel="00000000" w:rsidR="00000000" w:rsidRPr="00000000">
        <w:rPr>
          <w:rtl w:val="0"/>
        </w:rPr>
      </w:r>
    </w:p>
    <w:p w:rsidR="00000000" w:rsidDel="00000000" w:rsidP="00000000" w:rsidRDefault="00000000" w:rsidRPr="00000000" w14:paraId="00000229">
      <w:pPr>
        <w:spacing w:after="0" w:lineRule="auto"/>
        <w:rPr/>
      </w:pP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rtl w:val="0"/>
        </w:rPr>
        <w:t xml:space="preserve">o,   </w:t>
      </w:r>
      <w:r w:rsidDel="00000000" w:rsidR="00000000" w:rsidRPr="00000000">
        <w:rPr>
          <w:rFonts w:ascii="Arial" w:cs="Arial" w:eastAsia="Arial" w:hAnsi="Arial"/>
          <w:sz w:val="22"/>
          <w:szCs w:val="22"/>
          <w:rtl w:val="0"/>
        </w:rPr>
        <w:t xml:space="preserve"> there he is,</w:t>
      </w:r>
      <w:r w:rsidDel="00000000" w:rsidR="00000000" w:rsidRPr="00000000">
        <w:rPr>
          <w:rtl w:val="0"/>
        </w:rPr>
      </w:r>
    </w:p>
    <w:p w:rsidR="00000000" w:rsidDel="00000000" w:rsidP="00000000" w:rsidRDefault="00000000" w:rsidRPr="00000000" w14:paraId="0000022A">
      <w:pPr>
        <w:spacing w:after="0" w:lineRule="auto"/>
        <w:rPr/>
      </w:pPr>
      <w:r w:rsidDel="00000000" w:rsidR="00000000" w:rsidRPr="00000000">
        <w:rPr>
          <w:rtl w:val="0"/>
        </w:rPr>
      </w:r>
    </w:p>
    <w:p w:rsidR="00000000" w:rsidDel="00000000" w:rsidP="00000000" w:rsidRDefault="00000000" w:rsidRPr="00000000" w14:paraId="0000022B">
      <w:pPr>
        <w:spacing w:after="0" w:lineRule="auto"/>
        <w:rPr/>
      </w:pPr>
      <w:r w:rsidDel="00000000" w:rsidR="00000000" w:rsidRPr="00000000">
        <w:rPr>
          <w:rFonts w:ascii="Arial" w:cs="Arial" w:eastAsia="Arial" w:hAnsi="Arial"/>
          <w:color w:val="5d7284"/>
          <w:sz w:val="22"/>
          <w:szCs w:val="22"/>
          <w:rtl w:val="0"/>
        </w:rPr>
        <w:t xml:space="preserve">35:14</w:t>
      </w:r>
      <w:r w:rsidDel="00000000" w:rsidR="00000000" w:rsidRPr="00000000">
        <w:rPr>
          <w:rtl w:val="0"/>
        </w:rPr>
      </w:r>
    </w:p>
    <w:p w:rsidR="00000000" w:rsidDel="00000000" w:rsidP="00000000" w:rsidRDefault="00000000" w:rsidRPr="00000000" w14:paraId="0000022C">
      <w:pPr>
        <w:spacing w:after="0" w:lineRule="auto"/>
        <w:rPr/>
      </w:pPr>
      <w:r w:rsidDel="00000000" w:rsidR="00000000" w:rsidRPr="00000000">
        <w:rPr>
          <w:rFonts w:ascii="Arial" w:cs="Arial" w:eastAsia="Arial" w:hAnsi="Arial"/>
          <w:sz w:val="22"/>
          <w:szCs w:val="22"/>
          <w:rtl w:val="0"/>
        </w:rPr>
        <w:t xml:space="preserve">Hi, how are you? Hi,</w:t>
      </w:r>
      <w:r w:rsidDel="00000000" w:rsidR="00000000" w:rsidRPr="00000000">
        <w:rPr>
          <w:rtl w:val="0"/>
        </w:rPr>
      </w:r>
    </w:p>
    <w:p w:rsidR="00000000" w:rsidDel="00000000" w:rsidP="00000000" w:rsidRDefault="00000000" w:rsidRPr="00000000" w14:paraId="0000022D">
      <w:pPr>
        <w:spacing w:after="0" w:lineRule="auto"/>
        <w:rPr/>
      </w:pPr>
      <w:r w:rsidDel="00000000" w:rsidR="00000000" w:rsidRPr="00000000">
        <w:rPr>
          <w:rtl w:val="0"/>
        </w:rPr>
      </w:r>
    </w:p>
    <w:p w:rsidR="00000000" w:rsidDel="00000000" w:rsidP="00000000" w:rsidRDefault="00000000" w:rsidRPr="00000000" w14:paraId="0000022E">
      <w:pPr>
        <w:spacing w:after="0" w:lineRule="auto"/>
        <w:rPr/>
      </w:pPr>
      <w:r w:rsidDel="00000000" w:rsidR="00000000" w:rsidRPr="00000000">
        <w:rPr>
          <w:rFonts w:ascii="Arial" w:cs="Arial" w:eastAsia="Arial" w:hAnsi="Arial"/>
          <w:color w:val="5d7284"/>
          <w:sz w:val="22"/>
          <w:szCs w:val="22"/>
          <w:rtl w:val="0"/>
        </w:rPr>
        <w:t xml:space="preserve">35:18</w:t>
      </w:r>
      <w:r w:rsidDel="00000000" w:rsidR="00000000" w:rsidRPr="00000000">
        <w:rPr>
          <w:rtl w:val="0"/>
        </w:rPr>
      </w:r>
    </w:p>
    <w:p w:rsidR="00000000" w:rsidDel="00000000" w:rsidP="00000000" w:rsidRDefault="00000000" w:rsidRPr="00000000" w14:paraId="0000022F">
      <w:pPr>
        <w:spacing w:after="0" w:lineRule="auto"/>
        <w:rPr/>
      </w:pPr>
      <w:r w:rsidDel="00000000" w:rsidR="00000000" w:rsidRPr="00000000">
        <w:rPr>
          <w:rFonts w:ascii="Arial" w:cs="Arial" w:eastAsia="Arial" w:hAnsi="Arial"/>
          <w:sz w:val="22"/>
          <w:szCs w:val="22"/>
          <w:rtl w:val="0"/>
        </w:rPr>
        <w:t xml:space="preserve">people. Their family was the first people that founded the farm and their family built our house</w:t>
      </w:r>
      <w:r w:rsidDel="00000000" w:rsidR="00000000" w:rsidRPr="00000000">
        <w:rPr>
          <w:rtl w:val="0"/>
        </w:rPr>
      </w:r>
    </w:p>
    <w:p w:rsidR="00000000" w:rsidDel="00000000" w:rsidP="00000000" w:rsidRDefault="00000000" w:rsidRPr="00000000" w14:paraId="00000230">
      <w:pPr>
        <w:spacing w:after="0" w:lineRule="auto"/>
        <w:rPr/>
      </w:pPr>
      <w:r w:rsidDel="00000000" w:rsidR="00000000" w:rsidRPr="00000000">
        <w:rPr>
          <w:rtl w:val="0"/>
        </w:rPr>
      </w:r>
    </w:p>
    <w:p w:rsidR="00000000" w:rsidDel="00000000" w:rsidP="00000000" w:rsidRDefault="00000000" w:rsidRPr="00000000" w14:paraId="00000231">
      <w:pPr>
        <w:spacing w:after="0" w:lineRule="auto"/>
        <w:rPr/>
      </w:pPr>
      <w:r w:rsidDel="00000000" w:rsidR="00000000" w:rsidRPr="00000000">
        <w:rPr>
          <w:rFonts w:ascii="Arial" w:cs="Arial" w:eastAsia="Arial" w:hAnsi="Arial"/>
          <w:color w:val="5d7284"/>
          <w:sz w:val="22"/>
          <w:szCs w:val="22"/>
          <w:rtl w:val="0"/>
        </w:rPr>
        <w:t xml:space="preserve">35:27</w:t>
      </w:r>
      <w:r w:rsidDel="00000000" w:rsidR="00000000" w:rsidRPr="00000000">
        <w:rPr>
          <w:rtl w:val="0"/>
        </w:rPr>
      </w:r>
    </w:p>
    <w:p w:rsidR="00000000" w:rsidDel="00000000" w:rsidP="00000000" w:rsidRDefault="00000000" w:rsidRPr="00000000" w14:paraId="00000232">
      <w:pPr>
        <w:spacing w:after="0" w:lineRule="auto"/>
        <w:rPr/>
      </w:pPr>
      <w:r w:rsidDel="00000000" w:rsidR="00000000" w:rsidRPr="00000000">
        <w:rPr>
          <w:rFonts w:ascii="Arial" w:cs="Arial" w:eastAsia="Arial" w:hAnsi="Arial"/>
          <w:rtl w:val="0"/>
        </w:rPr>
        <w:t xml:space="preserve">a couple</w:t>
      </w:r>
      <w:r w:rsidDel="00000000" w:rsidR="00000000" w:rsidRPr="00000000">
        <w:rPr>
          <w:rFonts w:ascii="Arial" w:cs="Arial" w:eastAsia="Arial" w:hAnsi="Arial"/>
          <w:sz w:val="22"/>
          <w:szCs w:val="22"/>
          <w:rtl w:val="0"/>
        </w:rPr>
        <w:t xml:space="preserve"> of years ago.</w:t>
      </w:r>
      <w:r w:rsidDel="00000000" w:rsidR="00000000" w:rsidRPr="00000000">
        <w:rPr>
          <w:rtl w:val="0"/>
        </w:rPr>
      </w:r>
    </w:p>
    <w:p w:rsidR="00000000" w:rsidDel="00000000" w:rsidP="00000000" w:rsidRDefault="00000000" w:rsidRPr="00000000" w14:paraId="00000233">
      <w:pPr>
        <w:spacing w:after="0" w:lineRule="auto"/>
        <w:rPr/>
      </w:pPr>
      <w:r w:rsidDel="00000000" w:rsidR="00000000" w:rsidRPr="00000000">
        <w:rPr>
          <w:rtl w:val="0"/>
        </w:rPr>
      </w:r>
    </w:p>
    <w:p w:rsidR="00000000" w:rsidDel="00000000" w:rsidP="00000000" w:rsidRDefault="00000000" w:rsidRPr="00000000" w14:paraId="00000234">
      <w:pPr>
        <w:spacing w:after="0" w:lineRule="auto"/>
        <w:rPr/>
      </w:pPr>
      <w:r w:rsidDel="00000000" w:rsidR="00000000" w:rsidRPr="00000000">
        <w:rPr>
          <w:rFonts w:ascii="Arial" w:cs="Arial" w:eastAsia="Arial" w:hAnsi="Arial"/>
          <w:color w:val="5d7284"/>
          <w:sz w:val="22"/>
          <w:szCs w:val="22"/>
          <w:rtl w:val="0"/>
        </w:rPr>
        <w:t xml:space="preserve">35:31</w:t>
      </w:r>
      <w:r w:rsidDel="00000000" w:rsidR="00000000" w:rsidRPr="00000000">
        <w:rPr>
          <w:rtl w:val="0"/>
        </w:rPr>
      </w:r>
    </w:p>
    <w:p w:rsidR="00000000" w:rsidDel="00000000" w:rsidP="00000000" w:rsidRDefault="00000000" w:rsidRPr="00000000" w14:paraId="00000235">
      <w:pPr>
        <w:spacing w:after="0" w:lineRule="auto"/>
        <w:rPr/>
      </w:pPr>
      <w:r w:rsidDel="00000000" w:rsidR="00000000" w:rsidRPr="00000000">
        <w:rPr>
          <w:rFonts w:ascii="Arial" w:cs="Arial" w:eastAsia="Arial" w:hAnsi="Arial"/>
          <w:sz w:val="22"/>
          <w:szCs w:val="22"/>
          <w:rtl w:val="0"/>
        </w:rPr>
        <w:t xml:space="preserve">Well, yeah, I've wondered. I grew up in a farming family. My family's from Rochester, Vermont, the farmer, and then moved </w:t>
      </w:r>
      <w:r w:rsidDel="00000000" w:rsidR="00000000" w:rsidRPr="00000000">
        <w:rPr>
          <w:rFonts w:ascii="Arial" w:cs="Arial" w:eastAsia="Arial" w:hAnsi="Arial"/>
          <w:rtl w:val="0"/>
        </w:rPr>
        <w:t xml:space="preserve">to the Middlebury</w:t>
      </w:r>
      <w:r w:rsidDel="00000000" w:rsidR="00000000" w:rsidRPr="00000000">
        <w:rPr>
          <w:rFonts w:ascii="Arial" w:cs="Arial" w:eastAsia="Arial" w:hAnsi="Arial"/>
          <w:sz w:val="22"/>
          <w:szCs w:val="22"/>
          <w:rtl w:val="0"/>
        </w:rPr>
        <w:t xml:space="preserve"> area. My dad, my grandfather, was a vet, and then my dad farmed in West Addison. Yeah. So I've wondered about that when we're in the barn, if there </w:t>
      </w:r>
      <w:r w:rsidDel="00000000" w:rsidR="00000000" w:rsidRPr="00000000">
        <w:rPr>
          <w:rFonts w:ascii="Arial" w:cs="Arial" w:eastAsia="Arial" w:hAnsi="Arial"/>
          <w:rtl w:val="0"/>
        </w:rPr>
        <w:t xml:space="preserve">was</w:t>
      </w:r>
      <w:r w:rsidDel="00000000" w:rsidR="00000000" w:rsidRPr="00000000">
        <w:rPr>
          <w:rFonts w:ascii="Arial" w:cs="Arial" w:eastAsia="Arial" w:hAnsi="Arial"/>
          <w:sz w:val="22"/>
          <w:szCs w:val="22"/>
          <w:rtl w:val="0"/>
        </w:rPr>
        <w:t xml:space="preserve"> cows, or if there </w:t>
      </w:r>
      <w:r w:rsidDel="00000000" w:rsidR="00000000" w:rsidRPr="00000000">
        <w:rPr>
          <w:rFonts w:ascii="Arial" w:cs="Arial" w:eastAsia="Arial" w:hAnsi="Arial"/>
          <w:rtl w:val="0"/>
        </w:rPr>
        <w:t xml:space="preserve">was</w:t>
      </w:r>
      <w:r w:rsidDel="00000000" w:rsidR="00000000" w:rsidRPr="00000000">
        <w:rPr>
          <w:rFonts w:ascii="Arial" w:cs="Arial" w:eastAsia="Arial" w:hAnsi="Arial"/>
          <w:sz w:val="22"/>
          <w:szCs w:val="22"/>
          <w:rtl w:val="0"/>
        </w:rPr>
        <w:t xml:space="preserve"> sheep, or I like thinking about that when we, when we redid the kitchen, because Maple Leaf did an auction, so there was, it </w:t>
      </w:r>
      <w:r w:rsidDel="00000000" w:rsidR="00000000" w:rsidRPr="00000000">
        <w:rPr>
          <w:rFonts w:ascii="Arial" w:cs="Arial" w:eastAsia="Arial" w:hAnsi="Arial"/>
          <w:rtl w:val="0"/>
        </w:rPr>
        <w:t xml:space="preserve">was stripped</w:t>
      </w:r>
      <w:r w:rsidDel="00000000" w:rsidR="00000000" w:rsidRPr="00000000">
        <w:rPr>
          <w:rFonts w:ascii="Arial" w:cs="Arial" w:eastAsia="Arial" w:hAnsi="Arial"/>
          <w:sz w:val="22"/>
          <w:szCs w:val="22"/>
          <w:rtl w:val="0"/>
        </w:rPr>
        <w:t xml:space="preserve"> out, you know, everything. So we had to rebuild a lot of things. And when we,</w:t>
      </w:r>
      <w:r w:rsidDel="00000000" w:rsidR="00000000" w:rsidRPr="00000000">
        <w:rPr>
          <w:rtl w:val="0"/>
        </w:rPr>
      </w:r>
    </w:p>
    <w:p w:rsidR="00000000" w:rsidDel="00000000" w:rsidP="00000000" w:rsidRDefault="00000000" w:rsidRPr="00000000" w14:paraId="00000236">
      <w:pPr>
        <w:spacing w:after="0" w:lineRule="auto"/>
        <w:rPr/>
      </w:pPr>
      <w:r w:rsidDel="00000000" w:rsidR="00000000" w:rsidRPr="00000000">
        <w:rPr>
          <w:rtl w:val="0"/>
        </w:rPr>
      </w:r>
    </w:p>
    <w:p w:rsidR="00000000" w:rsidDel="00000000" w:rsidP="00000000" w:rsidRDefault="00000000" w:rsidRPr="00000000" w14:paraId="00000237">
      <w:pPr>
        <w:spacing w:after="0" w:lineRule="auto"/>
        <w:rPr/>
      </w:pPr>
      <w:r w:rsidDel="00000000" w:rsidR="00000000" w:rsidRPr="00000000">
        <w:rPr>
          <w:rFonts w:ascii="Arial" w:cs="Arial" w:eastAsia="Arial" w:hAnsi="Arial"/>
          <w:color w:val="5d7284"/>
          <w:sz w:val="22"/>
          <w:szCs w:val="22"/>
          <w:rtl w:val="0"/>
        </w:rPr>
        <w:t xml:space="preserve">36:03</w:t>
      </w:r>
      <w:r w:rsidDel="00000000" w:rsidR="00000000" w:rsidRPr="00000000">
        <w:rPr>
          <w:rtl w:val="0"/>
        </w:rPr>
      </w:r>
    </w:p>
    <w:p w:rsidR="00000000" w:rsidDel="00000000" w:rsidP="00000000" w:rsidRDefault="00000000" w:rsidRPr="00000000" w14:paraId="00000238">
      <w:pPr>
        <w:spacing w:after="0" w:lineRule="auto"/>
        <w:rPr/>
      </w:pPr>
      <w:r w:rsidDel="00000000" w:rsidR="00000000" w:rsidRPr="00000000">
        <w:rPr>
          <w:rFonts w:ascii="Arial" w:cs="Arial" w:eastAsia="Arial" w:hAnsi="Arial"/>
          <w:sz w:val="22"/>
          <w:szCs w:val="22"/>
          <w:rtl w:val="0"/>
        </w:rPr>
        <w:t xml:space="preserve">when we rebuilt the kitchen</w:t>
      </w:r>
      <w:r w:rsidDel="00000000" w:rsidR="00000000" w:rsidRPr="00000000">
        <w:rPr>
          <w:rtl w:val="0"/>
        </w:rPr>
      </w:r>
    </w:p>
    <w:p w:rsidR="00000000" w:rsidDel="00000000" w:rsidP="00000000" w:rsidRDefault="00000000" w:rsidRPr="00000000" w14:paraId="00000239">
      <w:pPr>
        <w:spacing w:after="0" w:lineRule="auto"/>
        <w:rPr/>
      </w:pPr>
      <w:r w:rsidDel="00000000" w:rsidR="00000000" w:rsidRPr="00000000">
        <w:rPr>
          <w:rtl w:val="0"/>
        </w:rPr>
      </w:r>
    </w:p>
    <w:p w:rsidR="00000000" w:rsidDel="00000000" w:rsidP="00000000" w:rsidRDefault="00000000" w:rsidRPr="00000000" w14:paraId="0000023A">
      <w:pPr>
        <w:spacing w:after="0" w:lineRule="auto"/>
        <w:rPr/>
      </w:pPr>
      <w:r w:rsidDel="00000000" w:rsidR="00000000" w:rsidRPr="00000000">
        <w:rPr>
          <w:rFonts w:ascii="Arial" w:cs="Arial" w:eastAsia="Arial" w:hAnsi="Arial"/>
          <w:color w:val="5d7284"/>
          <w:sz w:val="22"/>
          <w:szCs w:val="22"/>
          <w:rtl w:val="0"/>
        </w:rPr>
        <w:t xml:space="preserve">36:07</w:t>
      </w:r>
      <w:r w:rsidDel="00000000" w:rsidR="00000000" w:rsidRPr="00000000">
        <w:rPr>
          <w:rtl w:val="0"/>
        </w:rPr>
      </w:r>
    </w:p>
    <w:p w:rsidR="00000000" w:rsidDel="00000000" w:rsidP="00000000" w:rsidRDefault="00000000" w:rsidRPr="00000000" w14:paraId="0000023B">
      <w:pPr>
        <w:spacing w:after="0" w:lineRule="auto"/>
        <w:rPr/>
      </w:pPr>
      <w:r w:rsidDel="00000000" w:rsidR="00000000" w:rsidRPr="00000000">
        <w:rPr>
          <w:rFonts w:ascii="Arial" w:cs="Arial" w:eastAsia="Arial" w:hAnsi="Arial"/>
          <w:sz w:val="22"/>
          <w:szCs w:val="22"/>
          <w:rtl w:val="0"/>
        </w:rPr>
        <w:t xml:space="preserve">inside the wall, there was still manure on the inner walls,</w:t>
      </w:r>
      <w:r w:rsidDel="00000000" w:rsidR="00000000" w:rsidRPr="00000000">
        <w:rPr>
          <w:rtl w:val="0"/>
        </w:rPr>
      </w:r>
    </w:p>
    <w:p w:rsidR="00000000" w:rsidDel="00000000" w:rsidP="00000000" w:rsidRDefault="00000000" w:rsidRPr="00000000" w14:paraId="0000023C">
      <w:pPr>
        <w:spacing w:after="0" w:lineRule="auto"/>
        <w:rPr/>
      </w:pPr>
      <w:r w:rsidDel="00000000" w:rsidR="00000000" w:rsidRPr="00000000">
        <w:rPr>
          <w:rtl w:val="0"/>
        </w:rPr>
      </w:r>
    </w:p>
    <w:p w:rsidR="00000000" w:rsidDel="00000000" w:rsidP="00000000" w:rsidRDefault="00000000" w:rsidRPr="00000000" w14:paraId="0000023D">
      <w:pPr>
        <w:spacing w:after="0" w:lineRule="auto"/>
        <w:rPr/>
      </w:pPr>
      <w:r w:rsidDel="00000000" w:rsidR="00000000" w:rsidRPr="00000000">
        <w:rPr>
          <w:rFonts w:ascii="Arial" w:cs="Arial" w:eastAsia="Arial" w:hAnsi="Arial"/>
          <w:color w:val="5d7284"/>
          <w:sz w:val="22"/>
          <w:szCs w:val="22"/>
          <w:rtl w:val="0"/>
        </w:rPr>
        <w:t xml:space="preserve">36:17</w:t>
      </w:r>
      <w:r w:rsidDel="00000000" w:rsidR="00000000" w:rsidRPr="00000000">
        <w:rPr>
          <w:rtl w:val="0"/>
        </w:rPr>
      </w:r>
    </w:p>
    <w:p w:rsidR="00000000" w:rsidDel="00000000" w:rsidP="00000000" w:rsidRDefault="00000000" w:rsidRPr="00000000" w14:paraId="0000023E">
      <w:pPr>
        <w:spacing w:after="0" w:lineRule="auto"/>
        <w:rPr/>
      </w:pPr>
      <w:r w:rsidDel="00000000" w:rsidR="00000000" w:rsidRPr="00000000">
        <w:rPr>
          <w:rFonts w:ascii="Arial" w:cs="Arial" w:eastAsia="Arial" w:hAnsi="Arial"/>
          <w:sz w:val="22"/>
          <w:szCs w:val="22"/>
          <w:rtl w:val="0"/>
        </w:rPr>
        <w:t xml:space="preserve">it was like,</w:t>
      </w:r>
      <w:r w:rsidDel="00000000" w:rsidR="00000000" w:rsidRPr="00000000">
        <w:rPr>
          <w:rtl w:val="0"/>
        </w:rPr>
      </w:r>
    </w:p>
    <w:p w:rsidR="00000000" w:rsidDel="00000000" w:rsidP="00000000" w:rsidRDefault="00000000" w:rsidRPr="00000000" w14:paraId="0000023F">
      <w:pPr>
        <w:spacing w:after="0" w:lineRule="auto"/>
        <w:rPr/>
      </w:pPr>
      <w:r w:rsidDel="00000000" w:rsidR="00000000" w:rsidRPr="00000000">
        <w:rPr>
          <w:rtl w:val="0"/>
        </w:rPr>
      </w:r>
    </w:p>
    <w:p w:rsidR="00000000" w:rsidDel="00000000" w:rsidP="00000000" w:rsidRDefault="00000000" w:rsidRPr="00000000" w14:paraId="00000240">
      <w:pPr>
        <w:spacing w:after="0" w:lineRule="auto"/>
        <w:rPr/>
      </w:pPr>
      <w:r w:rsidDel="00000000" w:rsidR="00000000" w:rsidRPr="00000000">
        <w:rPr>
          <w:rFonts w:ascii="Arial" w:cs="Arial" w:eastAsia="Arial" w:hAnsi="Arial"/>
          <w:color w:val="5d7284"/>
          <w:sz w:val="22"/>
          <w:szCs w:val="22"/>
          <w:rtl w:val="0"/>
        </w:rPr>
        <w:t xml:space="preserve">36:22</w:t>
      </w:r>
      <w:r w:rsidDel="00000000" w:rsidR="00000000" w:rsidRPr="00000000">
        <w:rPr>
          <w:rtl w:val="0"/>
        </w:rPr>
      </w:r>
    </w:p>
    <w:p w:rsidR="00000000" w:rsidDel="00000000" w:rsidP="00000000" w:rsidRDefault="00000000" w:rsidRPr="00000000" w14:paraId="00000241">
      <w:pPr>
        <w:spacing w:after="0" w:lineRule="auto"/>
        <w:rPr/>
      </w:pPr>
      <w:r w:rsidDel="00000000" w:rsidR="00000000" w:rsidRPr="00000000">
        <w:rPr>
          <w:rFonts w:ascii="Arial" w:cs="Arial" w:eastAsia="Arial" w:hAnsi="Arial"/>
          <w:rtl w:val="0"/>
        </w:rPr>
        <w:t xml:space="preserve">T</w:t>
      </w:r>
      <w:r w:rsidDel="00000000" w:rsidR="00000000" w:rsidRPr="00000000">
        <w:rPr>
          <w:rFonts w:ascii="Arial" w:cs="Arial" w:eastAsia="Arial" w:hAnsi="Arial"/>
          <w:sz w:val="22"/>
          <w:szCs w:val="22"/>
          <w:rtl w:val="0"/>
        </w:rPr>
        <w:t xml:space="preserve">here was, like a farm smell to it. And I just like thinking about that, and like, what crops were grown and where,</w:t>
      </w:r>
      <w:r w:rsidDel="00000000" w:rsidR="00000000" w:rsidRPr="00000000">
        <w:rPr>
          <w:rtl w:val="0"/>
        </w:rPr>
      </w:r>
    </w:p>
    <w:p w:rsidR="00000000" w:rsidDel="00000000" w:rsidP="00000000" w:rsidRDefault="00000000" w:rsidRPr="00000000" w14:paraId="00000242">
      <w:pPr>
        <w:spacing w:after="0" w:lineRule="auto"/>
        <w:rPr/>
      </w:pPr>
      <w:r w:rsidDel="00000000" w:rsidR="00000000" w:rsidRPr="00000000">
        <w:rPr>
          <w:rtl w:val="0"/>
        </w:rPr>
      </w:r>
    </w:p>
    <w:p w:rsidR="00000000" w:rsidDel="00000000" w:rsidP="00000000" w:rsidRDefault="00000000" w:rsidRPr="00000000" w14:paraId="00000243">
      <w:pPr>
        <w:spacing w:after="0" w:lineRule="auto"/>
        <w:rPr/>
      </w:pPr>
      <w:r w:rsidDel="00000000" w:rsidR="00000000" w:rsidRPr="00000000">
        <w:rPr>
          <w:rFonts w:ascii="Arial" w:cs="Arial" w:eastAsia="Arial" w:hAnsi="Arial"/>
          <w:color w:val="5d7284"/>
          <w:sz w:val="22"/>
          <w:szCs w:val="22"/>
          <w:rtl w:val="0"/>
        </w:rPr>
        <w:t xml:space="preserve">36:35</w:t>
      </w:r>
      <w:r w:rsidDel="00000000" w:rsidR="00000000" w:rsidRPr="00000000">
        <w:rPr>
          <w:rtl w:val="0"/>
        </w:rPr>
      </w:r>
    </w:p>
    <w:p w:rsidR="00000000" w:rsidDel="00000000" w:rsidP="00000000" w:rsidRDefault="00000000" w:rsidRPr="00000000" w14:paraId="00000244">
      <w:pPr>
        <w:spacing w:after="0" w:lineRule="auto"/>
        <w:rPr/>
      </w:pPr>
      <w:r w:rsidDel="00000000" w:rsidR="00000000" w:rsidRPr="00000000">
        <w:rPr>
          <w:rFonts w:ascii="Arial" w:cs="Arial" w:eastAsia="Arial" w:hAnsi="Arial"/>
          <w:sz w:val="22"/>
          <w:szCs w:val="22"/>
          <w:rtl w:val="0"/>
        </w:rPr>
        <w:t xml:space="preserve">one of the camps for Forest School, what, as the kids were playing, they sort of unearthed just a silver coin from 1910 a dime from 1910 John. We came for that, which is pretty cool.</w:t>
      </w:r>
      <w:r w:rsidDel="00000000" w:rsidR="00000000" w:rsidRPr="00000000">
        <w:rPr>
          <w:rtl w:val="0"/>
        </w:rPr>
      </w:r>
    </w:p>
    <w:p w:rsidR="00000000" w:rsidDel="00000000" w:rsidP="00000000" w:rsidRDefault="00000000" w:rsidRPr="00000000" w14:paraId="00000245">
      <w:pPr>
        <w:spacing w:after="0" w:lineRule="auto"/>
        <w:rPr/>
      </w:pPr>
      <w:r w:rsidDel="00000000" w:rsidR="00000000" w:rsidRPr="00000000">
        <w:rPr>
          <w:rtl w:val="0"/>
        </w:rPr>
      </w:r>
    </w:p>
    <w:p w:rsidR="00000000" w:rsidDel="00000000" w:rsidP="00000000" w:rsidRDefault="00000000" w:rsidRPr="00000000" w14:paraId="00000246">
      <w:pPr>
        <w:spacing w:after="0" w:lineRule="auto"/>
        <w:rPr/>
      </w:pPr>
      <w:r w:rsidDel="00000000" w:rsidR="00000000" w:rsidRPr="00000000">
        <w:rPr>
          <w:rFonts w:ascii="Arial" w:cs="Arial" w:eastAsia="Arial" w:hAnsi="Arial"/>
          <w:color w:val="5d7284"/>
          <w:sz w:val="22"/>
          <w:szCs w:val="22"/>
          <w:rtl w:val="0"/>
        </w:rPr>
        <w:t xml:space="preserve">36:50</w:t>
      </w:r>
      <w:r w:rsidDel="00000000" w:rsidR="00000000" w:rsidRPr="00000000">
        <w:rPr>
          <w:rtl w:val="0"/>
        </w:rPr>
      </w:r>
    </w:p>
    <w:p w:rsidR="00000000" w:rsidDel="00000000" w:rsidP="00000000" w:rsidRDefault="00000000" w:rsidRPr="00000000" w14:paraId="00000247">
      <w:pPr>
        <w:spacing w:after="0" w:lineRule="auto"/>
        <w:rPr/>
      </w:pPr>
      <w:r w:rsidDel="00000000" w:rsidR="00000000" w:rsidRPr="00000000">
        <w:rPr>
          <w:rFonts w:ascii="Arial" w:cs="Arial" w:eastAsia="Arial" w:hAnsi="Arial"/>
          <w:sz w:val="22"/>
          <w:szCs w:val="22"/>
          <w:rtl w:val="0"/>
        </w:rPr>
        <w:t xml:space="preserve">Yeah, my grandfather made it when, oh, cool. Redid the kitchen, oh, when it was more open. The house was the women's law. So it was a laundry room and then a clothing space. And when we redid it, we </w:t>
      </w:r>
      <w:r w:rsidDel="00000000" w:rsidR="00000000" w:rsidRPr="00000000">
        <w:rPr>
          <w:rFonts w:ascii="Arial" w:cs="Arial" w:eastAsia="Arial" w:hAnsi="Arial"/>
          <w:rtl w:val="0"/>
        </w:rPr>
        <w:t xml:space="preserve">hoped</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we had</w:t>
      </w:r>
      <w:r w:rsidDel="00000000" w:rsidR="00000000" w:rsidRPr="00000000">
        <w:rPr>
          <w:rFonts w:ascii="Arial" w:cs="Arial" w:eastAsia="Arial" w:hAnsi="Arial"/>
          <w:sz w:val="22"/>
          <w:szCs w:val="22"/>
          <w:rtl w:val="0"/>
        </w:rPr>
        <w:t xml:space="preserve">, they had put in hot air, and we went, and behind that was a cabinet. And when we moved the hot air, you know, column, there was a drawer. In the drawer was a letter from, from the futures, from the futures from  1919, 19</w:t>
      </w:r>
      <w:r w:rsidDel="00000000" w:rsidR="00000000" w:rsidRPr="00000000">
        <w:rPr>
          <w:rtl w:val="0"/>
        </w:rPr>
      </w:r>
    </w:p>
    <w:p w:rsidR="00000000" w:rsidDel="00000000" w:rsidP="00000000" w:rsidRDefault="00000000" w:rsidRPr="00000000" w14:paraId="00000248">
      <w:pPr>
        <w:spacing w:after="0" w:lineRule="auto"/>
        <w:rPr/>
      </w:pPr>
      <w:r w:rsidDel="00000000" w:rsidR="00000000" w:rsidRPr="00000000">
        <w:rPr>
          <w:rtl w:val="0"/>
        </w:rPr>
      </w:r>
    </w:p>
    <w:p w:rsidR="00000000" w:rsidDel="00000000" w:rsidP="00000000" w:rsidRDefault="00000000" w:rsidRPr="00000000" w14:paraId="00000249">
      <w:pPr>
        <w:spacing w:after="0" w:lineRule="auto"/>
        <w:rPr/>
      </w:pPr>
      <w:r w:rsidDel="00000000" w:rsidR="00000000" w:rsidRPr="00000000">
        <w:rPr>
          <w:rFonts w:ascii="Arial" w:cs="Arial" w:eastAsia="Arial" w:hAnsi="Arial"/>
          <w:color w:val="5d7284"/>
          <w:sz w:val="22"/>
          <w:szCs w:val="22"/>
          <w:rtl w:val="0"/>
        </w:rPr>
        <w:t xml:space="preserve">37:23</w:t>
      </w:r>
      <w:r w:rsidDel="00000000" w:rsidR="00000000" w:rsidRPr="00000000">
        <w:rPr>
          <w:rtl w:val="0"/>
        </w:rPr>
      </w:r>
    </w:p>
    <w:p w:rsidR="00000000" w:rsidDel="00000000" w:rsidP="00000000" w:rsidRDefault="00000000" w:rsidRPr="00000000" w14:paraId="0000024A">
      <w:pPr>
        <w:spacing w:after="0" w:lineRule="auto"/>
        <w:rPr/>
      </w:pPr>
      <w:r w:rsidDel="00000000" w:rsidR="00000000" w:rsidRPr="00000000">
        <w:rPr>
          <w:rFonts w:ascii="Arial" w:cs="Arial" w:eastAsia="Arial" w:hAnsi="Arial"/>
          <w:rtl w:val="0"/>
        </w:rPr>
        <w:t xml:space="preserve">written</w:t>
      </w:r>
      <w:r w:rsidDel="00000000" w:rsidR="00000000" w:rsidRPr="00000000">
        <w:rPr>
          <w:rFonts w:ascii="Arial" w:cs="Arial" w:eastAsia="Arial" w:hAnsi="Arial"/>
          <w:sz w:val="22"/>
          <w:szCs w:val="22"/>
          <w:rtl w:val="0"/>
        </w:rPr>
        <w:t xml:space="preserve"> in French. It was </w:t>
      </w:r>
      <w:r w:rsidDel="00000000" w:rsidR="00000000" w:rsidRPr="00000000">
        <w:rPr>
          <w:rFonts w:ascii="Arial" w:cs="Arial" w:eastAsia="Arial" w:hAnsi="Arial"/>
          <w:sz w:val="22"/>
          <w:szCs w:val="22"/>
          <w:rtl w:val="0"/>
        </w:rPr>
        <w:t xml:space="preserve">like a think it</w:t>
      </w:r>
      <w:r w:rsidDel="00000000" w:rsidR="00000000" w:rsidRPr="00000000">
        <w:rPr>
          <w:rFonts w:ascii="Arial" w:cs="Arial" w:eastAsia="Arial" w:hAnsi="Arial"/>
          <w:sz w:val="22"/>
          <w:szCs w:val="22"/>
          <w:rtl w:val="0"/>
        </w:rPr>
        <w:t xml:space="preserve"> was their daughter </w:t>
      </w:r>
      <w:r w:rsidDel="00000000" w:rsidR="00000000" w:rsidRPr="00000000">
        <w:rPr>
          <w:rFonts w:ascii="Arial" w:cs="Arial" w:eastAsia="Arial" w:hAnsi="Arial"/>
          <w:rtl w:val="0"/>
        </w:rPr>
        <w:t xml:space="preserve">writing to</w:t>
      </w:r>
      <w:r w:rsidDel="00000000" w:rsidR="00000000" w:rsidRPr="00000000">
        <w:rPr>
          <w:rFonts w:ascii="Arial" w:cs="Arial" w:eastAsia="Arial" w:hAnsi="Arial"/>
          <w:sz w:val="22"/>
          <w:szCs w:val="22"/>
          <w:rtl w:val="0"/>
        </w:rPr>
        <w:t xml:space="preserve"> their family. Family, interesting.</w:t>
      </w:r>
      <w:r w:rsidDel="00000000" w:rsidR="00000000" w:rsidRPr="00000000">
        <w:rPr>
          <w:rtl w:val="0"/>
        </w:rPr>
      </w:r>
    </w:p>
    <w:p w:rsidR="00000000" w:rsidDel="00000000" w:rsidP="00000000" w:rsidRDefault="00000000" w:rsidRPr="00000000" w14:paraId="0000024B">
      <w:pPr>
        <w:spacing w:after="0" w:lineRule="auto"/>
        <w:rPr/>
      </w:pPr>
      <w:r w:rsidDel="00000000" w:rsidR="00000000" w:rsidRPr="00000000">
        <w:rPr>
          <w:rtl w:val="0"/>
        </w:rPr>
      </w:r>
    </w:p>
    <w:p w:rsidR="00000000" w:rsidDel="00000000" w:rsidP="00000000" w:rsidRDefault="00000000" w:rsidRPr="00000000" w14:paraId="0000024C">
      <w:pPr>
        <w:spacing w:after="0" w:lineRule="auto"/>
        <w:rPr/>
      </w:pPr>
      <w:r w:rsidDel="00000000" w:rsidR="00000000" w:rsidRPr="00000000">
        <w:rPr>
          <w:rFonts w:ascii="Arial" w:cs="Arial" w:eastAsia="Arial" w:hAnsi="Arial"/>
          <w:color w:val="5d7284"/>
          <w:sz w:val="22"/>
          <w:szCs w:val="22"/>
          <w:rtl w:val="0"/>
        </w:rPr>
        <w:t xml:space="preserve">37:35</w:t>
      </w:r>
      <w:r w:rsidDel="00000000" w:rsidR="00000000" w:rsidRPr="00000000">
        <w:rPr>
          <w:rtl w:val="0"/>
        </w:rPr>
      </w:r>
    </w:p>
    <w:p w:rsidR="00000000" w:rsidDel="00000000" w:rsidP="00000000" w:rsidRDefault="00000000" w:rsidRPr="00000000" w14:paraId="0000024D">
      <w:pPr>
        <w:spacing w:after="0" w:lineRule="auto"/>
        <w:rPr/>
      </w:pPr>
      <w:r w:rsidDel="00000000" w:rsidR="00000000" w:rsidRPr="00000000">
        <w:rPr>
          <w:rFonts w:ascii="Arial" w:cs="Arial" w:eastAsia="Arial" w:hAnsi="Arial"/>
          <w:sz w:val="22"/>
          <w:szCs w:val="22"/>
          <w:rtl w:val="0"/>
        </w:rPr>
        <w:t xml:space="preserve">Yeah,</w:t>
      </w:r>
      <w:r w:rsidDel="00000000" w:rsidR="00000000" w:rsidRPr="00000000">
        <w:rPr>
          <w:rtl w:val="0"/>
        </w:rPr>
      </w:r>
    </w:p>
    <w:p w:rsidR="00000000" w:rsidDel="00000000" w:rsidP="00000000" w:rsidRDefault="00000000" w:rsidRPr="00000000" w14:paraId="0000024E">
      <w:pPr>
        <w:spacing w:after="0" w:lineRule="auto"/>
        <w:rPr/>
      </w:pPr>
      <w:r w:rsidDel="00000000" w:rsidR="00000000" w:rsidRPr="00000000">
        <w:rPr>
          <w:rtl w:val="0"/>
        </w:rPr>
      </w:r>
    </w:p>
    <w:p w:rsidR="00000000" w:rsidDel="00000000" w:rsidP="00000000" w:rsidRDefault="00000000" w:rsidRPr="00000000" w14:paraId="0000024F">
      <w:pPr>
        <w:spacing w:after="0" w:lineRule="auto"/>
        <w:rPr/>
      </w:pPr>
      <w:r w:rsidDel="00000000" w:rsidR="00000000" w:rsidRPr="00000000">
        <w:rPr>
          <w:rFonts w:ascii="Arial" w:cs="Arial" w:eastAsia="Arial" w:hAnsi="Arial"/>
          <w:color w:val="5d7284"/>
          <w:sz w:val="22"/>
          <w:szCs w:val="22"/>
          <w:rtl w:val="0"/>
        </w:rPr>
        <w:t xml:space="preserve">37:37</w:t>
      </w:r>
      <w:r w:rsidDel="00000000" w:rsidR="00000000" w:rsidRPr="00000000">
        <w:rPr>
          <w:rtl w:val="0"/>
        </w:rPr>
      </w:r>
    </w:p>
    <w:p w:rsidR="00000000" w:rsidDel="00000000" w:rsidP="00000000" w:rsidRDefault="00000000" w:rsidRPr="00000000" w14:paraId="00000250">
      <w:pPr>
        <w:spacing w:after="0" w:lineRule="auto"/>
        <w:rPr/>
      </w:pPr>
      <w:r w:rsidDel="00000000" w:rsidR="00000000" w:rsidRPr="00000000">
        <w:rPr>
          <w:rFonts w:ascii="Arial" w:cs="Arial" w:eastAsia="Arial" w:hAnsi="Arial"/>
          <w:sz w:val="22"/>
          <w:szCs w:val="22"/>
          <w:rtl w:val="0"/>
        </w:rPr>
        <w:t xml:space="preserve">maybe at least Napoleon. That's terrific. And when we put a new door in, and the old door frame says Mr. Leddy on it, when we redid the door in our kitchen, and the old frame said that, I think it says Burlington, Vermont, Mr. Leddy. Yeah, they used to sign it when they built stuff. Yeah.</w:t>
      </w:r>
      <w:r w:rsidDel="00000000" w:rsidR="00000000" w:rsidRPr="00000000">
        <w:rPr>
          <w:rtl w:val="0"/>
        </w:rPr>
      </w:r>
    </w:p>
    <w:p w:rsidR="00000000" w:rsidDel="00000000" w:rsidP="00000000" w:rsidRDefault="00000000" w:rsidRPr="00000000" w14:paraId="00000251">
      <w:pPr>
        <w:spacing w:after="0" w:lineRule="auto"/>
        <w:rPr/>
      </w:pPr>
      <w:r w:rsidDel="00000000" w:rsidR="00000000" w:rsidRPr="00000000">
        <w:rPr>
          <w:rtl w:val="0"/>
        </w:rPr>
      </w:r>
    </w:p>
    <w:p w:rsidR="00000000" w:rsidDel="00000000" w:rsidP="00000000" w:rsidRDefault="00000000" w:rsidRPr="00000000" w14:paraId="00000252">
      <w:pPr>
        <w:spacing w:after="0" w:lineRule="auto"/>
        <w:rPr/>
      </w:pPr>
      <w:r w:rsidDel="00000000" w:rsidR="00000000" w:rsidRPr="00000000">
        <w:rPr>
          <w:rFonts w:ascii="Arial" w:cs="Arial" w:eastAsia="Arial" w:hAnsi="Arial"/>
          <w:color w:val="5d7284"/>
          <w:sz w:val="22"/>
          <w:szCs w:val="22"/>
          <w:rtl w:val="0"/>
        </w:rPr>
        <w:t xml:space="preserve">38:02</w:t>
      </w:r>
      <w:r w:rsidDel="00000000" w:rsidR="00000000" w:rsidRPr="00000000">
        <w:rPr>
          <w:rtl w:val="0"/>
        </w:rPr>
      </w:r>
    </w:p>
    <w:p w:rsidR="00000000" w:rsidDel="00000000" w:rsidP="00000000" w:rsidRDefault="00000000" w:rsidRPr="00000000" w14:paraId="00000253">
      <w:pPr>
        <w:spacing w:after="0" w:lineRule="auto"/>
        <w:rPr/>
      </w:pPr>
      <w:r w:rsidDel="00000000" w:rsidR="00000000" w:rsidRPr="00000000">
        <w:rPr>
          <w:rFonts w:ascii="Arial" w:cs="Arial" w:eastAsia="Arial" w:hAnsi="Arial"/>
          <w:sz w:val="22"/>
          <w:szCs w:val="22"/>
          <w:rtl w:val="0"/>
        </w:rPr>
        <w:t xml:space="preserve">There is a mystery I've been working on. There's out in the field there where the pond is, like on the other side of the trees, there was there, was there. Sometimes people come out there to this one spot where there's this little, like, glass ornament thing. And we had no idea, like, why people were coming out there. But one time, this guy was walking out from the road, and I saw and I didn't recognize him, and I asked if I could help him with anything. And he said that his mother's ashes were scattered out there. And he said, from when it was the </w:t>
      </w:r>
      <w:r w:rsidDel="00000000" w:rsidR="00000000" w:rsidRPr="00000000">
        <w:rPr>
          <w:rFonts w:ascii="Arial" w:cs="Arial" w:eastAsia="Arial" w:hAnsi="Arial"/>
          <w:rtl w:val="0"/>
        </w:rPr>
        <w:t xml:space="preserve">M</w:t>
      </w:r>
      <w:r w:rsidDel="00000000" w:rsidR="00000000" w:rsidRPr="00000000">
        <w:rPr>
          <w:rFonts w:ascii="Arial" w:cs="Arial" w:eastAsia="Arial" w:hAnsi="Arial"/>
          <w:sz w:val="22"/>
          <w:szCs w:val="22"/>
          <w:rtl w:val="0"/>
        </w:rPr>
        <w:t xml:space="preserve">apleleaf farm or something like that. And he said his last name was Pacquette, I think. But does that sound familiar? Did someone else own that little parcel or the field? Yeah, the field where the pond or the pool is? Yeah, right next. I always thought it was Maple Leaf land. Okay, I don't, I don't know. It could have been</w:t>
      </w:r>
      <w:r w:rsidDel="00000000" w:rsidR="00000000" w:rsidRPr="00000000">
        <w:rPr>
          <w:rtl w:val="0"/>
        </w:rPr>
      </w:r>
    </w:p>
    <w:p w:rsidR="00000000" w:rsidDel="00000000" w:rsidP="00000000" w:rsidRDefault="00000000" w:rsidRPr="00000000" w14:paraId="00000254">
      <w:pPr>
        <w:spacing w:after="0" w:lineRule="auto"/>
        <w:rPr/>
      </w:pPr>
      <w:r w:rsidDel="00000000" w:rsidR="00000000" w:rsidRPr="00000000">
        <w:rPr>
          <w:rtl w:val="0"/>
        </w:rPr>
      </w:r>
    </w:p>
    <w:p w:rsidR="00000000" w:rsidDel="00000000" w:rsidP="00000000" w:rsidRDefault="00000000" w:rsidRPr="00000000" w14:paraId="00000255">
      <w:pPr>
        <w:spacing w:after="0" w:lineRule="auto"/>
        <w:rPr/>
      </w:pPr>
      <w:r w:rsidDel="00000000" w:rsidR="00000000" w:rsidRPr="00000000">
        <w:rPr>
          <w:rFonts w:ascii="Arial" w:cs="Arial" w:eastAsia="Arial" w:hAnsi="Arial"/>
          <w:color w:val="5d7284"/>
          <w:sz w:val="22"/>
          <w:szCs w:val="22"/>
          <w:rtl w:val="0"/>
        </w:rPr>
        <w:t xml:space="preserve">38:57</w:t>
      </w:r>
      <w:r w:rsidDel="00000000" w:rsidR="00000000" w:rsidRPr="00000000">
        <w:rPr>
          <w:rtl w:val="0"/>
        </w:rPr>
      </w:r>
    </w:p>
    <w:p w:rsidR="00000000" w:rsidDel="00000000" w:rsidP="00000000" w:rsidRDefault="00000000" w:rsidRPr="00000000" w14:paraId="00000256">
      <w:pPr>
        <w:spacing w:after="0" w:lineRule="auto"/>
        <w:rPr/>
      </w:pPr>
      <w:r w:rsidDel="00000000" w:rsidR="00000000" w:rsidRPr="00000000">
        <w:rPr>
          <w:rFonts w:ascii="Arial" w:cs="Arial" w:eastAsia="Arial" w:hAnsi="Arial"/>
          <w:sz w:val="22"/>
          <w:szCs w:val="22"/>
          <w:rtl w:val="0"/>
        </w:rPr>
        <w:t xml:space="preserve">parcel now, different, but they would have to have picnics out there. On a Sunday. Families would visit whatever, and they would go over </w:t>
      </w:r>
      <w:r w:rsidDel="00000000" w:rsidR="00000000" w:rsidRPr="00000000">
        <w:rPr>
          <w:rFonts w:ascii="Arial" w:cs="Arial" w:eastAsia="Arial" w:hAnsi="Arial"/>
          <w:rtl w:val="0"/>
        </w:rPr>
        <w:t xml:space="preserve">to the</w:t>
      </w:r>
      <w:r w:rsidDel="00000000" w:rsidR="00000000" w:rsidRPr="00000000">
        <w:rPr>
          <w:rFonts w:ascii="Arial" w:cs="Arial" w:eastAsia="Arial" w:hAnsi="Arial"/>
          <w:sz w:val="22"/>
          <w:szCs w:val="22"/>
          <w:rtl w:val="0"/>
        </w:rPr>
        <w:t xml:space="preserve"> pool, swim whatever, and they would have </w:t>
      </w:r>
      <w:r w:rsidDel="00000000" w:rsidR="00000000" w:rsidRPr="00000000">
        <w:rPr>
          <w:rFonts w:ascii="Arial" w:cs="Arial" w:eastAsia="Arial" w:hAnsi="Arial"/>
          <w:rtl w:val="0"/>
        </w:rPr>
        <w:t xml:space="preserve">picnics.</w:t>
      </w:r>
      <w:r w:rsidDel="00000000" w:rsidR="00000000" w:rsidRPr="00000000">
        <w:rPr>
          <w:rFonts w:ascii="Arial" w:cs="Arial" w:eastAsia="Arial" w:hAnsi="Arial"/>
          <w:sz w:val="22"/>
          <w:szCs w:val="22"/>
          <w:rtl w:val="0"/>
        </w:rPr>
        <w:t xml:space="preserve"> there might have been somebody who was in treatment here, </w:t>
      </w:r>
      <w:r w:rsidDel="00000000" w:rsidR="00000000" w:rsidRPr="00000000">
        <w:rPr>
          <w:rFonts w:ascii="Arial" w:cs="Arial" w:eastAsia="Arial" w:hAnsi="Arial"/>
          <w:rtl w:val="0"/>
        </w:rPr>
        <w:t xml:space="preserve">whose</w:t>
      </w:r>
      <w:r w:rsidDel="00000000" w:rsidR="00000000" w:rsidRPr="00000000">
        <w:rPr>
          <w:rFonts w:ascii="Arial" w:cs="Arial" w:eastAsia="Arial" w:hAnsi="Arial"/>
          <w:sz w:val="22"/>
          <w:szCs w:val="22"/>
          <w:rtl w:val="0"/>
        </w:rPr>
        <w:t xml:space="preserve"> family just came </w:t>
      </w:r>
      <w:r w:rsidDel="00000000" w:rsidR="00000000" w:rsidRPr="00000000">
        <w:rPr>
          <w:rFonts w:ascii="Arial" w:cs="Arial" w:eastAsia="Arial" w:hAnsi="Arial"/>
          <w:rtl w:val="0"/>
        </w:rPr>
        <w:t xml:space="preserve">back here</w:t>
      </w:r>
      <w:r w:rsidDel="00000000" w:rsidR="00000000" w:rsidRPr="00000000">
        <w:rPr>
          <w:rFonts w:ascii="Arial" w:cs="Arial" w:eastAsia="Arial" w:hAnsi="Arial"/>
          <w:sz w:val="22"/>
          <w:szCs w:val="22"/>
          <w:rtl w:val="0"/>
        </w:rPr>
        <w:t xml:space="preserve">. So there wasn't like another farm on </w:t>
      </w:r>
      <w:r w:rsidDel="00000000" w:rsidR="00000000" w:rsidRPr="00000000">
        <w:rPr>
          <w:rFonts w:ascii="Arial" w:cs="Arial" w:eastAsia="Arial" w:hAnsi="Arial"/>
          <w:rtl w:val="0"/>
        </w:rPr>
        <w:t xml:space="preserve">that side</w:t>
      </w:r>
      <w:r w:rsidDel="00000000" w:rsidR="00000000" w:rsidRPr="00000000">
        <w:rPr>
          <w:rFonts w:ascii="Arial" w:cs="Arial" w:eastAsia="Arial" w:hAnsi="Arial"/>
          <w:sz w:val="22"/>
          <w:szCs w:val="22"/>
          <w:rtl w:val="0"/>
        </w:rPr>
        <w:t xml:space="preserve"> of the property. Okay,</w:t>
      </w:r>
      <w:r w:rsidDel="00000000" w:rsidR="00000000" w:rsidRPr="00000000">
        <w:rPr>
          <w:rtl w:val="0"/>
        </w:rPr>
      </w:r>
    </w:p>
    <w:p w:rsidR="00000000" w:rsidDel="00000000" w:rsidP="00000000" w:rsidRDefault="00000000" w:rsidRPr="00000000" w14:paraId="00000257">
      <w:pPr>
        <w:spacing w:after="0" w:lineRule="auto"/>
        <w:rPr/>
      </w:pPr>
      <w:r w:rsidDel="00000000" w:rsidR="00000000" w:rsidRPr="00000000">
        <w:rPr>
          <w:rtl w:val="0"/>
        </w:rPr>
      </w:r>
    </w:p>
    <w:p w:rsidR="00000000" w:rsidDel="00000000" w:rsidP="00000000" w:rsidRDefault="00000000" w:rsidRPr="00000000" w14:paraId="00000258">
      <w:pPr>
        <w:spacing w:after="0" w:lineRule="auto"/>
        <w:rPr/>
      </w:pPr>
      <w:r w:rsidDel="00000000" w:rsidR="00000000" w:rsidRPr="00000000">
        <w:rPr>
          <w:rFonts w:ascii="Arial" w:cs="Arial" w:eastAsia="Arial" w:hAnsi="Arial"/>
          <w:color w:val="5d7284"/>
          <w:sz w:val="22"/>
          <w:szCs w:val="22"/>
          <w:rtl w:val="0"/>
        </w:rPr>
        <w:t xml:space="preserve">39:24</w:t>
      </w:r>
      <w:r w:rsidDel="00000000" w:rsidR="00000000" w:rsidRPr="00000000">
        <w:rPr>
          <w:rtl w:val="0"/>
        </w:rPr>
      </w:r>
    </w:p>
    <w:p w:rsidR="00000000" w:rsidDel="00000000" w:rsidP="00000000" w:rsidRDefault="00000000" w:rsidRPr="00000000" w14:paraId="00000259">
      <w:pPr>
        <w:spacing w:after="0" w:lineRule="auto"/>
        <w:rPr/>
      </w:pPr>
      <w:r w:rsidDel="00000000" w:rsidR="00000000" w:rsidRPr="00000000">
        <w:rPr>
          <w:rFonts w:ascii="Arial" w:cs="Arial" w:eastAsia="Arial" w:hAnsi="Arial"/>
          <w:sz w:val="22"/>
          <w:szCs w:val="22"/>
          <w:rtl w:val="0"/>
        </w:rPr>
        <w:t xml:space="preserve">so how old is this little</w:t>
      </w:r>
      <w:r w:rsidDel="00000000" w:rsidR="00000000" w:rsidRPr="00000000">
        <w:rPr>
          <w:rtl w:val="0"/>
        </w:rPr>
      </w:r>
    </w:p>
    <w:p w:rsidR="00000000" w:rsidDel="00000000" w:rsidP="00000000" w:rsidRDefault="00000000" w:rsidRPr="00000000" w14:paraId="0000025A">
      <w:pPr>
        <w:spacing w:after="0" w:lineRule="auto"/>
        <w:rPr/>
      </w:pPr>
      <w:r w:rsidDel="00000000" w:rsidR="00000000" w:rsidRPr="00000000">
        <w:rPr>
          <w:rtl w:val="0"/>
        </w:rPr>
      </w:r>
    </w:p>
    <w:p w:rsidR="00000000" w:rsidDel="00000000" w:rsidP="00000000" w:rsidRDefault="00000000" w:rsidRPr="00000000" w14:paraId="0000025B">
      <w:pPr>
        <w:spacing w:after="0" w:lineRule="auto"/>
        <w:rPr/>
      </w:pPr>
      <w:r w:rsidDel="00000000" w:rsidR="00000000" w:rsidRPr="00000000">
        <w:rPr>
          <w:rFonts w:ascii="Arial" w:cs="Arial" w:eastAsia="Arial" w:hAnsi="Arial"/>
          <w:color w:val="5d7284"/>
          <w:sz w:val="22"/>
          <w:szCs w:val="22"/>
          <w:rtl w:val="0"/>
        </w:rPr>
        <w:t xml:space="preserve">39:28</w:t>
      </w:r>
      <w:r w:rsidDel="00000000" w:rsidR="00000000" w:rsidRPr="00000000">
        <w:rPr>
          <w:rtl w:val="0"/>
        </w:rPr>
      </w:r>
    </w:p>
    <w:p w:rsidR="00000000" w:rsidDel="00000000" w:rsidP="00000000" w:rsidRDefault="00000000" w:rsidRPr="00000000" w14:paraId="0000025C">
      <w:pPr>
        <w:spacing w:after="0" w:lineRule="auto"/>
        <w:rPr/>
      </w:pPr>
      <w:r w:rsidDel="00000000" w:rsidR="00000000" w:rsidRPr="00000000">
        <w:rPr>
          <w:rFonts w:ascii="Arial" w:cs="Arial" w:eastAsia="Arial" w:hAnsi="Arial"/>
          <w:sz w:val="22"/>
          <w:szCs w:val="22"/>
          <w:rtl w:val="0"/>
        </w:rPr>
        <w:t xml:space="preserve">one? Very young, older, now, almost a month, a month on Monday,</w:t>
      </w:r>
      <w:r w:rsidDel="00000000" w:rsidR="00000000" w:rsidRPr="00000000">
        <w:rPr>
          <w:rtl w:val="0"/>
        </w:rPr>
      </w:r>
    </w:p>
    <w:p w:rsidR="00000000" w:rsidDel="00000000" w:rsidP="00000000" w:rsidRDefault="00000000" w:rsidRPr="00000000" w14:paraId="0000025D">
      <w:pPr>
        <w:spacing w:after="0" w:lineRule="auto"/>
        <w:rPr/>
      </w:pPr>
      <w:r w:rsidDel="00000000" w:rsidR="00000000" w:rsidRPr="00000000">
        <w:rPr>
          <w:rtl w:val="0"/>
        </w:rPr>
      </w:r>
    </w:p>
    <w:p w:rsidR="00000000" w:rsidDel="00000000" w:rsidP="00000000" w:rsidRDefault="00000000" w:rsidRPr="00000000" w14:paraId="0000025E">
      <w:pPr>
        <w:spacing w:after="0" w:lineRule="auto"/>
        <w:rPr/>
      </w:pPr>
      <w:r w:rsidDel="00000000" w:rsidR="00000000" w:rsidRPr="00000000">
        <w:rPr>
          <w:rFonts w:ascii="Arial" w:cs="Arial" w:eastAsia="Arial" w:hAnsi="Arial"/>
          <w:color w:val="5d7284"/>
          <w:sz w:val="22"/>
          <w:szCs w:val="22"/>
          <w:rtl w:val="0"/>
        </w:rPr>
        <w:t xml:space="preserve">39:36</w:t>
      </w:r>
      <w:r w:rsidDel="00000000" w:rsidR="00000000" w:rsidRPr="00000000">
        <w:rPr>
          <w:rtl w:val="0"/>
        </w:rPr>
      </w:r>
    </w:p>
    <w:p w:rsidR="00000000" w:rsidDel="00000000" w:rsidP="00000000" w:rsidRDefault="00000000" w:rsidRPr="00000000" w14:paraId="0000025F">
      <w:pPr>
        <w:spacing w:after="0" w:lineRule="auto"/>
        <w:rPr/>
      </w:pPr>
      <w:r w:rsidDel="00000000" w:rsidR="00000000" w:rsidRPr="00000000">
        <w:rPr>
          <w:rFonts w:ascii="Arial" w:cs="Arial" w:eastAsia="Arial" w:hAnsi="Arial"/>
          <w:sz w:val="22"/>
          <w:szCs w:val="22"/>
          <w:rtl w:val="0"/>
        </w:rPr>
        <w:t xml:space="preserve">yeah, she was just born. She's born right here, yeah, in the house. ?So they're both born in the living room. Yeah,</w:t>
      </w:r>
      <w:r w:rsidDel="00000000" w:rsidR="00000000" w:rsidRPr="00000000">
        <w:rPr>
          <w:rtl w:val="0"/>
        </w:rPr>
      </w:r>
    </w:p>
    <w:p w:rsidR="00000000" w:rsidDel="00000000" w:rsidP="00000000" w:rsidRDefault="00000000" w:rsidRPr="00000000" w14:paraId="00000260">
      <w:pPr>
        <w:spacing w:after="0" w:lineRule="auto"/>
        <w:rPr/>
      </w:pPr>
      <w:r w:rsidDel="00000000" w:rsidR="00000000" w:rsidRPr="00000000">
        <w:rPr>
          <w:rtl w:val="0"/>
        </w:rPr>
      </w:r>
    </w:p>
    <w:p w:rsidR="00000000" w:rsidDel="00000000" w:rsidP="00000000" w:rsidRDefault="00000000" w:rsidRPr="00000000" w14:paraId="00000261">
      <w:pPr>
        <w:spacing w:after="0" w:lineRule="auto"/>
        <w:rPr/>
      </w:pPr>
      <w:r w:rsidDel="00000000" w:rsidR="00000000" w:rsidRPr="00000000">
        <w:rPr>
          <w:rFonts w:ascii="Arial" w:cs="Arial" w:eastAsia="Arial" w:hAnsi="Arial"/>
          <w:color w:val="5d7284"/>
          <w:sz w:val="22"/>
          <w:szCs w:val="22"/>
          <w:rtl w:val="0"/>
        </w:rPr>
        <w:t xml:space="preserve">39:45</w:t>
      </w:r>
      <w:r w:rsidDel="00000000" w:rsidR="00000000" w:rsidRPr="00000000">
        <w:rPr>
          <w:rtl w:val="0"/>
        </w:rPr>
      </w:r>
    </w:p>
    <w:p w:rsidR="00000000" w:rsidDel="00000000" w:rsidP="00000000" w:rsidRDefault="00000000" w:rsidRPr="00000000" w14:paraId="00000262">
      <w:pPr>
        <w:spacing w:after="0" w:lineRule="auto"/>
        <w:rPr/>
      </w:pPr>
      <w:r w:rsidDel="00000000" w:rsidR="00000000" w:rsidRPr="00000000">
        <w:rPr>
          <w:rFonts w:ascii="Arial" w:cs="Arial" w:eastAsia="Arial" w:hAnsi="Arial"/>
          <w:sz w:val="22"/>
          <w:szCs w:val="22"/>
          <w:rtl w:val="0"/>
        </w:rPr>
        <w:t xml:space="preserve">yeah.</w:t>
      </w:r>
      <w:r w:rsidDel="00000000" w:rsidR="00000000" w:rsidRPr="00000000">
        <w:rPr>
          <w:rtl w:val="0"/>
        </w:rPr>
      </w:r>
    </w:p>
    <w:p w:rsidR="00000000" w:rsidDel="00000000" w:rsidP="00000000" w:rsidRDefault="00000000" w:rsidRPr="00000000" w14:paraId="00000263">
      <w:pPr>
        <w:spacing w:after="0" w:lineRule="auto"/>
        <w:rPr/>
      </w:pPr>
      <w:r w:rsidDel="00000000" w:rsidR="00000000" w:rsidRPr="00000000">
        <w:rPr>
          <w:rtl w:val="0"/>
        </w:rPr>
      </w:r>
    </w:p>
    <w:p w:rsidR="00000000" w:rsidDel="00000000" w:rsidP="00000000" w:rsidRDefault="00000000" w:rsidRPr="00000000" w14:paraId="00000264">
      <w:pPr>
        <w:spacing w:after="0" w:lineRule="auto"/>
        <w:rPr/>
      </w:pPr>
      <w:r w:rsidDel="00000000" w:rsidR="00000000" w:rsidRPr="00000000">
        <w:rPr>
          <w:rFonts w:ascii="Arial" w:cs="Arial" w:eastAsia="Arial" w:hAnsi="Arial"/>
          <w:color w:val="5d7284"/>
          <w:sz w:val="22"/>
          <w:szCs w:val="22"/>
          <w:rtl w:val="0"/>
        </w:rPr>
        <w:t xml:space="preserve">39:47</w:t>
      </w:r>
      <w:r w:rsidDel="00000000" w:rsidR="00000000" w:rsidRPr="00000000">
        <w:rPr>
          <w:rtl w:val="0"/>
        </w:rPr>
      </w:r>
    </w:p>
    <w:p w:rsidR="00000000" w:rsidDel="00000000" w:rsidP="00000000" w:rsidRDefault="00000000" w:rsidRPr="00000000" w14:paraId="00000265">
      <w:pPr>
        <w:spacing w:after="0" w:lineRule="auto"/>
        <w:rPr/>
      </w:pPr>
      <w:r w:rsidDel="00000000" w:rsidR="00000000" w:rsidRPr="00000000">
        <w:rPr>
          <w:rFonts w:ascii="Arial" w:cs="Arial" w:eastAsia="Arial" w:hAnsi="Arial"/>
          <w:sz w:val="22"/>
          <w:szCs w:val="22"/>
          <w:rtl w:val="0"/>
        </w:rPr>
        <w:t xml:space="preserve">Interesting. In 1880 My grandfather was born, yeah.</w:t>
      </w:r>
      <w:r w:rsidDel="00000000" w:rsidR="00000000" w:rsidRPr="00000000">
        <w:rPr>
          <w:rtl w:val="0"/>
        </w:rPr>
      </w:r>
    </w:p>
    <w:p w:rsidR="00000000" w:rsidDel="00000000" w:rsidP="00000000" w:rsidRDefault="00000000" w:rsidRPr="00000000" w14:paraId="00000266">
      <w:pPr>
        <w:spacing w:after="0" w:lineRule="auto"/>
        <w:rPr/>
      </w:pPr>
      <w:r w:rsidDel="00000000" w:rsidR="00000000" w:rsidRPr="00000000">
        <w:rPr>
          <w:rtl w:val="0"/>
        </w:rPr>
      </w:r>
    </w:p>
    <w:p w:rsidR="00000000" w:rsidDel="00000000" w:rsidP="00000000" w:rsidRDefault="00000000" w:rsidRPr="00000000" w14:paraId="00000267">
      <w:pPr>
        <w:spacing w:after="0" w:lineRule="auto"/>
        <w:rPr/>
      </w:pPr>
      <w:r w:rsidDel="00000000" w:rsidR="00000000" w:rsidRPr="00000000">
        <w:rPr>
          <w:rFonts w:ascii="Arial" w:cs="Arial" w:eastAsia="Arial" w:hAnsi="Arial"/>
          <w:color w:val="5d7284"/>
          <w:sz w:val="22"/>
          <w:szCs w:val="22"/>
          <w:rtl w:val="0"/>
        </w:rPr>
        <w:t xml:space="preserve">39:59</w:t>
      </w:r>
      <w:r w:rsidDel="00000000" w:rsidR="00000000" w:rsidRPr="00000000">
        <w:rPr>
          <w:rtl w:val="0"/>
        </w:rPr>
      </w:r>
    </w:p>
    <w:p w:rsidR="00000000" w:rsidDel="00000000" w:rsidP="00000000" w:rsidRDefault="00000000" w:rsidRPr="00000000" w14:paraId="00000268">
      <w:pPr>
        <w:spacing w:after="0" w:lineRule="auto"/>
        <w:rPr/>
      </w:pPr>
      <w:r w:rsidDel="00000000" w:rsidR="00000000" w:rsidRPr="00000000">
        <w:rPr>
          <w:rFonts w:ascii="Arial" w:cs="Arial" w:eastAsia="Arial" w:hAnsi="Arial"/>
          <w:rtl w:val="0"/>
        </w:rPr>
        <w:t xml:space="preserve">And</w:t>
      </w:r>
      <w:r w:rsidDel="00000000" w:rsidR="00000000" w:rsidRPr="00000000">
        <w:rPr>
          <w:rtl w:val="0"/>
        </w:rPr>
      </w:r>
    </w:p>
    <w:p w:rsidR="00000000" w:rsidDel="00000000" w:rsidP="00000000" w:rsidRDefault="00000000" w:rsidRPr="00000000" w14:paraId="00000269">
      <w:pPr>
        <w:spacing w:after="0" w:lineRule="auto"/>
        <w:rPr/>
      </w:pPr>
      <w:r w:rsidDel="00000000" w:rsidR="00000000" w:rsidRPr="00000000">
        <w:rPr>
          <w:rtl w:val="0"/>
        </w:rPr>
      </w:r>
    </w:p>
    <w:p w:rsidR="00000000" w:rsidDel="00000000" w:rsidP="00000000" w:rsidRDefault="00000000" w:rsidRPr="00000000" w14:paraId="0000026A">
      <w:pPr>
        <w:spacing w:after="0" w:lineRule="auto"/>
        <w:rPr/>
      </w:pPr>
      <w:r w:rsidDel="00000000" w:rsidR="00000000" w:rsidRPr="00000000">
        <w:rPr>
          <w:rFonts w:ascii="Arial" w:cs="Arial" w:eastAsia="Arial" w:hAnsi="Arial"/>
          <w:color w:val="5d7284"/>
          <w:sz w:val="22"/>
          <w:szCs w:val="22"/>
          <w:rtl w:val="0"/>
        </w:rPr>
        <w:t xml:space="preserve">40:00</w:t>
      </w:r>
      <w:r w:rsidDel="00000000" w:rsidR="00000000" w:rsidRPr="00000000">
        <w:rPr>
          <w:rtl w:val="0"/>
        </w:rPr>
      </w:r>
    </w:p>
    <w:p w:rsidR="00000000" w:rsidDel="00000000" w:rsidP="00000000" w:rsidRDefault="00000000" w:rsidRPr="00000000" w14:paraId="0000026B">
      <w:pPr>
        <w:spacing w:after="0" w:lineRule="auto"/>
        <w:rPr/>
      </w:pPr>
      <w:r w:rsidDel="00000000" w:rsidR="00000000" w:rsidRPr="00000000">
        <w:rPr>
          <w:rFonts w:ascii="Arial" w:cs="Arial" w:eastAsia="Arial" w:hAnsi="Arial"/>
          <w:sz w:val="22"/>
          <w:szCs w:val="22"/>
          <w:rtl w:val="0"/>
        </w:rPr>
        <w:t xml:space="preserve">That is, that's Michael or</w:t>
      </w:r>
      <w:r w:rsidDel="00000000" w:rsidR="00000000" w:rsidRPr="00000000">
        <w:rPr>
          <w:rtl w:val="0"/>
        </w:rPr>
      </w:r>
    </w:p>
    <w:p w:rsidR="00000000" w:rsidDel="00000000" w:rsidP="00000000" w:rsidRDefault="00000000" w:rsidRPr="00000000" w14:paraId="0000026C">
      <w:pPr>
        <w:spacing w:after="0" w:lineRule="auto"/>
        <w:rPr/>
      </w:pPr>
      <w:r w:rsidDel="00000000" w:rsidR="00000000" w:rsidRPr="00000000">
        <w:rPr>
          <w:rtl w:val="0"/>
        </w:rPr>
      </w:r>
    </w:p>
    <w:p w:rsidR="00000000" w:rsidDel="00000000" w:rsidP="00000000" w:rsidRDefault="00000000" w:rsidRPr="00000000" w14:paraId="0000026D">
      <w:pPr>
        <w:spacing w:after="0" w:lineRule="auto"/>
        <w:rPr/>
      </w:pPr>
      <w:r w:rsidDel="00000000" w:rsidR="00000000" w:rsidRPr="00000000">
        <w:rPr>
          <w:rFonts w:ascii="Arial" w:cs="Arial" w:eastAsia="Arial" w:hAnsi="Arial"/>
          <w:color w:val="5d7284"/>
          <w:sz w:val="22"/>
          <w:szCs w:val="22"/>
          <w:rtl w:val="0"/>
        </w:rPr>
        <w:t xml:space="preserve">40:02</w:t>
      </w:r>
      <w:r w:rsidDel="00000000" w:rsidR="00000000" w:rsidRPr="00000000">
        <w:rPr>
          <w:rtl w:val="0"/>
        </w:rPr>
      </w:r>
    </w:p>
    <w:p w:rsidR="00000000" w:rsidDel="00000000" w:rsidP="00000000" w:rsidRDefault="00000000" w:rsidRPr="00000000" w14:paraId="0000026E">
      <w:pPr>
        <w:spacing w:after="0" w:lineRule="auto"/>
        <w:rPr/>
      </w:pPr>
      <w:r w:rsidDel="00000000" w:rsidR="00000000" w:rsidRPr="00000000">
        <w:rPr>
          <w:rFonts w:ascii="Arial" w:cs="Arial" w:eastAsia="Arial" w:hAnsi="Arial"/>
          <w:sz w:val="22"/>
          <w:szCs w:val="22"/>
          <w:rtl w:val="0"/>
        </w:rPr>
        <w:t xml:space="preserve">John, who is your great </w:t>
      </w:r>
      <w:r w:rsidDel="00000000" w:rsidR="00000000" w:rsidRPr="00000000">
        <w:rPr>
          <w:rFonts w:ascii="Arial" w:cs="Arial" w:eastAsia="Arial" w:hAnsi="Arial"/>
          <w:rtl w:val="0"/>
        </w:rPr>
        <w:t xml:space="preserve">grandparent?</w:t>
      </w:r>
      <w:r w:rsidDel="00000000" w:rsidR="00000000" w:rsidRPr="00000000">
        <w:rPr>
          <w:rFonts w:ascii="Arial" w:cs="Arial" w:eastAsia="Arial" w:hAnsi="Arial"/>
          <w:sz w:val="22"/>
          <w:szCs w:val="22"/>
          <w:rtl w:val="0"/>
        </w:rPr>
        <w:t xml:space="preserve"> My great grandfather was Michael and my grandfather was John.</w:t>
      </w:r>
      <w:r w:rsidDel="00000000" w:rsidR="00000000" w:rsidRPr="00000000">
        <w:rPr>
          <w:rtl w:val="0"/>
        </w:rPr>
      </w:r>
    </w:p>
    <w:p w:rsidR="00000000" w:rsidDel="00000000" w:rsidP="00000000" w:rsidRDefault="00000000" w:rsidRPr="00000000" w14:paraId="0000026F">
      <w:pPr>
        <w:spacing w:after="0" w:lineRule="auto"/>
        <w:rPr/>
      </w:pPr>
      <w:r w:rsidDel="00000000" w:rsidR="00000000" w:rsidRPr="00000000">
        <w:rPr>
          <w:rtl w:val="0"/>
        </w:rPr>
      </w:r>
    </w:p>
    <w:p w:rsidR="00000000" w:rsidDel="00000000" w:rsidP="00000000" w:rsidRDefault="00000000" w:rsidRPr="00000000" w14:paraId="00000270">
      <w:pPr>
        <w:spacing w:after="0" w:lineRule="auto"/>
        <w:rPr/>
      </w:pPr>
      <w:r w:rsidDel="00000000" w:rsidR="00000000" w:rsidRPr="00000000">
        <w:rPr>
          <w:rFonts w:ascii="Arial" w:cs="Arial" w:eastAsia="Arial" w:hAnsi="Arial"/>
          <w:color w:val="5d7284"/>
          <w:sz w:val="22"/>
          <w:szCs w:val="22"/>
          <w:rtl w:val="0"/>
        </w:rPr>
        <w:t xml:space="preserve">40:10</w:t>
      </w:r>
      <w:r w:rsidDel="00000000" w:rsidR="00000000" w:rsidRPr="00000000">
        <w:rPr>
          <w:rtl w:val="0"/>
        </w:rPr>
      </w:r>
    </w:p>
    <w:p w:rsidR="00000000" w:rsidDel="00000000" w:rsidP="00000000" w:rsidRDefault="00000000" w:rsidRPr="00000000" w14:paraId="00000271">
      <w:pPr>
        <w:spacing w:after="0" w:lineRule="auto"/>
        <w:rPr/>
      </w:pPr>
      <w:r w:rsidDel="00000000" w:rsidR="00000000" w:rsidRPr="00000000">
        <w:rPr>
          <w:rFonts w:ascii="Arial" w:cs="Arial" w:eastAsia="Arial" w:hAnsi="Arial"/>
          <w:sz w:val="22"/>
          <w:szCs w:val="22"/>
          <w:rtl w:val="0"/>
        </w:rPr>
        <w:t xml:space="preserve">So did the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 mostly move to Burlington, but they still had, like, Camp s</w:t>
      </w:r>
      <w:r w:rsidDel="00000000" w:rsidR="00000000" w:rsidRPr="00000000">
        <w:rPr>
          <w:rFonts w:ascii="Arial" w:cs="Arial" w:eastAsia="Arial" w:hAnsi="Arial"/>
          <w:rtl w:val="0"/>
        </w:rPr>
        <w:t xml:space="preserve">ite</w:t>
      </w:r>
      <w:r w:rsidDel="00000000" w:rsidR="00000000" w:rsidRPr="00000000">
        <w:rPr>
          <w:rFonts w:ascii="Arial" w:cs="Arial" w:eastAsia="Arial" w:hAnsi="Arial"/>
          <w:sz w:val="22"/>
          <w:szCs w:val="22"/>
          <w:rtl w:val="0"/>
        </w:rPr>
        <w:t xml:space="preserve"> here, because it like I saw, like, maybe an obituary for is either Mary or it might have been John that they they passed in Burlington, but they still are buried in the Catholic cemetery here in town. Yeah, yeah. My grandparents run the hours the </w:t>
      </w:r>
      <w:r w:rsidDel="00000000" w:rsidR="00000000" w:rsidRPr="00000000">
        <w:rPr>
          <w:rFonts w:ascii="Arial" w:cs="Arial" w:eastAsia="Arial" w:hAnsi="Arial"/>
          <w:rtl w:val="0"/>
        </w:rPr>
        <w:t xml:space="preserve">S</w:t>
      </w:r>
      <w:r w:rsidDel="00000000" w:rsidR="00000000" w:rsidRPr="00000000">
        <w:rPr>
          <w:rFonts w:ascii="Arial" w:cs="Arial" w:eastAsia="Arial" w:hAnsi="Arial"/>
          <w:sz w:val="22"/>
          <w:szCs w:val="22"/>
          <w:rtl w:val="0"/>
        </w:rPr>
        <w:t xml:space="preserve">t </w:t>
      </w:r>
      <w:r w:rsidDel="00000000" w:rsidR="00000000" w:rsidRPr="00000000">
        <w:rPr>
          <w:rFonts w:ascii="Arial" w:cs="Arial" w:eastAsia="Arial" w:hAnsi="Arial"/>
          <w:rtl w:val="0"/>
        </w:rPr>
        <w:t xml:space="preserve">T</w:t>
      </w:r>
      <w:r w:rsidDel="00000000" w:rsidR="00000000" w:rsidRPr="00000000">
        <w:rPr>
          <w:rFonts w:ascii="Arial" w:cs="Arial" w:eastAsia="Arial" w:hAnsi="Arial"/>
          <w:sz w:val="22"/>
          <w:szCs w:val="22"/>
          <w:rtl w:val="0"/>
        </w:rPr>
        <w:t xml:space="preserve">homas cemetery in</w:t>
      </w:r>
      <w:r w:rsidDel="00000000" w:rsidR="00000000" w:rsidRPr="00000000">
        <w:rPr>
          <w:rtl w:val="0"/>
        </w:rPr>
      </w:r>
    </w:p>
    <w:p w:rsidR="00000000" w:rsidDel="00000000" w:rsidP="00000000" w:rsidRDefault="00000000" w:rsidRPr="00000000" w14:paraId="00000272">
      <w:pPr>
        <w:spacing w:after="0" w:lineRule="auto"/>
        <w:rPr/>
      </w:pPr>
      <w:r w:rsidDel="00000000" w:rsidR="00000000" w:rsidRPr="00000000">
        <w:rPr>
          <w:rtl w:val="0"/>
        </w:rPr>
      </w:r>
    </w:p>
    <w:p w:rsidR="00000000" w:rsidDel="00000000" w:rsidP="00000000" w:rsidRDefault="00000000" w:rsidRPr="00000000" w14:paraId="00000273">
      <w:pPr>
        <w:spacing w:after="0" w:lineRule="auto"/>
        <w:rPr/>
      </w:pPr>
      <w:r w:rsidDel="00000000" w:rsidR="00000000" w:rsidRPr="00000000">
        <w:rPr>
          <w:rFonts w:ascii="Arial" w:cs="Arial" w:eastAsia="Arial" w:hAnsi="Arial"/>
          <w:color w:val="5d7284"/>
          <w:sz w:val="22"/>
          <w:szCs w:val="22"/>
          <w:rtl w:val="0"/>
        </w:rPr>
        <w:t xml:space="preserve">40:34</w:t>
      </w:r>
      <w:r w:rsidDel="00000000" w:rsidR="00000000" w:rsidRPr="00000000">
        <w:rPr>
          <w:rtl w:val="0"/>
        </w:rPr>
      </w:r>
    </w:p>
    <w:p w:rsidR="00000000" w:rsidDel="00000000" w:rsidP="00000000" w:rsidRDefault="00000000" w:rsidRPr="00000000" w14:paraId="00000274">
      <w:pPr>
        <w:spacing w:after="0" w:lineRule="auto"/>
        <w:rPr/>
      </w:pPr>
      <w:r w:rsidDel="00000000" w:rsidR="00000000" w:rsidRPr="00000000">
        <w:rPr>
          <w:rFonts w:ascii="Arial" w:cs="Arial" w:eastAsia="Arial" w:hAnsi="Arial"/>
          <w:sz w:val="22"/>
          <w:szCs w:val="22"/>
          <w:rtl w:val="0"/>
        </w:rPr>
        <w:t xml:space="preserve">Rang</w:t>
      </w:r>
      <w:r w:rsidDel="00000000" w:rsidR="00000000" w:rsidRPr="00000000">
        <w:rPr>
          <w:rFonts w:ascii="Arial" w:cs="Arial" w:eastAsia="Arial" w:hAnsi="Arial"/>
          <w:rtl w:val="0"/>
        </w:rPr>
        <w:t xml:space="preserve">e Road </w:t>
      </w:r>
      <w:r w:rsidDel="00000000" w:rsidR="00000000" w:rsidRPr="00000000">
        <w:rPr>
          <w:rFonts w:ascii="Arial" w:cs="Arial" w:eastAsia="Arial" w:hAnsi="Arial"/>
          <w:sz w:val="22"/>
          <w:szCs w:val="22"/>
          <w:rtl w:val="0"/>
        </w:rPr>
        <w:t xml:space="preserve"> and my great grandma and we have some</w:t>
      </w:r>
      <w:r w:rsidDel="00000000" w:rsidR="00000000" w:rsidRPr="00000000">
        <w:rPr>
          <w:rtl w:val="0"/>
        </w:rPr>
      </w:r>
    </w:p>
    <w:p w:rsidR="00000000" w:rsidDel="00000000" w:rsidP="00000000" w:rsidRDefault="00000000" w:rsidRPr="00000000" w14:paraId="00000275">
      <w:pPr>
        <w:spacing w:after="0" w:lineRule="auto"/>
        <w:rPr/>
      </w:pPr>
      <w:r w:rsidDel="00000000" w:rsidR="00000000" w:rsidRPr="00000000">
        <w:rPr>
          <w:rtl w:val="0"/>
        </w:rPr>
      </w:r>
    </w:p>
    <w:p w:rsidR="00000000" w:rsidDel="00000000" w:rsidP="00000000" w:rsidRDefault="00000000" w:rsidRPr="00000000" w14:paraId="00000276">
      <w:pPr>
        <w:spacing w:after="0" w:lineRule="auto"/>
        <w:rPr/>
      </w:pPr>
      <w:r w:rsidDel="00000000" w:rsidR="00000000" w:rsidRPr="00000000">
        <w:rPr>
          <w:rFonts w:ascii="Arial" w:cs="Arial" w:eastAsia="Arial" w:hAnsi="Arial"/>
          <w:color w:val="5d7284"/>
          <w:sz w:val="22"/>
          <w:szCs w:val="22"/>
          <w:rtl w:val="0"/>
        </w:rPr>
        <w:t xml:space="preserve">40:40</w:t>
      </w:r>
      <w:r w:rsidDel="00000000" w:rsidR="00000000" w:rsidRPr="00000000">
        <w:rPr>
          <w:rtl w:val="0"/>
        </w:rPr>
      </w:r>
    </w:p>
    <w:p w:rsidR="00000000" w:rsidDel="00000000" w:rsidP="00000000" w:rsidRDefault="00000000" w:rsidRPr="00000000" w14:paraId="00000277">
      <w:pPr>
        <w:spacing w:after="0" w:lineRule="auto"/>
        <w:rPr/>
      </w:pPr>
      <w:r w:rsidDel="00000000" w:rsidR="00000000" w:rsidRPr="00000000">
        <w:rPr>
          <w:rFonts w:ascii="Arial" w:cs="Arial" w:eastAsia="Arial" w:hAnsi="Arial"/>
          <w:sz w:val="22"/>
          <w:szCs w:val="22"/>
          <w:rtl w:val="0"/>
        </w:rPr>
        <w:t xml:space="preserve">my great, great grandfather is in our </w:t>
      </w:r>
      <w:r w:rsidDel="00000000" w:rsidR="00000000" w:rsidRPr="00000000">
        <w:rPr>
          <w:rFonts w:ascii="Arial" w:cs="Arial" w:eastAsia="Arial" w:hAnsi="Arial"/>
          <w:rtl w:val="0"/>
        </w:rPr>
        <w:t xml:space="preserve">S</w:t>
      </w:r>
      <w:r w:rsidDel="00000000" w:rsidR="00000000" w:rsidRPr="00000000">
        <w:rPr>
          <w:rFonts w:ascii="Arial" w:cs="Arial" w:eastAsia="Arial" w:hAnsi="Arial"/>
          <w:sz w:val="22"/>
          <w:szCs w:val="22"/>
          <w:rtl w:val="0"/>
        </w:rPr>
        <w:t xml:space="preserve">ettlement cemetery, in our </w:t>
      </w:r>
      <w:r w:rsidDel="00000000" w:rsidR="00000000" w:rsidRPr="00000000">
        <w:rPr>
          <w:rFonts w:ascii="Arial" w:cs="Arial" w:eastAsia="Arial" w:hAnsi="Arial"/>
          <w:rtl w:val="0"/>
        </w:rPr>
        <w:t xml:space="preserve">S</w:t>
      </w:r>
      <w:r w:rsidDel="00000000" w:rsidR="00000000" w:rsidRPr="00000000">
        <w:rPr>
          <w:rFonts w:ascii="Arial" w:cs="Arial" w:eastAsia="Arial" w:hAnsi="Arial"/>
          <w:sz w:val="22"/>
          <w:szCs w:val="22"/>
          <w:rtl w:val="0"/>
        </w:rPr>
        <w:t xml:space="preserve">ettlement</w:t>
      </w:r>
      <w:r w:rsidDel="00000000" w:rsidR="00000000" w:rsidRPr="00000000">
        <w:rPr>
          <w:rtl w:val="0"/>
        </w:rPr>
      </w:r>
    </w:p>
    <w:p w:rsidR="00000000" w:rsidDel="00000000" w:rsidP="00000000" w:rsidRDefault="00000000" w:rsidRPr="00000000" w14:paraId="00000278">
      <w:pPr>
        <w:spacing w:after="0" w:lineRule="auto"/>
        <w:rPr/>
      </w:pPr>
      <w:r w:rsidDel="00000000" w:rsidR="00000000" w:rsidRPr="00000000">
        <w:rPr>
          <w:rtl w:val="0"/>
        </w:rPr>
      </w:r>
    </w:p>
    <w:p w:rsidR="00000000" w:rsidDel="00000000" w:rsidP="00000000" w:rsidRDefault="00000000" w:rsidRPr="00000000" w14:paraId="00000279">
      <w:pPr>
        <w:spacing w:after="0" w:lineRule="auto"/>
        <w:rPr/>
      </w:pPr>
      <w:r w:rsidDel="00000000" w:rsidR="00000000" w:rsidRPr="00000000">
        <w:rPr>
          <w:rFonts w:ascii="Arial" w:cs="Arial" w:eastAsia="Arial" w:hAnsi="Arial"/>
          <w:color w:val="5d7284"/>
          <w:sz w:val="22"/>
          <w:szCs w:val="22"/>
          <w:rtl w:val="0"/>
        </w:rPr>
        <w:t xml:space="preserve">40:46</w:t>
      </w:r>
      <w:r w:rsidDel="00000000" w:rsidR="00000000" w:rsidRPr="00000000">
        <w:rPr>
          <w:rtl w:val="0"/>
        </w:rPr>
      </w:r>
    </w:p>
    <w:p w:rsidR="00000000" w:rsidDel="00000000" w:rsidP="00000000" w:rsidRDefault="00000000" w:rsidRPr="00000000" w14:paraId="0000027A">
      <w:pPr>
        <w:spacing w:after="0" w:lineRule="auto"/>
        <w:rPr/>
      </w:pPr>
      <w:r w:rsidDel="00000000" w:rsidR="00000000" w:rsidRPr="00000000">
        <w:rPr>
          <w:rFonts w:ascii="Arial" w:cs="Arial" w:eastAsia="Arial" w:hAnsi="Arial"/>
          <w:sz w:val="22"/>
          <w:szCs w:val="22"/>
          <w:rtl w:val="0"/>
        </w:rPr>
        <w:t xml:space="preserve">road. Yeah, </w:t>
      </w:r>
      <w:r w:rsidDel="00000000" w:rsidR="00000000" w:rsidRPr="00000000">
        <w:rPr>
          <w:rFonts w:ascii="Arial" w:cs="Arial" w:eastAsia="Arial" w:hAnsi="Arial"/>
          <w:rtl w:val="0"/>
        </w:rPr>
        <w:t xml:space="preserve">what</w:t>
      </w:r>
      <w:r w:rsidDel="00000000" w:rsidR="00000000" w:rsidRPr="00000000">
        <w:rPr>
          <w:rFonts w:ascii="Arial" w:cs="Arial" w:eastAsia="Arial" w:hAnsi="Arial"/>
          <w:sz w:val="22"/>
          <w:szCs w:val="22"/>
          <w:rtl w:val="0"/>
        </w:rPr>
        <w:t xml:space="preserve"> happened was my father finished at the number five school, and when he was 12 years old, 13, years old. And</w:t>
      </w:r>
      <w:r w:rsidDel="00000000" w:rsidR="00000000" w:rsidRPr="00000000">
        <w:rPr>
          <w:rtl w:val="0"/>
        </w:rPr>
      </w:r>
    </w:p>
    <w:p w:rsidR="00000000" w:rsidDel="00000000" w:rsidP="00000000" w:rsidRDefault="00000000" w:rsidRPr="00000000" w14:paraId="0000027B">
      <w:pPr>
        <w:spacing w:after="0" w:lineRule="auto"/>
        <w:rPr/>
      </w:pPr>
      <w:r w:rsidDel="00000000" w:rsidR="00000000" w:rsidRPr="00000000">
        <w:rPr>
          <w:rtl w:val="0"/>
        </w:rPr>
      </w:r>
    </w:p>
    <w:p w:rsidR="00000000" w:rsidDel="00000000" w:rsidP="00000000" w:rsidRDefault="00000000" w:rsidRPr="00000000" w14:paraId="0000027C">
      <w:pPr>
        <w:spacing w:after="0" w:lineRule="auto"/>
        <w:rPr/>
      </w:pPr>
      <w:r w:rsidDel="00000000" w:rsidR="00000000" w:rsidRPr="00000000">
        <w:rPr>
          <w:rFonts w:ascii="Arial" w:cs="Arial" w:eastAsia="Arial" w:hAnsi="Arial"/>
          <w:color w:val="5d7284"/>
          <w:sz w:val="22"/>
          <w:szCs w:val="22"/>
          <w:rtl w:val="0"/>
        </w:rPr>
        <w:t xml:space="preserve">40:58</w:t>
      </w:r>
      <w:r w:rsidDel="00000000" w:rsidR="00000000" w:rsidRPr="00000000">
        <w:rPr>
          <w:rtl w:val="0"/>
        </w:rPr>
      </w:r>
    </w:p>
    <w:p w:rsidR="00000000" w:rsidDel="00000000" w:rsidP="00000000" w:rsidRDefault="00000000" w:rsidRPr="00000000" w14:paraId="0000027D">
      <w:pPr>
        <w:spacing w:after="0" w:lineRule="auto"/>
        <w:rPr/>
      </w:pPr>
      <w:r w:rsidDel="00000000" w:rsidR="00000000" w:rsidRPr="00000000">
        <w:rPr>
          <w:rFonts w:ascii="Arial" w:cs="Arial" w:eastAsia="Arial" w:hAnsi="Arial"/>
          <w:sz w:val="22"/>
          <w:szCs w:val="22"/>
          <w:rtl w:val="0"/>
        </w:rPr>
        <w:t xml:space="preserve">so there was no high school. There</w:t>
      </w:r>
      <w:r w:rsidDel="00000000" w:rsidR="00000000" w:rsidRPr="00000000">
        <w:rPr>
          <w:rFonts w:ascii="Arial" w:cs="Arial" w:eastAsia="Arial" w:hAnsi="Arial"/>
          <w:rtl w:val="0"/>
        </w:rPr>
        <w:t xml:space="preserve"> was</w:t>
      </w:r>
      <w:r w:rsidDel="00000000" w:rsidR="00000000" w:rsidRPr="00000000">
        <w:rPr>
          <w:rFonts w:ascii="Arial" w:cs="Arial" w:eastAsia="Arial" w:hAnsi="Arial"/>
          <w:sz w:val="22"/>
          <w:szCs w:val="22"/>
          <w:rtl w:val="0"/>
        </w:rPr>
        <w:t xml:space="preserve"> one in Jericho, I think at the time, maybe,</w:t>
      </w:r>
      <w:r w:rsidDel="00000000" w:rsidR="00000000" w:rsidRPr="00000000">
        <w:rPr>
          <w:rtl w:val="0"/>
        </w:rPr>
      </w:r>
    </w:p>
    <w:p w:rsidR="00000000" w:rsidDel="00000000" w:rsidP="00000000" w:rsidRDefault="00000000" w:rsidRPr="00000000" w14:paraId="0000027E">
      <w:pPr>
        <w:spacing w:after="0" w:lineRule="auto"/>
        <w:rPr/>
      </w:pPr>
      <w:r w:rsidDel="00000000" w:rsidR="00000000" w:rsidRPr="00000000">
        <w:rPr>
          <w:rtl w:val="0"/>
        </w:rPr>
      </w:r>
    </w:p>
    <w:p w:rsidR="00000000" w:rsidDel="00000000" w:rsidP="00000000" w:rsidRDefault="00000000" w:rsidRPr="00000000" w14:paraId="0000027F">
      <w:pPr>
        <w:spacing w:after="0" w:lineRule="auto"/>
        <w:rPr/>
      </w:pPr>
      <w:r w:rsidDel="00000000" w:rsidR="00000000" w:rsidRPr="00000000">
        <w:rPr>
          <w:rFonts w:ascii="Arial" w:cs="Arial" w:eastAsia="Arial" w:hAnsi="Arial"/>
          <w:color w:val="5d7284"/>
          <w:sz w:val="22"/>
          <w:szCs w:val="22"/>
          <w:rtl w:val="0"/>
        </w:rPr>
        <w:t xml:space="preserve">41:03</w:t>
      </w:r>
      <w:r w:rsidDel="00000000" w:rsidR="00000000" w:rsidRPr="00000000">
        <w:rPr>
          <w:rtl w:val="0"/>
        </w:rPr>
      </w:r>
    </w:p>
    <w:p w:rsidR="00000000" w:rsidDel="00000000" w:rsidP="00000000" w:rsidRDefault="00000000" w:rsidRPr="00000000" w14:paraId="00000280">
      <w:pPr>
        <w:spacing w:after="0" w:lineRule="auto"/>
        <w:rPr/>
      </w:pPr>
      <w:r w:rsidDel="00000000" w:rsidR="00000000" w:rsidRPr="00000000">
        <w:rPr>
          <w:rFonts w:ascii="Arial" w:cs="Arial" w:eastAsia="Arial" w:hAnsi="Arial"/>
          <w:sz w:val="22"/>
          <w:szCs w:val="22"/>
          <w:rtl w:val="0"/>
        </w:rPr>
        <w:t xml:space="preserve">but there wasn't.</w:t>
      </w:r>
      <w:r w:rsidDel="00000000" w:rsidR="00000000" w:rsidRPr="00000000">
        <w:rPr>
          <w:rtl w:val="0"/>
        </w:rPr>
      </w:r>
    </w:p>
    <w:p w:rsidR="00000000" w:rsidDel="00000000" w:rsidP="00000000" w:rsidRDefault="00000000" w:rsidRPr="00000000" w14:paraId="00000281">
      <w:pPr>
        <w:spacing w:after="0" w:lineRule="auto"/>
        <w:rPr/>
      </w:pPr>
      <w:r w:rsidDel="00000000" w:rsidR="00000000" w:rsidRPr="00000000">
        <w:rPr>
          <w:rtl w:val="0"/>
        </w:rPr>
      </w:r>
    </w:p>
    <w:p w:rsidR="00000000" w:rsidDel="00000000" w:rsidP="00000000" w:rsidRDefault="00000000" w:rsidRPr="00000000" w14:paraId="00000282">
      <w:pPr>
        <w:spacing w:after="0" w:lineRule="auto"/>
        <w:rPr/>
      </w:pPr>
      <w:r w:rsidDel="00000000" w:rsidR="00000000" w:rsidRPr="00000000">
        <w:rPr>
          <w:rFonts w:ascii="Arial" w:cs="Arial" w:eastAsia="Arial" w:hAnsi="Arial"/>
          <w:color w:val="5d7284"/>
          <w:sz w:val="22"/>
          <w:szCs w:val="22"/>
          <w:rtl w:val="0"/>
        </w:rPr>
        <w:t xml:space="preserve">41:05</w:t>
      </w:r>
      <w:r w:rsidDel="00000000" w:rsidR="00000000" w:rsidRPr="00000000">
        <w:rPr>
          <w:rtl w:val="0"/>
        </w:rPr>
      </w:r>
    </w:p>
    <w:p w:rsidR="00000000" w:rsidDel="00000000" w:rsidP="00000000" w:rsidRDefault="00000000" w:rsidRPr="00000000" w14:paraId="00000283">
      <w:pPr>
        <w:spacing w:after="0" w:lineRule="auto"/>
        <w:rPr/>
      </w:pPr>
      <w:r w:rsidDel="00000000" w:rsidR="00000000" w:rsidRPr="00000000">
        <w:rPr>
          <w:rFonts w:ascii="Arial" w:cs="Arial" w:eastAsia="Arial" w:hAnsi="Arial"/>
          <w:sz w:val="22"/>
          <w:szCs w:val="22"/>
          <w:rtl w:val="0"/>
        </w:rPr>
        <w:t xml:space="preserve">So the Cathedral High School, it just opened in Burlington four or five years before Catholic High School.</w:t>
      </w:r>
      <w:r w:rsidDel="00000000" w:rsidR="00000000" w:rsidRPr="00000000">
        <w:rPr>
          <w:rtl w:val="0"/>
        </w:rPr>
      </w:r>
    </w:p>
    <w:p w:rsidR="00000000" w:rsidDel="00000000" w:rsidP="00000000" w:rsidRDefault="00000000" w:rsidRPr="00000000" w14:paraId="00000284">
      <w:pPr>
        <w:spacing w:after="0" w:lineRule="auto"/>
        <w:rPr/>
      </w:pPr>
      <w:r w:rsidDel="00000000" w:rsidR="00000000" w:rsidRPr="00000000">
        <w:rPr>
          <w:rtl w:val="0"/>
        </w:rPr>
      </w:r>
    </w:p>
    <w:p w:rsidR="00000000" w:rsidDel="00000000" w:rsidP="00000000" w:rsidRDefault="00000000" w:rsidRPr="00000000" w14:paraId="00000285">
      <w:pPr>
        <w:spacing w:after="0" w:lineRule="auto"/>
        <w:rPr/>
      </w:pPr>
      <w:r w:rsidDel="00000000" w:rsidR="00000000" w:rsidRPr="00000000">
        <w:rPr>
          <w:rFonts w:ascii="Arial" w:cs="Arial" w:eastAsia="Arial" w:hAnsi="Arial"/>
          <w:color w:val="5d7284"/>
          <w:sz w:val="22"/>
          <w:szCs w:val="22"/>
          <w:rtl w:val="0"/>
        </w:rPr>
        <w:t xml:space="preserve">41:12</w:t>
      </w:r>
      <w:r w:rsidDel="00000000" w:rsidR="00000000" w:rsidRPr="00000000">
        <w:rPr>
          <w:rtl w:val="0"/>
        </w:rPr>
      </w:r>
    </w:p>
    <w:p w:rsidR="00000000" w:rsidDel="00000000" w:rsidP="00000000" w:rsidRDefault="00000000" w:rsidRPr="00000000" w14:paraId="00000286">
      <w:pPr>
        <w:spacing w:after="0" w:lineRule="auto"/>
        <w:rPr/>
      </w:pPr>
      <w:r w:rsidDel="00000000" w:rsidR="00000000" w:rsidRPr="00000000">
        <w:rPr>
          <w:rFonts w:ascii="Arial" w:cs="Arial" w:eastAsia="Arial" w:hAnsi="Arial"/>
          <w:sz w:val="22"/>
          <w:szCs w:val="22"/>
          <w:rtl w:val="0"/>
        </w:rPr>
        <w:t xml:space="preserve">Oh, like right in the middle of down here, right? Okay. And so in 1923 my father went to live with his aunt</w:t>
      </w:r>
      <w:r w:rsidDel="00000000" w:rsidR="00000000" w:rsidRPr="00000000">
        <w:rPr>
          <w:rFonts w:ascii="Arial" w:cs="Arial" w:eastAsia="Arial" w:hAnsi="Arial"/>
          <w:rtl w:val="0"/>
        </w:rPr>
        <w:t xml:space="preserve"> Margaret</w:t>
      </w:r>
      <w:r w:rsidDel="00000000" w:rsidR="00000000" w:rsidRPr="00000000">
        <w:rPr>
          <w:rFonts w:ascii="Arial" w:cs="Arial" w:eastAsia="Arial" w:hAnsi="Arial"/>
          <w:sz w:val="22"/>
          <w:szCs w:val="22"/>
          <w:rtl w:val="0"/>
        </w:rPr>
        <w:t xml:space="preserve"> in Burlington</w:t>
      </w:r>
      <w:r w:rsidDel="00000000" w:rsidR="00000000" w:rsidRPr="00000000">
        <w:rPr>
          <w:rtl w:val="0"/>
        </w:rPr>
      </w:r>
    </w:p>
    <w:p w:rsidR="00000000" w:rsidDel="00000000" w:rsidP="00000000" w:rsidRDefault="00000000" w:rsidRPr="00000000" w14:paraId="00000287">
      <w:pPr>
        <w:spacing w:after="0" w:lineRule="auto"/>
        <w:rPr/>
      </w:pPr>
      <w:r w:rsidDel="00000000" w:rsidR="00000000" w:rsidRPr="00000000">
        <w:rPr>
          <w:rtl w:val="0"/>
        </w:rPr>
      </w:r>
    </w:p>
    <w:p w:rsidR="00000000" w:rsidDel="00000000" w:rsidP="00000000" w:rsidRDefault="00000000" w:rsidRPr="00000000" w14:paraId="00000288">
      <w:pPr>
        <w:spacing w:after="0" w:lineRule="auto"/>
        <w:rPr/>
      </w:pPr>
      <w:r w:rsidDel="00000000" w:rsidR="00000000" w:rsidRPr="00000000">
        <w:rPr>
          <w:rFonts w:ascii="Arial" w:cs="Arial" w:eastAsia="Arial" w:hAnsi="Arial"/>
          <w:color w:val="5d7284"/>
          <w:sz w:val="22"/>
          <w:szCs w:val="22"/>
          <w:rtl w:val="0"/>
        </w:rPr>
        <w:t xml:space="preserve">41:24</w:t>
      </w:r>
      <w:r w:rsidDel="00000000" w:rsidR="00000000" w:rsidRPr="00000000">
        <w:rPr>
          <w:rtl w:val="0"/>
        </w:rPr>
      </w:r>
    </w:p>
    <w:p w:rsidR="00000000" w:rsidDel="00000000" w:rsidP="00000000" w:rsidRDefault="00000000" w:rsidRPr="00000000" w14:paraId="00000289">
      <w:pPr>
        <w:spacing w:after="0" w:lineRule="auto"/>
        <w:rPr/>
      </w:pPr>
      <w:r w:rsidDel="00000000" w:rsidR="00000000" w:rsidRPr="00000000">
        <w:rPr>
          <w:rFonts w:ascii="Arial" w:cs="Arial" w:eastAsia="Arial" w:hAnsi="Arial"/>
          <w:sz w:val="22"/>
          <w:szCs w:val="22"/>
          <w:rtl w:val="0"/>
        </w:rPr>
        <w:t xml:space="preserve">for a year and and she was a teacher, boarded with her</w:t>
      </w:r>
      <w:r w:rsidDel="00000000" w:rsidR="00000000" w:rsidRPr="00000000">
        <w:rPr>
          <w:rtl w:val="0"/>
        </w:rPr>
      </w:r>
    </w:p>
    <w:p w:rsidR="00000000" w:rsidDel="00000000" w:rsidP="00000000" w:rsidRDefault="00000000" w:rsidRPr="00000000" w14:paraId="0000028A">
      <w:pPr>
        <w:spacing w:after="0" w:lineRule="auto"/>
        <w:rPr/>
      </w:pPr>
      <w:r w:rsidDel="00000000" w:rsidR="00000000" w:rsidRPr="00000000">
        <w:rPr>
          <w:rtl w:val="0"/>
        </w:rPr>
      </w:r>
    </w:p>
    <w:p w:rsidR="00000000" w:rsidDel="00000000" w:rsidP="00000000" w:rsidRDefault="00000000" w:rsidRPr="00000000" w14:paraId="0000028B">
      <w:pPr>
        <w:spacing w:after="0" w:lineRule="auto"/>
        <w:rPr/>
      </w:pPr>
      <w:r w:rsidDel="00000000" w:rsidR="00000000" w:rsidRPr="00000000">
        <w:rPr>
          <w:rFonts w:ascii="Arial" w:cs="Arial" w:eastAsia="Arial" w:hAnsi="Arial"/>
          <w:color w:val="5d7284"/>
          <w:sz w:val="22"/>
          <w:szCs w:val="22"/>
          <w:rtl w:val="0"/>
        </w:rPr>
        <w:t xml:space="preserve">41:30</w:t>
      </w:r>
      <w:r w:rsidDel="00000000" w:rsidR="00000000" w:rsidRPr="00000000">
        <w:rPr>
          <w:rtl w:val="0"/>
        </w:rPr>
      </w:r>
    </w:p>
    <w:p w:rsidR="00000000" w:rsidDel="00000000" w:rsidP="00000000" w:rsidRDefault="00000000" w:rsidRPr="00000000" w14:paraId="0000028C">
      <w:pPr>
        <w:spacing w:after="0" w:lineRule="auto"/>
        <w:rPr/>
      </w:pPr>
      <w:r w:rsidDel="00000000" w:rsidR="00000000" w:rsidRPr="00000000">
        <w:rPr>
          <w:rFonts w:ascii="Arial" w:cs="Arial" w:eastAsia="Arial" w:hAnsi="Arial"/>
          <w:sz w:val="22"/>
          <w:szCs w:val="22"/>
          <w:rtl w:val="0"/>
        </w:rPr>
        <w:t xml:space="preserve">and attended high school, and then the family moved in the next year from </w:t>
      </w:r>
      <w:r w:rsidDel="00000000" w:rsidR="00000000" w:rsidRPr="00000000">
        <w:rPr>
          <w:rFonts w:ascii="Arial" w:cs="Arial" w:eastAsia="Arial" w:hAnsi="Arial"/>
          <w:rtl w:val="0"/>
        </w:rPr>
        <w:t xml:space="preserve">that farm</w:t>
      </w:r>
      <w:r w:rsidDel="00000000" w:rsidR="00000000" w:rsidRPr="00000000">
        <w:rPr>
          <w:rFonts w:ascii="Arial" w:cs="Arial" w:eastAsia="Arial" w:hAnsi="Arial"/>
          <w:sz w:val="22"/>
          <w:szCs w:val="22"/>
          <w:rtl w:val="0"/>
        </w:rPr>
        <w:t xml:space="preserve"> here. So there was no really </w:t>
      </w:r>
      <w:r w:rsidDel="00000000" w:rsidR="00000000" w:rsidRPr="00000000">
        <w:rPr>
          <w:rFonts w:ascii="Arial" w:cs="Arial" w:eastAsia="Arial" w:hAnsi="Arial"/>
          <w:rtl w:val="0"/>
        </w:rPr>
        <w:t xml:space="preserve">Leddys</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28D">
      <w:pPr>
        <w:spacing w:after="0" w:lineRule="auto"/>
        <w:rPr/>
      </w:pPr>
      <w:r w:rsidDel="00000000" w:rsidR="00000000" w:rsidRPr="00000000">
        <w:rPr>
          <w:rtl w:val="0"/>
        </w:rPr>
      </w:r>
    </w:p>
    <w:p w:rsidR="00000000" w:rsidDel="00000000" w:rsidP="00000000" w:rsidRDefault="00000000" w:rsidRPr="00000000" w14:paraId="0000028E">
      <w:pPr>
        <w:spacing w:after="0" w:lineRule="auto"/>
        <w:rPr/>
      </w:pPr>
      <w:r w:rsidDel="00000000" w:rsidR="00000000" w:rsidRPr="00000000">
        <w:rPr>
          <w:rFonts w:ascii="Arial" w:cs="Arial" w:eastAsia="Arial" w:hAnsi="Arial"/>
          <w:color w:val="5d7284"/>
          <w:sz w:val="22"/>
          <w:szCs w:val="22"/>
          <w:rtl w:val="0"/>
        </w:rPr>
        <w:t xml:space="preserve">41:38</w:t>
      </w:r>
      <w:r w:rsidDel="00000000" w:rsidR="00000000" w:rsidRPr="00000000">
        <w:rPr>
          <w:rtl w:val="0"/>
        </w:rPr>
      </w:r>
    </w:p>
    <w:p w:rsidR="00000000" w:rsidDel="00000000" w:rsidP="00000000" w:rsidRDefault="00000000" w:rsidRPr="00000000" w14:paraId="0000028F">
      <w:pPr>
        <w:spacing w:after="0" w:lineRule="auto"/>
        <w:rPr/>
      </w:pPr>
      <w:r w:rsidDel="00000000" w:rsidR="00000000" w:rsidRPr="00000000">
        <w:rPr>
          <w:rFonts w:ascii="Arial" w:cs="Arial" w:eastAsia="Arial" w:hAnsi="Arial"/>
          <w:sz w:val="22"/>
          <w:szCs w:val="22"/>
          <w:rtl w:val="0"/>
        </w:rPr>
        <w:t xml:space="preserve">in the Irish settlement St Thomas cemetery.</w:t>
      </w:r>
      <w:r w:rsidDel="00000000" w:rsidR="00000000" w:rsidRPr="00000000">
        <w:rPr>
          <w:rtl w:val="0"/>
        </w:rPr>
      </w:r>
    </w:p>
    <w:p w:rsidR="00000000" w:rsidDel="00000000" w:rsidP="00000000" w:rsidRDefault="00000000" w:rsidRPr="00000000" w14:paraId="00000290">
      <w:pPr>
        <w:spacing w:after="0" w:lineRule="auto"/>
        <w:rPr/>
      </w:pPr>
      <w:r w:rsidDel="00000000" w:rsidR="00000000" w:rsidRPr="00000000">
        <w:rPr>
          <w:rtl w:val="0"/>
        </w:rPr>
      </w:r>
    </w:p>
    <w:p w:rsidR="00000000" w:rsidDel="00000000" w:rsidP="00000000" w:rsidRDefault="00000000" w:rsidRPr="00000000" w14:paraId="00000291">
      <w:pPr>
        <w:spacing w:after="0" w:lineRule="auto"/>
        <w:rPr/>
      </w:pPr>
      <w:r w:rsidDel="00000000" w:rsidR="00000000" w:rsidRPr="00000000">
        <w:rPr>
          <w:rFonts w:ascii="Arial" w:cs="Arial" w:eastAsia="Arial" w:hAnsi="Arial"/>
          <w:color w:val="5d7284"/>
          <w:sz w:val="22"/>
          <w:szCs w:val="22"/>
          <w:rtl w:val="0"/>
        </w:rPr>
        <w:t xml:space="preserve">41:43</w:t>
      </w:r>
      <w:r w:rsidDel="00000000" w:rsidR="00000000" w:rsidRPr="00000000">
        <w:rPr>
          <w:rtl w:val="0"/>
        </w:rPr>
      </w:r>
    </w:p>
    <w:p w:rsidR="00000000" w:rsidDel="00000000" w:rsidP="00000000" w:rsidRDefault="00000000" w:rsidRPr="00000000" w14:paraId="00000292">
      <w:pPr>
        <w:spacing w:after="0" w:lineRule="auto"/>
        <w:rPr/>
      </w:pPr>
      <w:r w:rsidDel="00000000" w:rsidR="00000000" w:rsidRPr="00000000">
        <w:rPr>
          <w:rFonts w:ascii="Arial" w:cs="Arial" w:eastAsia="Arial" w:hAnsi="Arial"/>
          <w:sz w:val="22"/>
          <w:szCs w:val="22"/>
          <w:rtl w:val="0"/>
        </w:rPr>
        <w:t xml:space="preserve">There are, there are some cousins that were</w:t>
      </w:r>
      <w:r w:rsidDel="00000000" w:rsidR="00000000" w:rsidRPr="00000000">
        <w:rPr>
          <w:rtl w:val="0"/>
        </w:rPr>
      </w:r>
    </w:p>
    <w:p w:rsidR="00000000" w:rsidDel="00000000" w:rsidP="00000000" w:rsidRDefault="00000000" w:rsidRPr="00000000" w14:paraId="00000293">
      <w:pPr>
        <w:spacing w:after="0" w:lineRule="auto"/>
        <w:rPr/>
      </w:pPr>
      <w:r w:rsidDel="00000000" w:rsidR="00000000" w:rsidRPr="00000000">
        <w:rPr>
          <w:rtl w:val="0"/>
        </w:rPr>
      </w:r>
    </w:p>
    <w:p w:rsidR="00000000" w:rsidDel="00000000" w:rsidP="00000000" w:rsidRDefault="00000000" w:rsidRPr="00000000" w14:paraId="00000294">
      <w:pPr>
        <w:spacing w:after="0" w:lineRule="auto"/>
        <w:rPr/>
      </w:pPr>
      <w:r w:rsidDel="00000000" w:rsidR="00000000" w:rsidRPr="00000000">
        <w:rPr>
          <w:rFonts w:ascii="Arial" w:cs="Arial" w:eastAsia="Arial" w:hAnsi="Arial"/>
          <w:color w:val="5d7284"/>
          <w:sz w:val="22"/>
          <w:szCs w:val="22"/>
          <w:rtl w:val="0"/>
        </w:rPr>
        <w:t xml:space="preserve">41:49</w:t>
      </w:r>
      <w:r w:rsidDel="00000000" w:rsidR="00000000" w:rsidRPr="00000000">
        <w:rPr>
          <w:rtl w:val="0"/>
        </w:rPr>
      </w:r>
    </w:p>
    <w:p w:rsidR="00000000" w:rsidDel="00000000" w:rsidP="00000000" w:rsidRDefault="00000000" w:rsidRPr="00000000" w14:paraId="00000295">
      <w:pPr>
        <w:spacing w:after="0" w:lineRule="auto"/>
        <w:rPr/>
      </w:pPr>
      <w:r w:rsidDel="00000000" w:rsidR="00000000" w:rsidRPr="00000000">
        <w:rPr>
          <w:rFonts w:ascii="Arial" w:cs="Arial" w:eastAsia="Arial" w:hAnsi="Arial"/>
          <w:sz w:val="22"/>
          <w:szCs w:val="22"/>
          <w:rtl w:val="0"/>
        </w:rPr>
        <w:t xml:space="preserve">like my great grandfather's brother's family. So I have third cousins and second cousins that I </w:t>
      </w:r>
      <w:r w:rsidDel="00000000" w:rsidR="00000000" w:rsidRPr="00000000">
        <w:rPr>
          <w:rFonts w:ascii="Arial" w:cs="Arial" w:eastAsia="Arial" w:hAnsi="Arial"/>
          <w:rtl w:val="0"/>
        </w:rPr>
        <w:t xml:space="preserve">think are</w:t>
      </w:r>
      <w:r w:rsidDel="00000000" w:rsidR="00000000" w:rsidRPr="00000000">
        <w:rPr>
          <w:rFonts w:ascii="Arial" w:cs="Arial" w:eastAsia="Arial" w:hAnsi="Arial"/>
          <w:sz w:val="22"/>
          <w:szCs w:val="22"/>
          <w:rtl w:val="0"/>
        </w:rPr>
        <w:t xml:space="preserve"> buried in the </w:t>
      </w:r>
      <w:r w:rsidDel="00000000" w:rsidR="00000000" w:rsidRPr="00000000">
        <w:rPr>
          <w:rFonts w:ascii="Arial" w:cs="Arial" w:eastAsia="Arial" w:hAnsi="Arial"/>
          <w:rtl w:val="0"/>
        </w:rPr>
        <w:t xml:space="preserve">St Thomas</w:t>
      </w:r>
      <w:r w:rsidDel="00000000" w:rsidR="00000000" w:rsidRPr="00000000">
        <w:rPr>
          <w:rFonts w:ascii="Arial" w:cs="Arial" w:eastAsia="Arial" w:hAnsi="Arial"/>
          <w:sz w:val="22"/>
          <w:szCs w:val="22"/>
          <w:rtl w:val="0"/>
        </w:rPr>
        <w:t xml:space="preserve"> cemetery as well. But there's only Jimmy's, the only one in the land records now, along with now Margaret land in</w:t>
      </w:r>
      <w:r w:rsidDel="00000000" w:rsidR="00000000" w:rsidRPr="00000000">
        <w:rPr>
          <w:rtl w:val="0"/>
        </w:rPr>
      </w:r>
    </w:p>
    <w:p w:rsidR="00000000" w:rsidDel="00000000" w:rsidP="00000000" w:rsidRDefault="00000000" w:rsidRPr="00000000" w14:paraId="00000296">
      <w:pPr>
        <w:spacing w:after="0" w:lineRule="auto"/>
        <w:rPr/>
      </w:pPr>
      <w:r w:rsidDel="00000000" w:rsidR="00000000" w:rsidRPr="00000000">
        <w:rPr>
          <w:rtl w:val="0"/>
        </w:rPr>
      </w:r>
    </w:p>
    <w:p w:rsidR="00000000" w:rsidDel="00000000" w:rsidP="00000000" w:rsidRDefault="00000000" w:rsidRPr="00000000" w14:paraId="00000297">
      <w:pPr>
        <w:spacing w:after="0" w:lineRule="auto"/>
        <w:rPr/>
      </w:pPr>
      <w:r w:rsidDel="00000000" w:rsidR="00000000" w:rsidRPr="00000000">
        <w:rPr>
          <w:rFonts w:ascii="Arial" w:cs="Arial" w:eastAsia="Arial" w:hAnsi="Arial"/>
          <w:color w:val="5d7284"/>
          <w:sz w:val="22"/>
          <w:szCs w:val="22"/>
          <w:rtl w:val="0"/>
        </w:rPr>
        <w:t xml:space="preserve">42:06</w:t>
      </w:r>
      <w:r w:rsidDel="00000000" w:rsidR="00000000" w:rsidRPr="00000000">
        <w:rPr>
          <w:rtl w:val="0"/>
        </w:rPr>
      </w:r>
    </w:p>
    <w:p w:rsidR="00000000" w:rsidDel="00000000" w:rsidP="00000000" w:rsidRDefault="00000000" w:rsidRPr="00000000" w14:paraId="00000298">
      <w:pPr>
        <w:spacing w:after="0" w:lineRule="auto"/>
        <w:rPr/>
      </w:pPr>
      <w:r w:rsidDel="00000000" w:rsidR="00000000" w:rsidRPr="00000000">
        <w:rPr>
          <w:rFonts w:ascii="Arial" w:cs="Arial" w:eastAsia="Arial" w:hAnsi="Arial"/>
          <w:sz w:val="22"/>
          <w:szCs w:val="22"/>
          <w:rtl w:val="0"/>
        </w:rPr>
        <w:t xml:space="preserve">so it's, but it was, you know, </w:t>
      </w:r>
      <w:r w:rsidDel="00000000" w:rsidR="00000000" w:rsidRPr="00000000">
        <w:rPr>
          <w:rFonts w:ascii="Arial" w:cs="Arial" w:eastAsia="Arial" w:hAnsi="Arial"/>
          <w:rtl w:val="0"/>
        </w:rPr>
        <w:t xml:space="preserve">probably</w:t>
      </w:r>
      <w:r w:rsidDel="00000000" w:rsidR="00000000" w:rsidRPr="00000000">
        <w:rPr>
          <w:rFonts w:ascii="Arial" w:cs="Arial" w:eastAsia="Arial" w:hAnsi="Arial"/>
          <w:sz w:val="22"/>
          <w:szCs w:val="22"/>
          <w:rtl w:val="0"/>
        </w:rPr>
        <w:t xml:space="preserve"> a familiar place for the Irish immigrants to come because there were kinsmen </w:t>
      </w:r>
      <w:r w:rsidDel="00000000" w:rsidR="00000000" w:rsidRPr="00000000">
        <w:rPr>
          <w:rFonts w:ascii="Arial" w:cs="Arial" w:eastAsia="Arial" w:hAnsi="Arial"/>
          <w:rtl w:val="0"/>
        </w:rPr>
        <w:t xml:space="preserve">there</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299">
      <w:pPr>
        <w:spacing w:after="0" w:lineRule="auto"/>
        <w:rPr/>
      </w:pPr>
      <w:r w:rsidDel="00000000" w:rsidR="00000000" w:rsidRPr="00000000">
        <w:rPr>
          <w:rtl w:val="0"/>
        </w:rPr>
      </w:r>
    </w:p>
    <w:p w:rsidR="00000000" w:rsidDel="00000000" w:rsidP="00000000" w:rsidRDefault="00000000" w:rsidRPr="00000000" w14:paraId="0000029A">
      <w:pPr>
        <w:spacing w:after="0" w:lineRule="auto"/>
        <w:rPr/>
      </w:pPr>
      <w:r w:rsidDel="00000000" w:rsidR="00000000" w:rsidRPr="00000000">
        <w:rPr>
          <w:rFonts w:ascii="Arial" w:cs="Arial" w:eastAsia="Arial" w:hAnsi="Arial"/>
          <w:color w:val="5d7284"/>
          <w:sz w:val="22"/>
          <w:szCs w:val="22"/>
          <w:rtl w:val="0"/>
        </w:rPr>
        <w:t xml:space="preserve">42:19</w:t>
      </w:r>
      <w:r w:rsidDel="00000000" w:rsidR="00000000" w:rsidRPr="00000000">
        <w:rPr>
          <w:rtl w:val="0"/>
        </w:rPr>
      </w:r>
    </w:p>
    <w:p w:rsidR="00000000" w:rsidDel="00000000" w:rsidP="00000000" w:rsidRDefault="00000000" w:rsidRPr="00000000" w14:paraId="0000029B">
      <w:pPr>
        <w:spacing w:after="0" w:lineRule="auto"/>
        <w:rPr/>
      </w:pPr>
      <w:r w:rsidDel="00000000" w:rsidR="00000000" w:rsidRPr="00000000">
        <w:rPr>
          <w:rFonts w:ascii="Arial" w:cs="Arial" w:eastAsia="Arial" w:hAnsi="Arial"/>
          <w:sz w:val="22"/>
          <w:szCs w:val="22"/>
          <w:rtl w:val="0"/>
        </w:rPr>
        <w:t xml:space="preserve">The reason, apparently, for the Irish settlement cemetery to be </w:t>
      </w:r>
      <w:r w:rsidDel="00000000" w:rsidR="00000000" w:rsidRPr="00000000">
        <w:rPr>
          <w:rFonts w:ascii="Arial" w:cs="Arial" w:eastAsia="Arial" w:hAnsi="Arial"/>
          <w:rtl w:val="0"/>
        </w:rPr>
        <w:t xml:space="preserve">on</w:t>
      </w:r>
      <w:r w:rsidDel="00000000" w:rsidR="00000000" w:rsidRPr="00000000">
        <w:rPr>
          <w:rFonts w:ascii="Arial" w:cs="Arial" w:eastAsia="Arial" w:hAnsi="Arial"/>
          <w:sz w:val="22"/>
          <w:szCs w:val="22"/>
          <w:rtl w:val="0"/>
        </w:rPr>
        <w:t xml:space="preserve"> Irish settlement road was the Irish and Irish settlement wanted a church to be built there, not not in the</w:t>
      </w:r>
      <w:r w:rsidDel="00000000" w:rsidR="00000000" w:rsidRPr="00000000">
        <w:rPr>
          <w:rtl w:val="0"/>
        </w:rPr>
      </w:r>
    </w:p>
    <w:p w:rsidR="00000000" w:rsidDel="00000000" w:rsidP="00000000" w:rsidRDefault="00000000" w:rsidRPr="00000000" w14:paraId="0000029C">
      <w:pPr>
        <w:spacing w:after="0" w:lineRule="auto"/>
        <w:rPr/>
      </w:pPr>
      <w:r w:rsidDel="00000000" w:rsidR="00000000" w:rsidRPr="00000000">
        <w:rPr>
          <w:rtl w:val="0"/>
        </w:rPr>
      </w:r>
    </w:p>
    <w:p w:rsidR="00000000" w:rsidDel="00000000" w:rsidP="00000000" w:rsidRDefault="00000000" w:rsidRPr="00000000" w14:paraId="0000029D">
      <w:pPr>
        <w:spacing w:after="0" w:lineRule="auto"/>
        <w:rPr/>
      </w:pPr>
      <w:r w:rsidDel="00000000" w:rsidR="00000000" w:rsidRPr="00000000">
        <w:rPr>
          <w:rFonts w:ascii="Arial" w:cs="Arial" w:eastAsia="Arial" w:hAnsi="Arial"/>
          <w:color w:val="5d7284"/>
          <w:sz w:val="22"/>
          <w:szCs w:val="22"/>
          <w:rtl w:val="0"/>
        </w:rPr>
        <w:t xml:space="preserve">42:32</w:t>
      </w:r>
      <w:r w:rsidDel="00000000" w:rsidR="00000000" w:rsidRPr="00000000">
        <w:rPr>
          <w:rtl w:val="0"/>
        </w:rPr>
      </w:r>
    </w:p>
    <w:p w:rsidR="00000000" w:rsidDel="00000000" w:rsidP="00000000" w:rsidRDefault="00000000" w:rsidRPr="00000000" w14:paraId="0000029E">
      <w:pPr>
        <w:spacing w:after="0" w:lineRule="auto"/>
        <w:rPr/>
      </w:pPr>
      <w:r w:rsidDel="00000000" w:rsidR="00000000" w:rsidRPr="00000000">
        <w:rPr>
          <w:rFonts w:ascii="Arial" w:cs="Arial" w:eastAsia="Arial" w:hAnsi="Arial"/>
          <w:sz w:val="22"/>
          <w:szCs w:val="22"/>
          <w:rtl w:val="0"/>
        </w:rPr>
        <w:t xml:space="preserve">center. So they figured, well, they start a cemetery or the bishop will have to, you know,</w:t>
      </w:r>
      <w:r w:rsidDel="00000000" w:rsidR="00000000" w:rsidRPr="00000000">
        <w:rPr>
          <w:rtl w:val="0"/>
        </w:rPr>
      </w:r>
    </w:p>
    <w:p w:rsidR="00000000" w:rsidDel="00000000" w:rsidP="00000000" w:rsidRDefault="00000000" w:rsidRPr="00000000" w14:paraId="0000029F">
      <w:pPr>
        <w:spacing w:after="0" w:lineRule="auto"/>
        <w:rPr/>
      </w:pPr>
      <w:r w:rsidDel="00000000" w:rsidR="00000000" w:rsidRPr="00000000">
        <w:rPr>
          <w:rtl w:val="0"/>
        </w:rPr>
      </w:r>
    </w:p>
    <w:p w:rsidR="00000000" w:rsidDel="00000000" w:rsidP="00000000" w:rsidRDefault="00000000" w:rsidRPr="00000000" w14:paraId="000002A0">
      <w:pPr>
        <w:spacing w:after="0" w:lineRule="auto"/>
        <w:rPr/>
      </w:pPr>
      <w:r w:rsidDel="00000000" w:rsidR="00000000" w:rsidRPr="00000000">
        <w:rPr>
          <w:rFonts w:ascii="Arial" w:cs="Arial" w:eastAsia="Arial" w:hAnsi="Arial"/>
          <w:color w:val="5d7284"/>
          <w:sz w:val="22"/>
          <w:szCs w:val="22"/>
          <w:rtl w:val="0"/>
        </w:rPr>
        <w:t xml:space="preserve">42:38</w:t>
      </w:r>
      <w:r w:rsidDel="00000000" w:rsidR="00000000" w:rsidRPr="00000000">
        <w:rPr>
          <w:rtl w:val="0"/>
        </w:rPr>
      </w:r>
    </w:p>
    <w:p w:rsidR="00000000" w:rsidDel="00000000" w:rsidP="00000000" w:rsidRDefault="00000000" w:rsidRPr="00000000" w14:paraId="000002A1">
      <w:pPr>
        <w:spacing w:after="0" w:lineRule="auto"/>
        <w:rPr/>
      </w:pPr>
      <w:r w:rsidDel="00000000" w:rsidR="00000000" w:rsidRPr="00000000">
        <w:rPr>
          <w:rFonts w:ascii="Arial" w:cs="Arial" w:eastAsia="Arial" w:hAnsi="Arial"/>
          <w:sz w:val="22"/>
          <w:szCs w:val="22"/>
          <w:rtl w:val="0"/>
        </w:rPr>
        <w:t xml:space="preserve">so it didn't go their way. So that's why there's a cemetery way out there. And then St Thomas is down </w:t>
      </w:r>
      <w:r w:rsidDel="00000000" w:rsidR="00000000" w:rsidRPr="00000000">
        <w:rPr>
          <w:rFonts w:ascii="Arial" w:cs="Arial" w:eastAsia="Arial" w:hAnsi="Arial"/>
          <w:rtl w:val="0"/>
        </w:rPr>
        <w:t xml:space="preserve">in the</w:t>
      </w:r>
      <w:r w:rsidDel="00000000" w:rsidR="00000000" w:rsidRPr="00000000">
        <w:rPr>
          <w:rFonts w:ascii="Arial" w:cs="Arial" w:eastAsia="Arial" w:hAnsi="Arial"/>
          <w:sz w:val="22"/>
          <w:szCs w:val="22"/>
          <w:rtl w:val="0"/>
        </w:rPr>
        <w:t xml:space="preserve"> village, yeah, the Irish settlement road is so beautiful to you, like the whole road, you can </w:t>
      </w:r>
      <w:r w:rsidDel="00000000" w:rsidR="00000000" w:rsidRPr="00000000">
        <w:rPr>
          <w:rFonts w:ascii="Arial" w:cs="Arial" w:eastAsia="Arial" w:hAnsi="Arial"/>
          <w:rtl w:val="0"/>
        </w:rPr>
        <w:t xml:space="preserve">choose</w:t>
      </w:r>
      <w:r w:rsidDel="00000000" w:rsidR="00000000" w:rsidRPr="00000000">
        <w:rPr>
          <w:rFonts w:ascii="Arial" w:cs="Arial" w:eastAsia="Arial" w:hAnsi="Arial"/>
          <w:sz w:val="22"/>
          <w:szCs w:val="22"/>
          <w:rtl w:val="0"/>
        </w:rPr>
        <w:t xml:space="preserve"> a good spot. Yeah, that's nice. That's beautiful. I had wondered if there had ever been a cemetery up here, just like back in Stevensville time. And I've never seen any stone or heard of anything. I wondered if maybe everybody's just not that far to go down the hill. Well, there's, I think there's a cemetery</w:t>
      </w:r>
      <w:r w:rsidDel="00000000" w:rsidR="00000000" w:rsidRPr="00000000">
        <w:rPr>
          <w:rtl w:val="0"/>
        </w:rPr>
      </w:r>
    </w:p>
    <w:p w:rsidR="00000000" w:rsidDel="00000000" w:rsidP="00000000" w:rsidRDefault="00000000" w:rsidRPr="00000000" w14:paraId="000002A2">
      <w:pPr>
        <w:spacing w:after="0" w:lineRule="auto"/>
        <w:rPr/>
      </w:pPr>
      <w:r w:rsidDel="00000000" w:rsidR="00000000" w:rsidRPr="00000000">
        <w:rPr>
          <w:rtl w:val="0"/>
        </w:rPr>
      </w:r>
    </w:p>
    <w:p w:rsidR="00000000" w:rsidDel="00000000" w:rsidP="00000000" w:rsidRDefault="00000000" w:rsidRPr="00000000" w14:paraId="000002A3">
      <w:pPr>
        <w:spacing w:after="0" w:lineRule="auto"/>
        <w:rPr/>
      </w:pPr>
      <w:r w:rsidDel="00000000" w:rsidR="00000000" w:rsidRPr="00000000">
        <w:rPr>
          <w:rFonts w:ascii="Arial" w:cs="Arial" w:eastAsia="Arial" w:hAnsi="Arial"/>
          <w:color w:val="5d7284"/>
          <w:sz w:val="22"/>
          <w:szCs w:val="22"/>
          <w:rtl w:val="0"/>
        </w:rPr>
        <w:t xml:space="preserve">43:09</w:t>
      </w:r>
      <w:r w:rsidDel="00000000" w:rsidR="00000000" w:rsidRPr="00000000">
        <w:rPr>
          <w:rtl w:val="0"/>
        </w:rPr>
      </w:r>
    </w:p>
    <w:p w:rsidR="00000000" w:rsidDel="00000000" w:rsidP="00000000" w:rsidRDefault="00000000" w:rsidRPr="00000000" w14:paraId="000002A4">
      <w:pPr>
        <w:spacing w:after="0" w:lineRule="auto"/>
        <w:rPr/>
      </w:pPr>
      <w:r w:rsidDel="00000000" w:rsidR="00000000" w:rsidRPr="00000000">
        <w:rPr>
          <w:rFonts w:ascii="Arial" w:cs="Arial" w:eastAsia="Arial" w:hAnsi="Arial"/>
          <w:sz w:val="22"/>
          <w:szCs w:val="22"/>
          <w:rtl w:val="0"/>
        </w:rPr>
        <w:t xml:space="preserve">just on the Underhill Cambridge line up Pleasant</w:t>
      </w:r>
      <w:r w:rsidDel="00000000" w:rsidR="00000000" w:rsidRPr="00000000">
        <w:rPr>
          <w:rtl w:val="0"/>
        </w:rPr>
      </w:r>
    </w:p>
    <w:p w:rsidR="00000000" w:rsidDel="00000000" w:rsidP="00000000" w:rsidRDefault="00000000" w:rsidRPr="00000000" w14:paraId="000002A5">
      <w:pPr>
        <w:spacing w:after="0" w:lineRule="auto"/>
        <w:rPr/>
      </w:pPr>
      <w:r w:rsidDel="00000000" w:rsidR="00000000" w:rsidRPr="00000000">
        <w:rPr>
          <w:rtl w:val="0"/>
        </w:rPr>
      </w:r>
    </w:p>
    <w:p w:rsidR="00000000" w:rsidDel="00000000" w:rsidP="00000000" w:rsidRDefault="00000000" w:rsidRPr="00000000" w14:paraId="000002A6">
      <w:pPr>
        <w:spacing w:after="0" w:lineRule="auto"/>
        <w:rPr/>
      </w:pPr>
      <w:r w:rsidDel="00000000" w:rsidR="00000000" w:rsidRPr="00000000">
        <w:rPr>
          <w:rFonts w:ascii="Arial" w:cs="Arial" w:eastAsia="Arial" w:hAnsi="Arial"/>
          <w:color w:val="5d7284"/>
          <w:sz w:val="22"/>
          <w:szCs w:val="22"/>
          <w:rtl w:val="0"/>
        </w:rPr>
        <w:t xml:space="preserve">43:15</w:t>
      </w:r>
      <w:r w:rsidDel="00000000" w:rsidR="00000000" w:rsidRPr="00000000">
        <w:rPr>
          <w:rtl w:val="0"/>
        </w:rPr>
      </w:r>
    </w:p>
    <w:p w:rsidR="00000000" w:rsidDel="00000000" w:rsidP="00000000" w:rsidRDefault="00000000" w:rsidRPr="00000000" w14:paraId="000002A7">
      <w:pPr>
        <w:spacing w:after="0" w:lineRule="auto"/>
        <w:rPr/>
      </w:pPr>
      <w:r w:rsidDel="00000000" w:rsidR="00000000" w:rsidRPr="00000000">
        <w:rPr>
          <w:rFonts w:ascii="Arial" w:cs="Arial" w:eastAsia="Arial" w:hAnsi="Arial"/>
          <w:sz w:val="22"/>
          <w:szCs w:val="22"/>
          <w:rtl w:val="0"/>
        </w:rPr>
        <w:t xml:space="preserve">Valley, just like</w:t>
      </w:r>
      <w:r w:rsidDel="00000000" w:rsidR="00000000" w:rsidRPr="00000000">
        <w:rPr>
          <w:rtl w:val="0"/>
        </w:rPr>
      </w:r>
    </w:p>
    <w:p w:rsidR="00000000" w:rsidDel="00000000" w:rsidP="00000000" w:rsidRDefault="00000000" w:rsidRPr="00000000" w14:paraId="000002A8">
      <w:pPr>
        <w:spacing w:after="0" w:lineRule="auto"/>
        <w:rPr/>
      </w:pPr>
      <w:r w:rsidDel="00000000" w:rsidR="00000000" w:rsidRPr="00000000">
        <w:rPr>
          <w:rtl w:val="0"/>
        </w:rPr>
      </w:r>
    </w:p>
    <w:p w:rsidR="00000000" w:rsidDel="00000000" w:rsidP="00000000" w:rsidRDefault="00000000" w:rsidRPr="00000000" w14:paraId="000002A9">
      <w:pPr>
        <w:spacing w:after="0" w:lineRule="auto"/>
        <w:rPr/>
      </w:pPr>
      <w:r w:rsidDel="00000000" w:rsidR="00000000" w:rsidRPr="00000000">
        <w:rPr>
          <w:rFonts w:ascii="Arial" w:cs="Arial" w:eastAsia="Arial" w:hAnsi="Arial"/>
          <w:color w:val="5d7284"/>
          <w:sz w:val="22"/>
          <w:szCs w:val="22"/>
          <w:rtl w:val="0"/>
        </w:rPr>
        <w:t xml:space="preserve">43:18</w:t>
      </w:r>
      <w:r w:rsidDel="00000000" w:rsidR="00000000" w:rsidRPr="00000000">
        <w:rPr>
          <w:rtl w:val="0"/>
        </w:rPr>
      </w:r>
    </w:p>
    <w:p w:rsidR="00000000" w:rsidDel="00000000" w:rsidP="00000000" w:rsidRDefault="00000000" w:rsidRPr="00000000" w14:paraId="000002AA">
      <w:pPr>
        <w:spacing w:after="0" w:lineRule="auto"/>
        <w:rPr/>
      </w:pPr>
      <w:r w:rsidDel="00000000" w:rsidR="00000000" w:rsidRPr="00000000">
        <w:rPr>
          <w:rFonts w:ascii="Arial" w:cs="Arial" w:eastAsia="Arial" w:hAnsi="Arial"/>
          <w:sz w:val="22"/>
          <w:szCs w:val="22"/>
          <w:rtl w:val="0"/>
        </w:rPr>
        <w:t xml:space="preserve">50 feet from the road. </w:t>
      </w:r>
      <w:r w:rsidDel="00000000" w:rsidR="00000000" w:rsidRPr="00000000">
        <w:rPr>
          <w:rFonts w:ascii="Arial" w:cs="Arial" w:eastAsia="Arial" w:hAnsi="Arial"/>
          <w:rtl w:val="0"/>
        </w:rPr>
        <w:t xml:space="preserve">That's a</w:t>
      </w:r>
      <w:r w:rsidDel="00000000" w:rsidR="00000000" w:rsidRPr="00000000">
        <w:rPr>
          <w:rFonts w:ascii="Arial" w:cs="Arial" w:eastAsia="Arial" w:hAnsi="Arial"/>
          <w:sz w:val="22"/>
          <w:szCs w:val="22"/>
          <w:rtl w:val="0"/>
        </w:rPr>
        <w:t xml:space="preserve"> town cemetery.</w:t>
      </w:r>
      <w:r w:rsidDel="00000000" w:rsidR="00000000" w:rsidRPr="00000000">
        <w:rPr>
          <w:rtl w:val="0"/>
        </w:rPr>
      </w:r>
    </w:p>
    <w:p w:rsidR="00000000" w:rsidDel="00000000" w:rsidP="00000000" w:rsidRDefault="00000000" w:rsidRPr="00000000" w14:paraId="000002AB">
      <w:pPr>
        <w:spacing w:after="0" w:lineRule="auto"/>
        <w:rPr/>
      </w:pPr>
      <w:r w:rsidDel="00000000" w:rsidR="00000000" w:rsidRPr="00000000">
        <w:rPr>
          <w:rtl w:val="0"/>
        </w:rPr>
      </w:r>
    </w:p>
    <w:p w:rsidR="00000000" w:rsidDel="00000000" w:rsidP="00000000" w:rsidRDefault="00000000" w:rsidRPr="00000000" w14:paraId="000002AC">
      <w:pPr>
        <w:spacing w:after="0" w:lineRule="auto"/>
        <w:rPr/>
      </w:pPr>
      <w:r w:rsidDel="00000000" w:rsidR="00000000" w:rsidRPr="00000000">
        <w:rPr>
          <w:rFonts w:ascii="Arial" w:cs="Arial" w:eastAsia="Arial" w:hAnsi="Arial"/>
          <w:color w:val="5d7284"/>
          <w:sz w:val="22"/>
          <w:szCs w:val="22"/>
          <w:rtl w:val="0"/>
        </w:rPr>
        <w:t xml:space="preserve">43:23</w:t>
      </w:r>
      <w:r w:rsidDel="00000000" w:rsidR="00000000" w:rsidRPr="00000000">
        <w:rPr>
          <w:rtl w:val="0"/>
        </w:rPr>
      </w:r>
    </w:p>
    <w:p w:rsidR="00000000" w:rsidDel="00000000" w:rsidP="00000000" w:rsidRDefault="00000000" w:rsidRPr="00000000" w14:paraId="000002AD">
      <w:pPr>
        <w:spacing w:after="0" w:lineRule="auto"/>
        <w:rPr/>
      </w:pPr>
      <w:r w:rsidDel="00000000" w:rsidR="00000000" w:rsidRPr="00000000">
        <w:rPr>
          <w:rFonts w:ascii="Arial" w:cs="Arial" w:eastAsia="Arial" w:hAnsi="Arial"/>
          <w:sz w:val="22"/>
          <w:szCs w:val="22"/>
          <w:rtl w:val="0"/>
        </w:rPr>
        <w:t xml:space="preserve">And there's Doran Duran on Pleasant Valley Road. </w:t>
      </w:r>
      <w:r w:rsidDel="00000000" w:rsidR="00000000" w:rsidRPr="00000000">
        <w:rPr>
          <w:rFonts w:ascii="Arial" w:cs="Arial" w:eastAsia="Arial" w:hAnsi="Arial"/>
          <w:rtl w:val="0"/>
        </w:rPr>
        <w:t xml:space="preserve">It</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probably has</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20, grave</w:t>
      </w:r>
      <w:r w:rsidDel="00000000" w:rsidR="00000000" w:rsidRPr="00000000">
        <w:rPr>
          <w:rFonts w:ascii="Arial" w:cs="Arial" w:eastAsia="Arial" w:hAnsi="Arial"/>
          <w:sz w:val="22"/>
          <w:szCs w:val="22"/>
          <w:rtl w:val="0"/>
        </w:rPr>
        <w:t xml:space="preserve"> sites there. St Thomas runs that as well. It's a small family cemetery that they run, </w:t>
      </w:r>
      <w:r w:rsidDel="00000000" w:rsidR="00000000" w:rsidRPr="00000000">
        <w:rPr>
          <w:rFonts w:ascii="Arial" w:cs="Arial" w:eastAsia="Arial" w:hAnsi="Arial"/>
          <w:rtl w:val="0"/>
        </w:rPr>
        <w:t xml:space="preserve">and</w:t>
      </w:r>
      <w:r w:rsidDel="00000000" w:rsidR="00000000" w:rsidRPr="00000000">
        <w:rPr>
          <w:rFonts w:ascii="Arial" w:cs="Arial" w:eastAsia="Arial" w:hAnsi="Arial"/>
          <w:sz w:val="22"/>
          <w:szCs w:val="22"/>
          <w:rtl w:val="0"/>
        </w:rPr>
        <w:t xml:space="preserve"> he also did a book about that. Yeah, and there's a cemetery </w:t>
      </w:r>
      <w:r w:rsidDel="00000000" w:rsidR="00000000" w:rsidRPr="00000000">
        <w:rPr>
          <w:rFonts w:ascii="Arial" w:cs="Arial" w:eastAsia="Arial" w:hAnsi="Arial"/>
          <w:rtl w:val="0"/>
        </w:rPr>
        <w:t xml:space="preserve">on the</w:t>
      </w:r>
      <w:r w:rsidDel="00000000" w:rsidR="00000000" w:rsidRPr="00000000">
        <w:rPr>
          <w:rFonts w:ascii="Arial" w:cs="Arial" w:eastAsia="Arial" w:hAnsi="Arial"/>
          <w:sz w:val="22"/>
          <w:szCs w:val="22"/>
          <w:rtl w:val="0"/>
        </w:rPr>
        <w:t xml:space="preserve"> corner of Sand Hill </w:t>
      </w:r>
      <w:r w:rsidDel="00000000" w:rsidR="00000000" w:rsidRPr="00000000">
        <w:rPr>
          <w:rFonts w:ascii="Arial" w:cs="Arial" w:eastAsia="Arial" w:hAnsi="Arial"/>
          <w:rtl w:val="0"/>
        </w:rPr>
        <w:t xml:space="preserve">Road and</w:t>
      </w:r>
      <w:r w:rsidDel="00000000" w:rsidR="00000000" w:rsidRPr="00000000">
        <w:rPr>
          <w:rFonts w:ascii="Arial" w:cs="Arial" w:eastAsia="Arial" w:hAnsi="Arial"/>
          <w:sz w:val="22"/>
          <w:szCs w:val="22"/>
          <w:rtl w:val="0"/>
        </w:rPr>
        <w:t xml:space="preserve"> the </w:t>
      </w:r>
      <w:r w:rsidDel="00000000" w:rsidR="00000000" w:rsidRPr="00000000">
        <w:rPr>
          <w:rFonts w:ascii="Arial" w:cs="Arial" w:eastAsia="Arial" w:hAnsi="Arial"/>
          <w:rtl w:val="0"/>
        </w:rPr>
        <w:t xml:space="preserve">R</w:t>
      </w:r>
      <w:r w:rsidDel="00000000" w:rsidR="00000000" w:rsidRPr="00000000">
        <w:rPr>
          <w:rFonts w:ascii="Arial" w:cs="Arial" w:eastAsia="Arial" w:hAnsi="Arial"/>
          <w:sz w:val="22"/>
          <w:szCs w:val="22"/>
          <w:rtl w:val="0"/>
        </w:rPr>
        <w:t xml:space="preserve">iver ro</w:t>
      </w:r>
      <w:r w:rsidDel="00000000" w:rsidR="00000000" w:rsidRPr="00000000">
        <w:rPr>
          <w:rFonts w:ascii="Arial" w:cs="Arial" w:eastAsia="Arial" w:hAnsi="Arial"/>
          <w:rtl w:val="0"/>
        </w:rPr>
        <w:t xml:space="preserve">ad</w:t>
      </w:r>
      <w:r w:rsidDel="00000000" w:rsidR="00000000" w:rsidRPr="00000000">
        <w:rPr>
          <w:rFonts w:ascii="Arial" w:cs="Arial" w:eastAsia="Arial" w:hAnsi="Arial"/>
          <w:sz w:val="22"/>
          <w:szCs w:val="22"/>
          <w:rtl w:val="0"/>
        </w:rPr>
        <w:t xml:space="preserve">, it's a small cemetery right on the corner.</w:t>
      </w:r>
      <w:r w:rsidDel="00000000" w:rsidR="00000000" w:rsidRPr="00000000">
        <w:rPr>
          <w:rtl w:val="0"/>
        </w:rPr>
      </w:r>
    </w:p>
    <w:p w:rsidR="00000000" w:rsidDel="00000000" w:rsidP="00000000" w:rsidRDefault="00000000" w:rsidRPr="00000000" w14:paraId="000002AE">
      <w:pPr>
        <w:spacing w:after="0" w:lineRule="auto"/>
        <w:rPr/>
      </w:pPr>
      <w:r w:rsidDel="00000000" w:rsidR="00000000" w:rsidRPr="00000000">
        <w:rPr>
          <w:rtl w:val="0"/>
        </w:rPr>
      </w:r>
    </w:p>
    <w:p w:rsidR="00000000" w:rsidDel="00000000" w:rsidP="00000000" w:rsidRDefault="00000000" w:rsidRPr="00000000" w14:paraId="000002AF">
      <w:pPr>
        <w:spacing w:after="0" w:lineRule="auto"/>
        <w:rPr/>
      </w:pPr>
      <w:r w:rsidDel="00000000" w:rsidR="00000000" w:rsidRPr="00000000">
        <w:rPr>
          <w:rFonts w:ascii="Arial" w:cs="Arial" w:eastAsia="Arial" w:hAnsi="Arial"/>
          <w:color w:val="5d7284"/>
          <w:sz w:val="22"/>
          <w:szCs w:val="22"/>
          <w:rtl w:val="0"/>
        </w:rPr>
        <w:t xml:space="preserve">43:48</w:t>
      </w:r>
      <w:r w:rsidDel="00000000" w:rsidR="00000000" w:rsidRPr="00000000">
        <w:rPr>
          <w:rtl w:val="0"/>
        </w:rPr>
      </w:r>
    </w:p>
    <w:p w:rsidR="00000000" w:rsidDel="00000000" w:rsidP="00000000" w:rsidRDefault="00000000" w:rsidRPr="00000000" w14:paraId="000002B0">
      <w:pPr>
        <w:spacing w:after="0" w:lineRule="auto"/>
        <w:rPr/>
      </w:pPr>
      <w:r w:rsidDel="00000000" w:rsidR="00000000" w:rsidRPr="00000000">
        <w:rPr>
          <w:rFonts w:ascii="Arial" w:cs="Arial" w:eastAsia="Arial" w:hAnsi="Arial"/>
          <w:sz w:val="22"/>
          <w:szCs w:val="22"/>
          <w:rtl w:val="0"/>
        </w:rPr>
        <w:t xml:space="preserve">And I was looking for some of my kin, but I don't think they're there. And then there's the Han</w:t>
      </w:r>
      <w:r w:rsidDel="00000000" w:rsidR="00000000" w:rsidRPr="00000000">
        <w:rPr>
          <w:rFonts w:ascii="Arial" w:cs="Arial" w:eastAsia="Arial" w:hAnsi="Arial"/>
          <w:rtl w:val="0"/>
        </w:rPr>
        <w:t xml:space="preserve">nafords</w:t>
      </w:r>
      <w:r w:rsidDel="00000000" w:rsidR="00000000" w:rsidRPr="00000000">
        <w:rPr>
          <w:rFonts w:ascii="Arial" w:cs="Arial" w:eastAsia="Arial" w:hAnsi="Arial"/>
          <w:sz w:val="22"/>
          <w:szCs w:val="22"/>
          <w:rtl w:val="0"/>
        </w:rPr>
        <w:t xml:space="preserve">, which is on the corner </w:t>
      </w:r>
      <w:r w:rsidDel="00000000" w:rsidR="00000000" w:rsidRPr="00000000">
        <w:rPr>
          <w:rFonts w:ascii="Arial" w:cs="Arial" w:eastAsia="Arial" w:hAnsi="Arial"/>
          <w:sz w:val="22"/>
          <w:szCs w:val="22"/>
          <w:rtl w:val="0"/>
        </w:rPr>
        <w:t xml:space="preserve">of </w:t>
      </w:r>
      <w:r w:rsidDel="00000000" w:rsidR="00000000" w:rsidRPr="00000000">
        <w:rPr>
          <w:rFonts w:ascii="Arial" w:cs="Arial" w:eastAsia="Arial" w:hAnsi="Arial"/>
          <w:rtl w:val="0"/>
        </w:rPr>
        <w:t xml:space="preserve">S</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sz w:val="22"/>
          <w:szCs w:val="22"/>
          <w:rtl w:val="0"/>
        </w:rPr>
        <w:t xml:space="preserve"> hill. A lot of people don't know about Yes, because you can't see it from the road, yeah, but it is right on the corner. Its that big hill, beautiful</w:t>
      </w:r>
      <w:r w:rsidDel="00000000" w:rsidR="00000000" w:rsidRPr="00000000">
        <w:rPr>
          <w:rtl w:val="0"/>
        </w:rPr>
      </w:r>
    </w:p>
    <w:p w:rsidR="00000000" w:rsidDel="00000000" w:rsidP="00000000" w:rsidRDefault="00000000" w:rsidRPr="00000000" w14:paraId="000002B1">
      <w:pPr>
        <w:spacing w:after="0" w:lineRule="auto"/>
        <w:rPr/>
      </w:pPr>
      <w:r w:rsidDel="00000000" w:rsidR="00000000" w:rsidRPr="00000000">
        <w:rPr>
          <w:rtl w:val="0"/>
        </w:rPr>
      </w:r>
    </w:p>
    <w:p w:rsidR="00000000" w:rsidDel="00000000" w:rsidP="00000000" w:rsidRDefault="00000000" w:rsidRPr="00000000" w14:paraId="000002B2">
      <w:pPr>
        <w:spacing w:after="0" w:lineRule="auto"/>
        <w:rPr/>
      </w:pPr>
      <w:r w:rsidDel="00000000" w:rsidR="00000000" w:rsidRPr="00000000">
        <w:rPr>
          <w:rFonts w:ascii="Arial" w:cs="Arial" w:eastAsia="Arial" w:hAnsi="Arial"/>
          <w:color w:val="5d7284"/>
          <w:sz w:val="22"/>
          <w:szCs w:val="22"/>
          <w:rtl w:val="0"/>
        </w:rPr>
        <w:t xml:space="preserve">44:04</w:t>
      </w:r>
      <w:r w:rsidDel="00000000" w:rsidR="00000000" w:rsidRPr="00000000">
        <w:rPr>
          <w:rtl w:val="0"/>
        </w:rPr>
      </w:r>
    </w:p>
    <w:p w:rsidR="00000000" w:rsidDel="00000000" w:rsidP="00000000" w:rsidRDefault="00000000" w:rsidRPr="00000000" w14:paraId="000002B3">
      <w:pPr>
        <w:spacing w:after="0" w:lineRule="auto"/>
        <w:rPr/>
      </w:pPr>
      <w:r w:rsidDel="00000000" w:rsidR="00000000" w:rsidRPr="00000000">
        <w:rPr>
          <w:rFonts w:ascii="Arial" w:cs="Arial" w:eastAsia="Arial" w:hAnsi="Arial"/>
          <w:sz w:val="22"/>
          <w:szCs w:val="22"/>
          <w:rtl w:val="0"/>
        </w:rPr>
        <w:t xml:space="preserve">cemetery,</w:t>
      </w:r>
      <w:r w:rsidDel="00000000" w:rsidR="00000000" w:rsidRPr="00000000">
        <w:rPr>
          <w:rtl w:val="0"/>
        </w:rPr>
      </w:r>
    </w:p>
    <w:p w:rsidR="00000000" w:rsidDel="00000000" w:rsidP="00000000" w:rsidRDefault="00000000" w:rsidRPr="00000000" w14:paraId="000002B4">
      <w:pPr>
        <w:spacing w:after="0" w:lineRule="auto"/>
        <w:rPr/>
      </w:pPr>
      <w:r w:rsidDel="00000000" w:rsidR="00000000" w:rsidRPr="00000000">
        <w:rPr>
          <w:rtl w:val="0"/>
        </w:rPr>
      </w:r>
    </w:p>
    <w:p w:rsidR="00000000" w:rsidDel="00000000" w:rsidP="00000000" w:rsidRDefault="00000000" w:rsidRPr="00000000" w14:paraId="000002B5">
      <w:pPr>
        <w:spacing w:after="0" w:lineRule="auto"/>
        <w:rPr/>
      </w:pPr>
      <w:r w:rsidDel="00000000" w:rsidR="00000000" w:rsidRPr="00000000">
        <w:rPr>
          <w:rFonts w:ascii="Arial" w:cs="Arial" w:eastAsia="Arial" w:hAnsi="Arial"/>
          <w:color w:val="5d7284"/>
          <w:sz w:val="22"/>
          <w:szCs w:val="22"/>
          <w:rtl w:val="0"/>
        </w:rPr>
        <w:t xml:space="preserve">44:07</w:t>
      </w:r>
      <w:r w:rsidDel="00000000" w:rsidR="00000000" w:rsidRPr="00000000">
        <w:rPr>
          <w:rtl w:val="0"/>
        </w:rPr>
      </w:r>
    </w:p>
    <w:p w:rsidR="00000000" w:rsidDel="00000000" w:rsidP="00000000" w:rsidRDefault="00000000" w:rsidRPr="00000000" w14:paraId="000002B6">
      <w:pPr>
        <w:spacing w:after="0" w:lineRule="auto"/>
        <w:rPr/>
      </w:pPr>
      <w:r w:rsidDel="00000000" w:rsidR="00000000" w:rsidRPr="00000000">
        <w:rPr>
          <w:rFonts w:ascii="Arial" w:cs="Arial" w:eastAsia="Arial" w:hAnsi="Arial"/>
          <w:sz w:val="22"/>
          <w:szCs w:val="22"/>
          <w:rtl w:val="0"/>
        </w:rPr>
        <w:t xml:space="preserve">and </w:t>
      </w:r>
      <w:r w:rsidDel="00000000" w:rsidR="00000000" w:rsidRPr="00000000">
        <w:rPr>
          <w:rFonts w:ascii="Arial" w:cs="Arial" w:eastAsia="Arial" w:hAnsi="Arial"/>
          <w:rtl w:val="0"/>
        </w:rPr>
        <w:t xml:space="preserve">there's a big</w:t>
      </w:r>
      <w:r w:rsidDel="00000000" w:rsidR="00000000" w:rsidRPr="00000000">
        <w:rPr>
          <w:rFonts w:ascii="Arial" w:cs="Arial" w:eastAsia="Arial" w:hAnsi="Arial"/>
          <w:sz w:val="22"/>
          <w:szCs w:val="22"/>
          <w:rtl w:val="0"/>
        </w:rPr>
        <w:t xml:space="preserve"> cemetery down towards the flats.</w:t>
      </w:r>
      <w:r w:rsidDel="00000000" w:rsidR="00000000" w:rsidRPr="00000000">
        <w:rPr>
          <w:rtl w:val="0"/>
        </w:rPr>
      </w:r>
    </w:p>
    <w:p w:rsidR="00000000" w:rsidDel="00000000" w:rsidP="00000000" w:rsidRDefault="00000000" w:rsidRPr="00000000" w14:paraId="000002B7">
      <w:pPr>
        <w:spacing w:after="0" w:lineRule="auto"/>
        <w:rPr/>
      </w:pPr>
      <w:r w:rsidDel="00000000" w:rsidR="00000000" w:rsidRPr="00000000">
        <w:rPr>
          <w:rtl w:val="0"/>
        </w:rPr>
      </w:r>
    </w:p>
    <w:p w:rsidR="00000000" w:rsidDel="00000000" w:rsidP="00000000" w:rsidRDefault="00000000" w:rsidRPr="00000000" w14:paraId="000002B8">
      <w:pPr>
        <w:spacing w:after="0" w:lineRule="auto"/>
        <w:rPr/>
      </w:pPr>
      <w:r w:rsidDel="00000000" w:rsidR="00000000" w:rsidRPr="00000000">
        <w:rPr>
          <w:rFonts w:ascii="Arial" w:cs="Arial" w:eastAsia="Arial" w:hAnsi="Arial"/>
          <w:color w:val="5d7284"/>
          <w:sz w:val="22"/>
          <w:szCs w:val="22"/>
          <w:rtl w:val="0"/>
        </w:rPr>
        <w:t xml:space="preserve">44:13</w:t>
      </w:r>
      <w:r w:rsidDel="00000000" w:rsidR="00000000" w:rsidRPr="00000000">
        <w:rPr>
          <w:rtl w:val="0"/>
        </w:rPr>
      </w:r>
    </w:p>
    <w:p w:rsidR="00000000" w:rsidDel="00000000" w:rsidP="00000000" w:rsidRDefault="00000000" w:rsidRPr="00000000" w14:paraId="000002B9">
      <w:pPr>
        <w:spacing w:after="0" w:lineRule="auto"/>
        <w:rPr/>
      </w:pPr>
      <w:r w:rsidDel="00000000" w:rsidR="00000000" w:rsidRPr="00000000">
        <w:rPr>
          <w:rFonts w:ascii="Arial" w:cs="Arial" w:eastAsia="Arial" w:hAnsi="Arial"/>
          <w:sz w:val="22"/>
          <w:szCs w:val="22"/>
          <w:rtl w:val="0"/>
        </w:rPr>
        <w:t xml:space="preserve">Actually have</w:t>
      </w:r>
      <w:r w:rsidDel="00000000" w:rsidR="00000000" w:rsidRPr="00000000">
        <w:rPr>
          <w:rtl w:val="0"/>
        </w:rPr>
      </w:r>
    </w:p>
    <w:p w:rsidR="00000000" w:rsidDel="00000000" w:rsidP="00000000" w:rsidRDefault="00000000" w:rsidRPr="00000000" w14:paraId="000002BA">
      <w:pPr>
        <w:spacing w:after="0" w:lineRule="auto"/>
        <w:rPr/>
      </w:pPr>
      <w:r w:rsidDel="00000000" w:rsidR="00000000" w:rsidRPr="00000000">
        <w:rPr>
          <w:rtl w:val="0"/>
        </w:rPr>
      </w:r>
    </w:p>
    <w:p w:rsidR="00000000" w:rsidDel="00000000" w:rsidP="00000000" w:rsidRDefault="00000000" w:rsidRPr="00000000" w14:paraId="000002BB">
      <w:pPr>
        <w:spacing w:after="0" w:lineRule="auto"/>
        <w:rPr/>
      </w:pPr>
      <w:r w:rsidDel="00000000" w:rsidR="00000000" w:rsidRPr="00000000">
        <w:rPr>
          <w:rFonts w:ascii="Arial" w:cs="Arial" w:eastAsia="Arial" w:hAnsi="Arial"/>
          <w:color w:val="5d7284"/>
          <w:sz w:val="22"/>
          <w:szCs w:val="22"/>
          <w:rtl w:val="0"/>
        </w:rPr>
        <w:t xml:space="preserve">44:15</w:t>
      </w:r>
      <w:r w:rsidDel="00000000" w:rsidR="00000000" w:rsidRPr="00000000">
        <w:rPr>
          <w:rtl w:val="0"/>
        </w:rPr>
      </w:r>
    </w:p>
    <w:p w:rsidR="00000000" w:rsidDel="00000000" w:rsidP="00000000" w:rsidRDefault="00000000" w:rsidRPr="00000000" w14:paraId="000002BC">
      <w:pPr>
        <w:spacing w:after="0" w:lineRule="auto"/>
        <w:rPr/>
      </w:pPr>
      <w:r w:rsidDel="00000000" w:rsidR="00000000" w:rsidRPr="00000000">
        <w:rPr>
          <w:rFonts w:ascii="Arial" w:cs="Arial" w:eastAsia="Arial" w:hAnsi="Arial"/>
          <w:sz w:val="22"/>
          <w:szCs w:val="22"/>
          <w:rtl w:val="0"/>
        </w:rPr>
        <w:t xml:space="preserve">two distant relatives.</w:t>
      </w:r>
      <w:r w:rsidDel="00000000" w:rsidR="00000000" w:rsidRPr="00000000">
        <w:rPr>
          <w:rtl w:val="0"/>
        </w:rPr>
      </w:r>
    </w:p>
    <w:p w:rsidR="00000000" w:rsidDel="00000000" w:rsidP="00000000" w:rsidRDefault="00000000" w:rsidRPr="00000000" w14:paraId="000002BD">
      <w:pPr>
        <w:spacing w:after="0" w:lineRule="auto"/>
        <w:rPr/>
      </w:pPr>
      <w:r w:rsidDel="00000000" w:rsidR="00000000" w:rsidRPr="00000000">
        <w:rPr>
          <w:rtl w:val="0"/>
        </w:rPr>
      </w:r>
    </w:p>
    <w:p w:rsidR="00000000" w:rsidDel="00000000" w:rsidP="00000000" w:rsidRDefault="00000000" w:rsidRPr="00000000" w14:paraId="000002BE">
      <w:pPr>
        <w:spacing w:after="0" w:lineRule="auto"/>
        <w:rPr/>
      </w:pPr>
      <w:r w:rsidDel="00000000" w:rsidR="00000000" w:rsidRPr="00000000">
        <w:rPr>
          <w:rFonts w:ascii="Arial" w:cs="Arial" w:eastAsia="Arial" w:hAnsi="Arial"/>
          <w:color w:val="5d7284"/>
          <w:sz w:val="22"/>
          <w:szCs w:val="22"/>
          <w:rtl w:val="0"/>
        </w:rPr>
        <w:t xml:space="preserve">44:18</w:t>
      </w:r>
      <w:r w:rsidDel="00000000" w:rsidR="00000000" w:rsidRPr="00000000">
        <w:rPr>
          <w:rtl w:val="0"/>
        </w:rPr>
      </w:r>
    </w:p>
    <w:p w:rsidR="00000000" w:rsidDel="00000000" w:rsidP="00000000" w:rsidRDefault="00000000" w:rsidRPr="00000000" w14:paraId="000002BF">
      <w:pPr>
        <w:spacing w:after="0" w:lineRule="auto"/>
        <w:rPr/>
      </w:pPr>
      <w:r w:rsidDel="00000000" w:rsidR="00000000" w:rsidRPr="00000000">
        <w:rPr>
          <w:rFonts w:ascii="Arial" w:cs="Arial" w:eastAsia="Arial" w:hAnsi="Arial"/>
          <w:sz w:val="22"/>
          <w:szCs w:val="22"/>
          <w:rtl w:val="0"/>
        </w:rPr>
        <w:t xml:space="preserve">They didn't all stay in Franklin County. I guess my grandmother's maiden name was Gillen, and there was one branch that came out to Derek</w:t>
      </w:r>
      <w:r w:rsidDel="00000000" w:rsidR="00000000" w:rsidRPr="00000000">
        <w:rPr>
          <w:rtl w:val="0"/>
        </w:rPr>
      </w:r>
    </w:p>
    <w:p w:rsidR="00000000" w:rsidDel="00000000" w:rsidP="00000000" w:rsidRDefault="00000000" w:rsidRPr="00000000" w14:paraId="000002C0">
      <w:pPr>
        <w:spacing w:after="0" w:lineRule="auto"/>
        <w:rPr/>
      </w:pPr>
      <w:r w:rsidDel="00000000" w:rsidR="00000000" w:rsidRPr="00000000">
        <w:rPr>
          <w:rtl w:val="0"/>
        </w:rPr>
      </w:r>
    </w:p>
    <w:p w:rsidR="00000000" w:rsidDel="00000000" w:rsidP="00000000" w:rsidRDefault="00000000" w:rsidRPr="00000000" w14:paraId="000002C1">
      <w:pPr>
        <w:spacing w:after="0" w:lineRule="auto"/>
        <w:rPr/>
      </w:pPr>
      <w:r w:rsidDel="00000000" w:rsidR="00000000" w:rsidRPr="00000000">
        <w:rPr>
          <w:rFonts w:ascii="Arial" w:cs="Arial" w:eastAsia="Arial" w:hAnsi="Arial"/>
          <w:color w:val="5d7284"/>
          <w:sz w:val="22"/>
          <w:szCs w:val="22"/>
          <w:rtl w:val="0"/>
        </w:rPr>
        <w:t xml:space="preserve">44:30</w:t>
      </w:r>
      <w:r w:rsidDel="00000000" w:rsidR="00000000" w:rsidRPr="00000000">
        <w:rPr>
          <w:rtl w:val="0"/>
        </w:rPr>
      </w:r>
    </w:p>
    <w:p w:rsidR="00000000" w:rsidDel="00000000" w:rsidP="00000000" w:rsidRDefault="00000000" w:rsidRPr="00000000" w14:paraId="000002C2">
      <w:pPr>
        <w:spacing w:after="0" w:lineRule="auto"/>
        <w:rPr/>
      </w:pPr>
      <w:r w:rsidDel="00000000" w:rsidR="00000000" w:rsidRPr="00000000">
        <w:rPr>
          <w:rFonts w:ascii="Arial" w:cs="Arial" w:eastAsia="Arial" w:hAnsi="Arial"/>
          <w:sz w:val="22"/>
          <w:szCs w:val="22"/>
          <w:rtl w:val="0"/>
        </w:rPr>
        <w:t xml:space="preserve">Rowson gillens at St Albans aren't there? Well, they've mostly died out, or, you know, under married names now, but my Yeah, they were pretty close for a long time, but there are, they're probably not your family.</w:t>
      </w:r>
      <w:r w:rsidDel="00000000" w:rsidR="00000000" w:rsidRPr="00000000">
        <w:rPr>
          <w:rtl w:val="0"/>
        </w:rPr>
      </w:r>
    </w:p>
    <w:p w:rsidR="00000000" w:rsidDel="00000000" w:rsidP="00000000" w:rsidRDefault="00000000" w:rsidRPr="00000000" w14:paraId="000002C3">
      <w:pPr>
        <w:spacing w:after="0" w:lineRule="auto"/>
        <w:rPr/>
      </w:pPr>
      <w:r w:rsidDel="00000000" w:rsidR="00000000" w:rsidRPr="00000000">
        <w:rPr>
          <w:rtl w:val="0"/>
        </w:rPr>
      </w:r>
    </w:p>
    <w:p w:rsidR="00000000" w:rsidDel="00000000" w:rsidP="00000000" w:rsidRDefault="00000000" w:rsidRPr="00000000" w14:paraId="000002C4">
      <w:pPr>
        <w:spacing w:after="0" w:lineRule="auto"/>
        <w:rPr/>
      </w:pPr>
      <w:r w:rsidDel="00000000" w:rsidR="00000000" w:rsidRPr="00000000">
        <w:rPr>
          <w:rFonts w:ascii="Arial" w:cs="Arial" w:eastAsia="Arial" w:hAnsi="Arial"/>
          <w:color w:val="5d7284"/>
          <w:sz w:val="22"/>
          <w:szCs w:val="22"/>
          <w:rtl w:val="0"/>
        </w:rPr>
        <w:t xml:space="preserve">44:48</w:t>
      </w:r>
      <w:r w:rsidDel="00000000" w:rsidR="00000000" w:rsidRPr="00000000">
        <w:rPr>
          <w:rtl w:val="0"/>
        </w:rPr>
      </w:r>
    </w:p>
    <w:p w:rsidR="00000000" w:rsidDel="00000000" w:rsidP="00000000" w:rsidRDefault="00000000" w:rsidRPr="00000000" w14:paraId="000002C5">
      <w:pPr>
        <w:spacing w:after="0" w:lineRule="auto"/>
        <w:rPr/>
      </w:pPr>
      <w:r w:rsidDel="00000000" w:rsidR="00000000" w:rsidRPr="00000000">
        <w:rPr>
          <w:rFonts w:ascii="Arial" w:cs="Arial" w:eastAsia="Arial" w:hAnsi="Arial"/>
          <w:sz w:val="22"/>
          <w:szCs w:val="22"/>
          <w:rtl w:val="0"/>
        </w:rPr>
        <w:t xml:space="preserve">Well, actually, there was a branch at gills in Fairfield that went out more Lamoille County and had tons of kids. There's some I </w:t>
      </w:r>
      <w:r w:rsidDel="00000000" w:rsidR="00000000" w:rsidRPr="00000000">
        <w:rPr>
          <w:rFonts w:ascii="Arial" w:cs="Arial" w:eastAsia="Arial" w:hAnsi="Arial"/>
          <w:rtl w:val="0"/>
        </w:rPr>
        <w:t xml:space="preserve">think are</w:t>
      </w:r>
      <w:r w:rsidDel="00000000" w:rsidR="00000000" w:rsidRPr="00000000">
        <w:rPr>
          <w:rFonts w:ascii="Arial" w:cs="Arial" w:eastAsia="Arial" w:hAnsi="Arial"/>
          <w:sz w:val="22"/>
          <w:szCs w:val="22"/>
          <w:rtl w:val="0"/>
        </w:rPr>
        <w:t xml:space="preserve"> distant, distant relatives. But I.</w:t>
      </w:r>
      <w:r w:rsidDel="00000000" w:rsidR="00000000" w:rsidRPr="00000000">
        <w:rPr>
          <w:rtl w:val="0"/>
        </w:rPr>
      </w:r>
    </w:p>
    <w:p w:rsidR="00000000" w:rsidDel="00000000" w:rsidP="00000000" w:rsidRDefault="00000000" w:rsidRPr="00000000" w14:paraId="000002C6">
      <w:pPr>
        <w:spacing w:after="0" w:lineRule="auto"/>
        <w:rPr/>
      </w:pPr>
      <w:r w:rsidDel="00000000" w:rsidR="00000000" w:rsidRPr="00000000">
        <w:rPr>
          <w:rtl w:val="0"/>
        </w:rPr>
      </w:r>
    </w:p>
    <w:p w:rsidR="00000000" w:rsidDel="00000000" w:rsidP="00000000" w:rsidRDefault="00000000" w:rsidRPr="00000000" w14:paraId="000002C7">
      <w:pPr>
        <w:spacing w:after="0" w:lineRule="auto"/>
        <w:rPr/>
      </w:pPr>
      <w:r w:rsidDel="00000000" w:rsidR="00000000" w:rsidRPr="00000000">
        <w:rPr>
          <w:rFonts w:ascii="Arial" w:cs="Arial" w:eastAsia="Arial" w:hAnsi="Arial"/>
          <w:color w:val="5d7284"/>
          <w:sz w:val="22"/>
          <w:szCs w:val="22"/>
          <w:rtl w:val="0"/>
        </w:rPr>
        <w:t xml:space="preserve">45:00</w:t>
      </w:r>
      <w:r w:rsidDel="00000000" w:rsidR="00000000" w:rsidRPr="00000000">
        <w:rPr>
          <w:rtl w:val="0"/>
        </w:rPr>
      </w:r>
    </w:p>
    <w:p w:rsidR="00000000" w:rsidDel="00000000" w:rsidP="00000000" w:rsidRDefault="00000000" w:rsidRPr="00000000" w14:paraId="000002C8">
      <w:pPr>
        <w:spacing w:after="0" w:lineRule="auto"/>
        <w:rPr/>
      </w:pPr>
      <w:r w:rsidDel="00000000" w:rsidR="00000000" w:rsidRPr="00000000">
        <w:rPr>
          <w:rFonts w:ascii="Arial" w:cs="Arial" w:eastAsia="Arial" w:hAnsi="Arial"/>
          <w:sz w:val="22"/>
          <w:szCs w:val="22"/>
          <w:rtl w:val="0"/>
        </w:rPr>
        <w:t xml:space="preserve">Yeah.</w:t>
      </w:r>
      <w:r w:rsidDel="00000000" w:rsidR="00000000" w:rsidRPr="00000000">
        <w:rPr>
          <w:rtl w:val="0"/>
        </w:rPr>
      </w:r>
    </w:p>
    <w:p w:rsidR="00000000" w:rsidDel="00000000" w:rsidP="00000000" w:rsidRDefault="00000000" w:rsidRPr="00000000" w14:paraId="000002C9">
      <w:pPr>
        <w:spacing w:after="0" w:lineRule="auto"/>
        <w:rPr/>
      </w:pPr>
      <w:r w:rsidDel="00000000" w:rsidR="00000000" w:rsidRPr="00000000">
        <w:rPr>
          <w:rtl w:val="0"/>
        </w:rPr>
      </w:r>
    </w:p>
    <w:p w:rsidR="00000000" w:rsidDel="00000000" w:rsidP="00000000" w:rsidRDefault="00000000" w:rsidRPr="00000000" w14:paraId="000002CA">
      <w:pPr>
        <w:spacing w:after="0" w:lineRule="auto"/>
        <w:rPr/>
      </w:pPr>
      <w:r w:rsidDel="00000000" w:rsidR="00000000" w:rsidRPr="00000000">
        <w:rPr>
          <w:rFonts w:ascii="Arial" w:cs="Arial" w:eastAsia="Arial" w:hAnsi="Arial"/>
          <w:color w:val="5d7284"/>
          <w:sz w:val="22"/>
          <w:szCs w:val="22"/>
          <w:rtl w:val="0"/>
        </w:rPr>
        <w:t xml:space="preserve">45:02</w:t>
      </w:r>
      <w:r w:rsidDel="00000000" w:rsidR="00000000" w:rsidRPr="00000000">
        <w:rPr>
          <w:rtl w:val="0"/>
        </w:rPr>
      </w:r>
    </w:p>
    <w:p w:rsidR="00000000" w:rsidDel="00000000" w:rsidP="00000000" w:rsidRDefault="00000000" w:rsidRPr="00000000" w14:paraId="000002CB">
      <w:pPr>
        <w:spacing w:after="0" w:lineRule="auto"/>
        <w:rPr/>
      </w:pPr>
      <w:r w:rsidDel="00000000" w:rsidR="00000000" w:rsidRPr="00000000">
        <w:rPr>
          <w:rFonts w:ascii="Arial" w:cs="Arial" w:eastAsia="Arial" w:hAnsi="Arial"/>
          <w:sz w:val="22"/>
          <w:szCs w:val="22"/>
          <w:rtl w:val="0"/>
        </w:rPr>
        <w:t xml:space="preserve">So your family's still in Fletcher, well, they're they were more based in Fairfax, but uh,</w:t>
      </w:r>
      <w:r w:rsidDel="00000000" w:rsidR="00000000" w:rsidRPr="00000000">
        <w:rPr>
          <w:rtl w:val="0"/>
        </w:rPr>
      </w:r>
    </w:p>
    <w:p w:rsidR="00000000" w:rsidDel="00000000" w:rsidP="00000000" w:rsidRDefault="00000000" w:rsidRPr="00000000" w14:paraId="000002CC">
      <w:pPr>
        <w:spacing w:after="0" w:lineRule="auto"/>
        <w:rPr/>
      </w:pPr>
      <w:r w:rsidDel="00000000" w:rsidR="00000000" w:rsidRPr="00000000">
        <w:rPr>
          <w:rtl w:val="0"/>
        </w:rPr>
      </w:r>
    </w:p>
    <w:p w:rsidR="00000000" w:rsidDel="00000000" w:rsidP="00000000" w:rsidRDefault="00000000" w:rsidRPr="00000000" w14:paraId="000002CD">
      <w:pPr>
        <w:spacing w:after="0" w:lineRule="auto"/>
        <w:rPr/>
      </w:pPr>
      <w:r w:rsidDel="00000000" w:rsidR="00000000" w:rsidRPr="00000000">
        <w:rPr>
          <w:rFonts w:ascii="Arial" w:cs="Arial" w:eastAsia="Arial" w:hAnsi="Arial"/>
          <w:color w:val="5d7284"/>
          <w:sz w:val="22"/>
          <w:szCs w:val="22"/>
          <w:rtl w:val="0"/>
        </w:rPr>
        <w:t xml:space="preserve">45:10</w:t>
      </w:r>
      <w:r w:rsidDel="00000000" w:rsidR="00000000" w:rsidRPr="00000000">
        <w:rPr>
          <w:rtl w:val="0"/>
        </w:rPr>
      </w:r>
    </w:p>
    <w:p w:rsidR="00000000" w:rsidDel="00000000" w:rsidP="00000000" w:rsidRDefault="00000000" w:rsidRPr="00000000" w14:paraId="000002CE">
      <w:pPr>
        <w:spacing w:after="0" w:lineRule="auto"/>
        <w:rPr/>
      </w:pPr>
      <w:r w:rsidDel="00000000" w:rsidR="00000000" w:rsidRPr="00000000">
        <w:rPr>
          <w:rFonts w:ascii="Arial" w:cs="Arial" w:eastAsia="Arial" w:hAnsi="Arial"/>
          <w:sz w:val="22"/>
          <w:szCs w:val="22"/>
          <w:rtl w:val="0"/>
        </w:rPr>
        <w:t xml:space="preserve">St Albans and further north now, but uh, yeah. Ken Carter, no, is that from Fairfax or Fletcher? Fletcher, oh, </w:t>
      </w:r>
      <w:r w:rsidDel="00000000" w:rsidR="00000000" w:rsidRPr="00000000">
        <w:rPr>
          <w:rFonts w:ascii="Arial" w:cs="Arial" w:eastAsia="Arial" w:hAnsi="Arial"/>
          <w:rtl w:val="0"/>
        </w:rPr>
        <w:t xml:space="preserve">Underhill</w:t>
      </w:r>
      <w:r w:rsidDel="00000000" w:rsidR="00000000" w:rsidRPr="00000000">
        <w:rPr>
          <w:rFonts w:ascii="Arial" w:cs="Arial" w:eastAsia="Arial" w:hAnsi="Arial"/>
          <w:sz w:val="22"/>
          <w:szCs w:val="22"/>
          <w:rtl w:val="0"/>
        </w:rPr>
        <w:t xml:space="preserve">. Oh,</w:t>
      </w:r>
      <w:r w:rsidDel="00000000" w:rsidR="00000000" w:rsidRPr="00000000">
        <w:rPr>
          <w:rtl w:val="0"/>
        </w:rPr>
      </w:r>
    </w:p>
    <w:p w:rsidR="00000000" w:rsidDel="00000000" w:rsidP="00000000" w:rsidRDefault="00000000" w:rsidRPr="00000000" w14:paraId="000002CF">
      <w:pPr>
        <w:spacing w:after="0" w:lineRule="auto"/>
        <w:rPr/>
      </w:pPr>
      <w:r w:rsidDel="00000000" w:rsidR="00000000" w:rsidRPr="00000000">
        <w:rPr>
          <w:rtl w:val="0"/>
        </w:rPr>
      </w:r>
    </w:p>
    <w:p w:rsidR="00000000" w:rsidDel="00000000" w:rsidP="00000000" w:rsidRDefault="00000000" w:rsidRPr="00000000" w14:paraId="000002D0">
      <w:pPr>
        <w:spacing w:after="0" w:lineRule="auto"/>
        <w:rPr/>
      </w:pPr>
      <w:r w:rsidDel="00000000" w:rsidR="00000000" w:rsidRPr="00000000">
        <w:rPr>
          <w:rFonts w:ascii="Arial" w:cs="Arial" w:eastAsia="Arial" w:hAnsi="Arial"/>
          <w:color w:val="5d7284"/>
          <w:sz w:val="22"/>
          <w:szCs w:val="22"/>
          <w:rtl w:val="0"/>
        </w:rPr>
        <w:t xml:space="preserve">45:23</w:t>
      </w:r>
      <w:r w:rsidDel="00000000" w:rsidR="00000000" w:rsidRPr="00000000">
        <w:rPr>
          <w:rtl w:val="0"/>
        </w:rPr>
      </w:r>
    </w:p>
    <w:p w:rsidR="00000000" w:rsidDel="00000000" w:rsidP="00000000" w:rsidRDefault="00000000" w:rsidRPr="00000000" w14:paraId="000002D1">
      <w:pPr>
        <w:spacing w:after="0" w:lineRule="auto"/>
        <w:rPr/>
      </w:pPr>
      <w:r w:rsidDel="00000000" w:rsidR="00000000" w:rsidRPr="00000000">
        <w:rPr>
          <w:rFonts w:ascii="Arial" w:cs="Arial" w:eastAsia="Arial" w:hAnsi="Arial"/>
          <w:sz w:val="22"/>
          <w:szCs w:val="22"/>
          <w:rtl w:val="0"/>
        </w:rPr>
        <w:t xml:space="preserve">because I grew up </w:t>
      </w:r>
      <w:r w:rsidDel="00000000" w:rsidR="00000000" w:rsidRPr="00000000">
        <w:rPr>
          <w:rFonts w:ascii="Arial" w:cs="Arial" w:eastAsia="Arial" w:hAnsi="Arial"/>
          <w:rtl w:val="0"/>
        </w:rPr>
        <w:t xml:space="preserve">in</w:t>
      </w:r>
      <w:r w:rsidDel="00000000" w:rsidR="00000000" w:rsidRPr="00000000">
        <w:rPr>
          <w:rFonts w:ascii="Arial" w:cs="Arial" w:eastAsia="Arial" w:hAnsi="Arial"/>
          <w:sz w:val="22"/>
          <w:szCs w:val="22"/>
          <w:rtl w:val="0"/>
        </w:rPr>
        <w:t xml:space="preserve"> Burlington. I grew up on </w:t>
      </w:r>
      <w:r w:rsidDel="00000000" w:rsidR="00000000" w:rsidRPr="00000000">
        <w:rPr>
          <w:rFonts w:ascii="Arial" w:cs="Arial" w:eastAsia="Arial" w:hAnsi="Arial"/>
          <w:rtl w:val="0"/>
        </w:rPr>
        <w:t xml:space="preserve">Buck </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rtl w:val="0"/>
        </w:rPr>
        <w:t xml:space="preserve">H</w:t>
      </w:r>
      <w:r w:rsidDel="00000000" w:rsidR="00000000" w:rsidRPr="00000000">
        <w:rPr>
          <w:rFonts w:ascii="Arial" w:cs="Arial" w:eastAsia="Arial" w:hAnsi="Arial"/>
          <w:sz w:val="22"/>
          <w:szCs w:val="22"/>
          <w:rtl w:val="0"/>
        </w:rPr>
        <w:t xml:space="preserve">ollow road. So it's like where the mobile station is in Fairfax, Eli, just that road that shoots way up there. But,</w:t>
      </w:r>
      <w:r w:rsidDel="00000000" w:rsidR="00000000" w:rsidRPr="00000000">
        <w:rPr>
          <w:rtl w:val="0"/>
        </w:rPr>
      </w:r>
    </w:p>
    <w:p w:rsidR="00000000" w:rsidDel="00000000" w:rsidP="00000000" w:rsidRDefault="00000000" w:rsidRPr="00000000" w14:paraId="000002D2">
      <w:pPr>
        <w:spacing w:after="0" w:lineRule="auto"/>
        <w:rPr/>
      </w:pPr>
      <w:r w:rsidDel="00000000" w:rsidR="00000000" w:rsidRPr="00000000">
        <w:rPr>
          <w:rtl w:val="0"/>
        </w:rPr>
      </w:r>
    </w:p>
    <w:p w:rsidR="00000000" w:rsidDel="00000000" w:rsidP="00000000" w:rsidRDefault="00000000" w:rsidRPr="00000000" w14:paraId="000002D3">
      <w:pPr>
        <w:spacing w:after="0" w:lineRule="auto"/>
        <w:rPr/>
      </w:pPr>
      <w:r w:rsidDel="00000000" w:rsidR="00000000" w:rsidRPr="00000000">
        <w:rPr>
          <w:rFonts w:ascii="Arial" w:cs="Arial" w:eastAsia="Arial" w:hAnsi="Arial"/>
          <w:color w:val="5d7284"/>
          <w:sz w:val="22"/>
          <w:szCs w:val="22"/>
          <w:rtl w:val="0"/>
        </w:rPr>
        <w:t xml:space="preserve">45:35</w:t>
      </w:r>
      <w:r w:rsidDel="00000000" w:rsidR="00000000" w:rsidRPr="00000000">
        <w:rPr>
          <w:rtl w:val="0"/>
        </w:rPr>
      </w:r>
    </w:p>
    <w:p w:rsidR="00000000" w:rsidDel="00000000" w:rsidP="00000000" w:rsidRDefault="00000000" w:rsidRPr="00000000" w14:paraId="000002D4">
      <w:pPr>
        <w:spacing w:after="0" w:lineRule="auto"/>
        <w:rPr/>
      </w:pPr>
      <w:r w:rsidDel="00000000" w:rsidR="00000000" w:rsidRPr="00000000">
        <w:rPr>
          <w:rFonts w:ascii="Arial" w:cs="Arial" w:eastAsia="Arial" w:hAnsi="Arial"/>
          <w:sz w:val="22"/>
          <w:szCs w:val="22"/>
          <w:rtl w:val="0"/>
        </w:rPr>
        <w:t xml:space="preserve">but, yeah, it's a lot of the families passed away over the last, you know, 10/15, years,</w:t>
      </w:r>
      <w:r w:rsidDel="00000000" w:rsidR="00000000" w:rsidRPr="00000000">
        <w:rPr>
          <w:rtl w:val="0"/>
        </w:rPr>
      </w:r>
    </w:p>
    <w:p w:rsidR="00000000" w:rsidDel="00000000" w:rsidP="00000000" w:rsidRDefault="00000000" w:rsidRPr="00000000" w14:paraId="000002D5">
      <w:pPr>
        <w:spacing w:after="0" w:lineRule="auto"/>
        <w:rPr/>
      </w:pPr>
      <w:r w:rsidDel="00000000" w:rsidR="00000000" w:rsidRPr="00000000">
        <w:rPr>
          <w:rtl w:val="0"/>
        </w:rPr>
      </w:r>
    </w:p>
    <w:p w:rsidR="00000000" w:rsidDel="00000000" w:rsidP="00000000" w:rsidRDefault="00000000" w:rsidRPr="00000000" w14:paraId="000002D6">
      <w:pPr>
        <w:spacing w:after="0" w:lineRule="auto"/>
        <w:rPr/>
      </w:pPr>
      <w:r w:rsidDel="00000000" w:rsidR="00000000" w:rsidRPr="00000000">
        <w:rPr>
          <w:rFonts w:ascii="Arial" w:cs="Arial" w:eastAsia="Arial" w:hAnsi="Arial"/>
          <w:color w:val="5d7284"/>
          <w:sz w:val="22"/>
          <w:szCs w:val="22"/>
          <w:rtl w:val="0"/>
        </w:rPr>
        <w:t xml:space="preserve">45:44</w:t>
      </w:r>
      <w:r w:rsidDel="00000000" w:rsidR="00000000" w:rsidRPr="00000000">
        <w:rPr>
          <w:rtl w:val="0"/>
        </w:rPr>
      </w:r>
    </w:p>
    <w:p w:rsidR="00000000" w:rsidDel="00000000" w:rsidP="00000000" w:rsidRDefault="00000000" w:rsidRPr="00000000" w14:paraId="000002D7">
      <w:pPr>
        <w:spacing w:after="0" w:lineRule="auto"/>
        <w:rPr/>
      </w:pPr>
      <w:r w:rsidDel="00000000" w:rsidR="00000000" w:rsidRPr="00000000">
        <w:rPr>
          <w:rFonts w:ascii="Arial" w:cs="Arial" w:eastAsia="Arial" w:hAnsi="Arial"/>
          <w:sz w:val="22"/>
          <w:szCs w:val="22"/>
          <w:rtl w:val="0"/>
        </w:rPr>
        <w:t xml:space="preserve">Metcalf pond,</w:t>
      </w:r>
      <w:r w:rsidDel="00000000" w:rsidR="00000000" w:rsidRPr="00000000">
        <w:rPr>
          <w:rtl w:val="0"/>
        </w:rPr>
      </w:r>
    </w:p>
    <w:p w:rsidR="00000000" w:rsidDel="00000000" w:rsidP="00000000" w:rsidRDefault="00000000" w:rsidRPr="00000000" w14:paraId="000002D8">
      <w:pPr>
        <w:spacing w:after="0" w:lineRule="auto"/>
        <w:rPr/>
      </w:pPr>
      <w:r w:rsidDel="00000000" w:rsidR="00000000" w:rsidRPr="00000000">
        <w:rPr>
          <w:rtl w:val="0"/>
        </w:rPr>
      </w:r>
    </w:p>
    <w:p w:rsidR="00000000" w:rsidDel="00000000" w:rsidP="00000000" w:rsidRDefault="00000000" w:rsidRPr="00000000" w14:paraId="000002D9">
      <w:pPr>
        <w:spacing w:after="0" w:lineRule="auto"/>
        <w:rPr/>
      </w:pPr>
      <w:r w:rsidDel="00000000" w:rsidR="00000000" w:rsidRPr="00000000">
        <w:rPr>
          <w:rFonts w:ascii="Arial" w:cs="Arial" w:eastAsia="Arial" w:hAnsi="Arial"/>
          <w:color w:val="5d7284"/>
          <w:sz w:val="22"/>
          <w:szCs w:val="22"/>
          <w:rtl w:val="0"/>
        </w:rPr>
        <w:t xml:space="preserve">45:46</w:t>
      </w:r>
      <w:r w:rsidDel="00000000" w:rsidR="00000000" w:rsidRPr="00000000">
        <w:rPr>
          <w:rtl w:val="0"/>
        </w:rPr>
      </w:r>
    </w:p>
    <w:p w:rsidR="00000000" w:rsidDel="00000000" w:rsidP="00000000" w:rsidRDefault="00000000" w:rsidRPr="00000000" w14:paraId="000002DA">
      <w:pPr>
        <w:spacing w:after="0" w:lineRule="auto"/>
        <w:rPr/>
      </w:pPr>
      <w:r w:rsidDel="00000000" w:rsidR="00000000" w:rsidRPr="00000000">
        <w:rPr>
          <w:rFonts w:ascii="Arial" w:cs="Arial" w:eastAsia="Arial" w:hAnsi="Arial"/>
          <w:sz w:val="22"/>
          <w:szCs w:val="22"/>
          <w:rtl w:val="0"/>
        </w:rPr>
        <w:t xml:space="preserve">very nice.</w:t>
      </w:r>
      <w:r w:rsidDel="00000000" w:rsidR="00000000" w:rsidRPr="00000000">
        <w:rPr>
          <w:rtl w:val="0"/>
        </w:rPr>
      </w:r>
    </w:p>
    <w:p w:rsidR="00000000" w:rsidDel="00000000" w:rsidP="00000000" w:rsidRDefault="00000000" w:rsidRPr="00000000" w14:paraId="000002DB">
      <w:pPr>
        <w:spacing w:after="0" w:lineRule="auto"/>
        <w:rPr/>
      </w:pPr>
      <w:r w:rsidDel="00000000" w:rsidR="00000000" w:rsidRPr="00000000">
        <w:rPr>
          <w:rtl w:val="0"/>
        </w:rPr>
      </w:r>
    </w:p>
    <w:p w:rsidR="00000000" w:rsidDel="00000000" w:rsidP="00000000" w:rsidRDefault="00000000" w:rsidRPr="00000000" w14:paraId="000002DC">
      <w:pPr>
        <w:spacing w:after="0" w:lineRule="auto"/>
        <w:rPr/>
      </w:pPr>
      <w:r w:rsidDel="00000000" w:rsidR="00000000" w:rsidRPr="00000000">
        <w:rPr>
          <w:rFonts w:ascii="Arial" w:cs="Arial" w:eastAsia="Arial" w:hAnsi="Arial"/>
          <w:color w:val="5d7284"/>
          <w:sz w:val="22"/>
          <w:szCs w:val="22"/>
          <w:rtl w:val="0"/>
        </w:rPr>
        <w:t xml:space="preserve">45:48</w:t>
      </w:r>
      <w:r w:rsidDel="00000000" w:rsidR="00000000" w:rsidRPr="00000000">
        <w:rPr>
          <w:rtl w:val="0"/>
        </w:rPr>
      </w:r>
    </w:p>
    <w:p w:rsidR="00000000" w:rsidDel="00000000" w:rsidP="00000000" w:rsidRDefault="00000000" w:rsidRPr="00000000" w14:paraId="000002DD">
      <w:pPr>
        <w:spacing w:after="0" w:lineRule="auto"/>
        <w:rPr/>
      </w:pPr>
      <w:r w:rsidDel="00000000" w:rsidR="00000000" w:rsidRPr="00000000">
        <w:rPr>
          <w:rFonts w:ascii="Arial" w:cs="Arial" w:eastAsia="Arial" w:hAnsi="Arial"/>
          <w:sz w:val="22"/>
          <w:szCs w:val="22"/>
          <w:rtl w:val="0"/>
        </w:rPr>
        <w:t xml:space="preserve">Oh, I also said that out that way, but, yeah, we were always so close to the Fairfax side of Fletcher that that's more we were alive.</w:t>
      </w:r>
      <w:r w:rsidDel="00000000" w:rsidR="00000000" w:rsidRPr="00000000">
        <w:rPr>
          <w:rtl w:val="0"/>
        </w:rPr>
      </w:r>
    </w:p>
    <w:p w:rsidR="00000000" w:rsidDel="00000000" w:rsidP="00000000" w:rsidRDefault="00000000" w:rsidRPr="00000000" w14:paraId="000002DE">
      <w:pPr>
        <w:spacing w:after="0" w:lineRule="auto"/>
        <w:rPr/>
      </w:pPr>
      <w:r w:rsidDel="00000000" w:rsidR="00000000" w:rsidRPr="00000000">
        <w:rPr>
          <w:rtl w:val="0"/>
        </w:rPr>
      </w:r>
    </w:p>
    <w:p w:rsidR="00000000" w:rsidDel="00000000" w:rsidP="00000000" w:rsidRDefault="00000000" w:rsidRPr="00000000" w14:paraId="000002DF">
      <w:pPr>
        <w:spacing w:after="0" w:lineRule="auto"/>
        <w:rPr/>
      </w:pPr>
      <w:r w:rsidDel="00000000" w:rsidR="00000000" w:rsidRPr="00000000">
        <w:rPr>
          <w:rFonts w:ascii="Arial" w:cs="Arial" w:eastAsia="Arial" w:hAnsi="Arial"/>
          <w:color w:val="5d7284"/>
          <w:sz w:val="22"/>
          <w:szCs w:val="22"/>
          <w:rtl w:val="0"/>
        </w:rPr>
        <w:t xml:space="preserve">45:58</w:t>
      </w:r>
      <w:r w:rsidDel="00000000" w:rsidR="00000000" w:rsidRPr="00000000">
        <w:rPr>
          <w:rtl w:val="0"/>
        </w:rPr>
      </w:r>
    </w:p>
    <w:p w:rsidR="00000000" w:rsidDel="00000000" w:rsidP="00000000" w:rsidRDefault="00000000" w:rsidRPr="00000000" w14:paraId="000002E0">
      <w:pPr>
        <w:spacing w:after="0" w:lineRule="auto"/>
        <w:rPr/>
      </w:pPr>
      <w:r w:rsidDel="00000000" w:rsidR="00000000" w:rsidRPr="00000000">
        <w:rPr>
          <w:rFonts w:ascii="Arial" w:cs="Arial" w:eastAsia="Arial" w:hAnsi="Arial"/>
          <w:sz w:val="22"/>
          <w:szCs w:val="22"/>
          <w:rtl w:val="0"/>
        </w:rPr>
        <w:t xml:space="preserve">So how many live </w:t>
      </w:r>
      <w:r w:rsidDel="00000000" w:rsidR="00000000" w:rsidRPr="00000000">
        <w:rPr>
          <w:rFonts w:ascii="Arial" w:cs="Arial" w:eastAsia="Arial" w:hAnsi="Arial"/>
          <w:rtl w:val="0"/>
        </w:rPr>
        <w:t xml:space="preserve">in this</w:t>
      </w:r>
      <w:r w:rsidDel="00000000" w:rsidR="00000000" w:rsidRPr="00000000">
        <w:rPr>
          <w:rFonts w:ascii="Arial" w:cs="Arial" w:eastAsia="Arial" w:hAnsi="Arial"/>
          <w:sz w:val="22"/>
          <w:szCs w:val="22"/>
          <w:rtl w:val="0"/>
        </w:rPr>
        <w:t xml:space="preserve"> community.? Don't come in for day programs or school whatever, but actually live here like Charlie or others. Around</w:t>
      </w:r>
      <w:r w:rsidDel="00000000" w:rsidR="00000000" w:rsidRPr="00000000">
        <w:rPr>
          <w:rtl w:val="0"/>
        </w:rPr>
      </w:r>
    </w:p>
    <w:p w:rsidR="00000000" w:rsidDel="00000000" w:rsidP="00000000" w:rsidRDefault="00000000" w:rsidRPr="00000000" w14:paraId="000002E1">
      <w:pPr>
        <w:spacing w:after="0" w:lineRule="auto"/>
        <w:rPr/>
      </w:pPr>
      <w:r w:rsidDel="00000000" w:rsidR="00000000" w:rsidRPr="00000000">
        <w:rPr>
          <w:rtl w:val="0"/>
        </w:rPr>
      </w:r>
    </w:p>
    <w:p w:rsidR="00000000" w:rsidDel="00000000" w:rsidP="00000000" w:rsidRDefault="00000000" w:rsidRPr="00000000" w14:paraId="000002E2">
      <w:pPr>
        <w:spacing w:after="0" w:lineRule="auto"/>
        <w:rPr/>
      </w:pPr>
      <w:r w:rsidDel="00000000" w:rsidR="00000000" w:rsidRPr="00000000">
        <w:rPr>
          <w:rFonts w:ascii="Arial" w:cs="Arial" w:eastAsia="Arial" w:hAnsi="Arial"/>
          <w:color w:val="5d7284"/>
          <w:sz w:val="22"/>
          <w:szCs w:val="22"/>
          <w:rtl w:val="0"/>
        </w:rPr>
        <w:t xml:space="preserve">46:08</w:t>
      </w:r>
      <w:r w:rsidDel="00000000" w:rsidR="00000000" w:rsidRPr="00000000">
        <w:rPr>
          <w:rtl w:val="0"/>
        </w:rPr>
      </w:r>
    </w:p>
    <w:p w:rsidR="00000000" w:rsidDel="00000000" w:rsidP="00000000" w:rsidRDefault="00000000" w:rsidRPr="00000000" w14:paraId="000002E3">
      <w:pPr>
        <w:spacing w:after="0" w:lineRule="auto"/>
        <w:rPr/>
      </w:pPr>
      <w:r w:rsidDel="00000000" w:rsidR="00000000" w:rsidRPr="00000000">
        <w:rPr>
          <w:rFonts w:ascii="Arial" w:cs="Arial" w:eastAsia="Arial" w:hAnsi="Arial"/>
          <w:sz w:val="22"/>
          <w:szCs w:val="22"/>
          <w:rtl w:val="0"/>
        </w:rPr>
        <w:t xml:space="preserve">15.</w:t>
      </w:r>
      <w:r w:rsidDel="00000000" w:rsidR="00000000" w:rsidRPr="00000000">
        <w:rPr>
          <w:rtl w:val="0"/>
        </w:rPr>
      </w:r>
    </w:p>
    <w:p w:rsidR="00000000" w:rsidDel="00000000" w:rsidP="00000000" w:rsidRDefault="00000000" w:rsidRPr="00000000" w14:paraId="000002E4">
      <w:pPr>
        <w:spacing w:after="0" w:lineRule="auto"/>
        <w:rPr/>
      </w:pPr>
      <w:r w:rsidDel="00000000" w:rsidR="00000000" w:rsidRPr="00000000">
        <w:rPr>
          <w:rtl w:val="0"/>
        </w:rPr>
      </w:r>
    </w:p>
    <w:p w:rsidR="00000000" w:rsidDel="00000000" w:rsidP="00000000" w:rsidRDefault="00000000" w:rsidRPr="00000000" w14:paraId="000002E5">
      <w:pPr>
        <w:spacing w:after="0" w:lineRule="auto"/>
        <w:rPr/>
      </w:pPr>
      <w:r w:rsidDel="00000000" w:rsidR="00000000" w:rsidRPr="00000000">
        <w:rPr>
          <w:rFonts w:ascii="Arial" w:cs="Arial" w:eastAsia="Arial" w:hAnsi="Arial"/>
          <w:color w:val="5d7284"/>
          <w:sz w:val="22"/>
          <w:szCs w:val="22"/>
          <w:rtl w:val="0"/>
        </w:rPr>
        <w:t xml:space="preserve">46:11</w:t>
      </w:r>
      <w:r w:rsidDel="00000000" w:rsidR="00000000" w:rsidRPr="00000000">
        <w:rPr>
          <w:rtl w:val="0"/>
        </w:rPr>
      </w:r>
    </w:p>
    <w:p w:rsidR="00000000" w:rsidDel="00000000" w:rsidP="00000000" w:rsidRDefault="00000000" w:rsidRPr="00000000" w14:paraId="000002E6">
      <w:pPr>
        <w:spacing w:after="0" w:lineRule="auto"/>
        <w:rPr/>
      </w:pPr>
      <w:r w:rsidDel="00000000" w:rsidR="00000000" w:rsidRPr="00000000">
        <w:rPr>
          <w:rFonts w:ascii="Arial" w:cs="Arial" w:eastAsia="Arial" w:hAnsi="Arial"/>
          <w:sz w:val="22"/>
          <w:szCs w:val="22"/>
          <w:rtl w:val="0"/>
        </w:rPr>
        <w:t xml:space="preserve">Yeah, about 15.</w:t>
      </w:r>
      <w:r w:rsidDel="00000000" w:rsidR="00000000" w:rsidRPr="00000000">
        <w:rPr>
          <w:rtl w:val="0"/>
        </w:rPr>
      </w:r>
    </w:p>
    <w:p w:rsidR="00000000" w:rsidDel="00000000" w:rsidP="00000000" w:rsidRDefault="00000000" w:rsidRPr="00000000" w14:paraId="000002E7">
      <w:pPr>
        <w:spacing w:after="0" w:lineRule="auto"/>
        <w:rPr/>
      </w:pPr>
      <w:r w:rsidDel="00000000" w:rsidR="00000000" w:rsidRPr="00000000">
        <w:rPr>
          <w:rtl w:val="0"/>
        </w:rPr>
      </w:r>
    </w:p>
    <w:p w:rsidR="00000000" w:rsidDel="00000000" w:rsidP="00000000" w:rsidRDefault="00000000" w:rsidRPr="00000000" w14:paraId="000002E8">
      <w:pPr>
        <w:spacing w:after="0" w:lineRule="auto"/>
        <w:rPr/>
      </w:pPr>
      <w:r w:rsidDel="00000000" w:rsidR="00000000" w:rsidRPr="00000000">
        <w:rPr>
          <w:rFonts w:ascii="Arial" w:cs="Arial" w:eastAsia="Arial" w:hAnsi="Arial"/>
          <w:color w:val="5d7284"/>
          <w:sz w:val="22"/>
          <w:szCs w:val="22"/>
          <w:rtl w:val="0"/>
        </w:rPr>
        <w:t xml:space="preserve">46:15</w:t>
      </w:r>
      <w:r w:rsidDel="00000000" w:rsidR="00000000" w:rsidRPr="00000000">
        <w:rPr>
          <w:rtl w:val="0"/>
        </w:rPr>
      </w:r>
    </w:p>
    <w:p w:rsidR="00000000" w:rsidDel="00000000" w:rsidP="00000000" w:rsidRDefault="00000000" w:rsidRPr="00000000" w14:paraId="000002E9">
      <w:pPr>
        <w:spacing w:after="0" w:lineRule="auto"/>
        <w:rPr/>
      </w:pPr>
      <w:r w:rsidDel="00000000" w:rsidR="00000000" w:rsidRPr="00000000">
        <w:rPr>
          <w:rFonts w:ascii="Arial" w:cs="Arial" w:eastAsia="Arial" w:hAnsi="Arial"/>
          <w:sz w:val="22"/>
          <w:szCs w:val="22"/>
          <w:rtl w:val="0"/>
        </w:rPr>
        <w:t xml:space="preserve">I thought 15 included all of you too. Well, probably, yeah, probably does include us, if it was, if it was just the, just the Community Living Program,</w:t>
      </w:r>
      <w:r w:rsidDel="00000000" w:rsidR="00000000" w:rsidRPr="00000000">
        <w:rPr>
          <w:rtl w:val="0"/>
        </w:rPr>
      </w:r>
    </w:p>
    <w:p w:rsidR="00000000" w:rsidDel="00000000" w:rsidP="00000000" w:rsidRDefault="00000000" w:rsidRPr="00000000" w14:paraId="000002EA">
      <w:pPr>
        <w:spacing w:after="0" w:lineRule="auto"/>
        <w:rPr/>
      </w:pPr>
      <w:r w:rsidDel="00000000" w:rsidR="00000000" w:rsidRPr="00000000">
        <w:rPr>
          <w:rtl w:val="0"/>
        </w:rPr>
      </w:r>
    </w:p>
    <w:p w:rsidR="00000000" w:rsidDel="00000000" w:rsidP="00000000" w:rsidRDefault="00000000" w:rsidRPr="00000000" w14:paraId="000002EB">
      <w:pPr>
        <w:spacing w:after="0" w:lineRule="auto"/>
        <w:rPr/>
      </w:pPr>
      <w:r w:rsidDel="00000000" w:rsidR="00000000" w:rsidRPr="00000000">
        <w:rPr>
          <w:rFonts w:ascii="Arial" w:cs="Arial" w:eastAsia="Arial" w:hAnsi="Arial"/>
          <w:color w:val="5d7284"/>
          <w:sz w:val="22"/>
          <w:szCs w:val="22"/>
          <w:rtl w:val="0"/>
        </w:rPr>
        <w:t xml:space="preserve">46:26</w:t>
      </w:r>
      <w:r w:rsidDel="00000000" w:rsidR="00000000" w:rsidRPr="00000000">
        <w:rPr>
          <w:rtl w:val="0"/>
        </w:rPr>
      </w:r>
    </w:p>
    <w:p w:rsidR="00000000" w:rsidDel="00000000" w:rsidP="00000000" w:rsidRDefault="00000000" w:rsidRPr="00000000" w14:paraId="000002EC">
      <w:pPr>
        <w:spacing w:after="0" w:lineRule="auto"/>
        <w:rPr/>
      </w:pPr>
      <w:r w:rsidDel="00000000" w:rsidR="00000000" w:rsidRPr="00000000">
        <w:rPr>
          <w:rFonts w:ascii="Arial" w:cs="Arial" w:eastAsia="Arial" w:hAnsi="Arial"/>
          <w:sz w:val="22"/>
          <w:szCs w:val="22"/>
          <w:rtl w:val="0"/>
        </w:rPr>
        <w:t xml:space="preserve">it's less</w:t>
      </w:r>
      <w:r w:rsidDel="00000000" w:rsidR="00000000" w:rsidRPr="00000000">
        <w:rPr>
          <w:rtl w:val="0"/>
        </w:rPr>
      </w:r>
    </w:p>
    <w:p w:rsidR="00000000" w:rsidDel="00000000" w:rsidP="00000000" w:rsidRDefault="00000000" w:rsidRPr="00000000" w14:paraId="000002ED">
      <w:pPr>
        <w:spacing w:after="0" w:lineRule="auto"/>
        <w:rPr/>
      </w:pPr>
      <w:r w:rsidDel="00000000" w:rsidR="00000000" w:rsidRPr="00000000">
        <w:rPr>
          <w:rtl w:val="0"/>
        </w:rPr>
      </w:r>
    </w:p>
    <w:p w:rsidR="00000000" w:rsidDel="00000000" w:rsidP="00000000" w:rsidRDefault="00000000" w:rsidRPr="00000000" w14:paraId="000002EE">
      <w:pPr>
        <w:spacing w:after="0" w:lineRule="auto"/>
        <w:rPr/>
      </w:pPr>
      <w:r w:rsidDel="00000000" w:rsidR="00000000" w:rsidRPr="00000000">
        <w:rPr>
          <w:rFonts w:ascii="Arial" w:cs="Arial" w:eastAsia="Arial" w:hAnsi="Arial"/>
          <w:color w:val="5d7284"/>
          <w:sz w:val="22"/>
          <w:szCs w:val="22"/>
          <w:rtl w:val="0"/>
        </w:rPr>
        <w:t xml:space="preserve">46:29</w:t>
      </w:r>
      <w:r w:rsidDel="00000000" w:rsidR="00000000" w:rsidRPr="00000000">
        <w:rPr>
          <w:rtl w:val="0"/>
        </w:rPr>
      </w:r>
    </w:p>
    <w:p w:rsidR="00000000" w:rsidDel="00000000" w:rsidP="00000000" w:rsidRDefault="00000000" w:rsidRPr="00000000" w14:paraId="000002EF">
      <w:pPr>
        <w:spacing w:after="0" w:lineRule="auto"/>
        <w:rPr/>
      </w:pPr>
      <w:r w:rsidDel="00000000" w:rsidR="00000000" w:rsidRPr="00000000">
        <w:rPr>
          <w:rFonts w:ascii="Arial" w:cs="Arial" w:eastAsia="Arial" w:hAnsi="Arial"/>
          <w:sz w:val="22"/>
          <w:szCs w:val="22"/>
          <w:rtl w:val="0"/>
        </w:rPr>
        <w:t xml:space="preserve">12. Was with Umar, right? Yeah, Umar. And then, and because downstairs, and no one's downstairs. So it's 12 right now, there's another baby on the property who was gonna be born here, </w:t>
      </w:r>
      <w:r w:rsidDel="00000000" w:rsidR="00000000" w:rsidRPr="00000000">
        <w:rPr>
          <w:rFonts w:ascii="Arial" w:cs="Arial" w:eastAsia="Arial" w:hAnsi="Arial"/>
          <w:rtl w:val="0"/>
        </w:rPr>
        <w:t xml:space="preserve">but he</w:t>
      </w:r>
      <w:r w:rsidDel="00000000" w:rsidR="00000000" w:rsidRPr="00000000">
        <w:rPr>
          <w:rFonts w:ascii="Arial" w:cs="Arial" w:eastAsia="Arial" w:hAnsi="Arial"/>
          <w:sz w:val="22"/>
          <w:szCs w:val="22"/>
          <w:rtl w:val="0"/>
        </w:rPr>
        <w:t xml:space="preserve"> ended up having to go to the hospital.</w:t>
      </w:r>
      <w:r w:rsidDel="00000000" w:rsidR="00000000" w:rsidRPr="00000000">
        <w:rPr>
          <w:rtl w:val="0"/>
        </w:rPr>
      </w:r>
    </w:p>
    <w:p w:rsidR="00000000" w:rsidDel="00000000" w:rsidP="00000000" w:rsidRDefault="00000000" w:rsidRPr="00000000" w14:paraId="000002F0">
      <w:pPr>
        <w:spacing w:after="0" w:lineRule="auto"/>
        <w:rPr/>
      </w:pPr>
      <w:r w:rsidDel="00000000" w:rsidR="00000000" w:rsidRPr="00000000">
        <w:rPr>
          <w:rtl w:val="0"/>
        </w:rPr>
      </w:r>
    </w:p>
    <w:p w:rsidR="00000000" w:rsidDel="00000000" w:rsidP="00000000" w:rsidRDefault="00000000" w:rsidRPr="00000000" w14:paraId="000002F1">
      <w:pPr>
        <w:spacing w:after="0" w:lineRule="auto"/>
        <w:rPr/>
      </w:pPr>
      <w:r w:rsidDel="00000000" w:rsidR="00000000" w:rsidRPr="00000000">
        <w:rPr>
          <w:rFonts w:ascii="Arial" w:cs="Arial" w:eastAsia="Arial" w:hAnsi="Arial"/>
          <w:color w:val="5d7284"/>
          <w:sz w:val="22"/>
          <w:szCs w:val="22"/>
          <w:rtl w:val="0"/>
        </w:rPr>
        <w:t xml:space="preserve">46:47</w:t>
      </w:r>
      <w:r w:rsidDel="00000000" w:rsidR="00000000" w:rsidRPr="00000000">
        <w:rPr>
          <w:rtl w:val="0"/>
        </w:rPr>
      </w:r>
    </w:p>
    <w:p w:rsidR="00000000" w:rsidDel="00000000" w:rsidP="00000000" w:rsidRDefault="00000000" w:rsidRPr="00000000" w14:paraId="000002F2">
      <w:pPr>
        <w:spacing w:after="0" w:lineRule="auto"/>
        <w:rPr/>
      </w:pPr>
      <w:r w:rsidDel="00000000" w:rsidR="00000000" w:rsidRPr="00000000">
        <w:rPr>
          <w:rFonts w:ascii="Arial" w:cs="Arial" w:eastAsia="Arial" w:hAnsi="Arial"/>
          <w:sz w:val="22"/>
          <w:szCs w:val="22"/>
          <w:rtl w:val="0"/>
        </w:rPr>
        <w:t xml:space="preserve">His father's from Africa, so they're gonna head out soon. So they've been here a while. </w:t>
      </w:r>
      <w:r w:rsidDel="00000000" w:rsidR="00000000" w:rsidRPr="00000000">
        <w:rPr>
          <w:rFonts w:ascii="Arial" w:cs="Arial" w:eastAsia="Arial" w:hAnsi="Arial"/>
          <w:rtl w:val="0"/>
        </w:rPr>
        <w:t xml:space="preserve">His</w:t>
      </w:r>
      <w:r w:rsidDel="00000000" w:rsidR="00000000" w:rsidRPr="00000000">
        <w:rPr>
          <w:rFonts w:ascii="Arial" w:cs="Arial" w:eastAsia="Arial" w:hAnsi="Arial"/>
          <w:sz w:val="22"/>
          <w:szCs w:val="22"/>
          <w:rtl w:val="0"/>
        </w:rPr>
        <w:t xml:space="preserve"> father's been here almost a year now, and then his mother's been here </w:t>
      </w:r>
      <w:r w:rsidDel="00000000" w:rsidR="00000000" w:rsidRPr="00000000">
        <w:rPr>
          <w:rFonts w:ascii="Arial" w:cs="Arial" w:eastAsia="Arial" w:hAnsi="Arial"/>
          <w:rtl w:val="0"/>
        </w:rPr>
        <w:t xml:space="preserve">for</w:t>
      </w:r>
      <w:r w:rsidDel="00000000" w:rsidR="00000000" w:rsidRPr="00000000">
        <w:rPr>
          <w:rFonts w:ascii="Arial" w:cs="Arial" w:eastAsia="Arial" w:hAnsi="Arial"/>
          <w:sz w:val="22"/>
          <w:szCs w:val="22"/>
          <w:rtl w:val="0"/>
        </w:rPr>
        <w:t xml:space="preserve"> two years. I think she's </w:t>
      </w:r>
      <w:r w:rsidDel="00000000" w:rsidR="00000000" w:rsidRPr="00000000">
        <w:rPr>
          <w:rFonts w:ascii="Arial" w:cs="Arial" w:eastAsia="Arial" w:hAnsi="Arial"/>
          <w:rtl w:val="0"/>
        </w:rPr>
        <w:t xml:space="preserve">already two</w:t>
      </w:r>
      <w:r w:rsidDel="00000000" w:rsidR="00000000" w:rsidRPr="00000000">
        <w:rPr>
          <w:rFonts w:ascii="Arial" w:cs="Arial" w:eastAsia="Arial" w:hAnsi="Arial"/>
          <w:sz w:val="22"/>
          <w:szCs w:val="22"/>
          <w:rtl w:val="0"/>
        </w:rPr>
        <w:t xml:space="preserve"> years. So,</w:t>
      </w:r>
      <w:r w:rsidDel="00000000" w:rsidR="00000000" w:rsidRPr="00000000">
        <w:rPr>
          <w:rtl w:val="0"/>
        </w:rPr>
      </w:r>
    </w:p>
    <w:p w:rsidR="00000000" w:rsidDel="00000000" w:rsidP="00000000" w:rsidRDefault="00000000" w:rsidRPr="00000000" w14:paraId="000002F3">
      <w:pPr>
        <w:spacing w:after="0" w:lineRule="auto"/>
        <w:rPr/>
      </w:pPr>
      <w:r w:rsidDel="00000000" w:rsidR="00000000" w:rsidRPr="00000000">
        <w:rPr>
          <w:rtl w:val="0"/>
        </w:rPr>
      </w:r>
    </w:p>
    <w:p w:rsidR="00000000" w:rsidDel="00000000" w:rsidP="00000000" w:rsidRDefault="00000000" w:rsidRPr="00000000" w14:paraId="000002F4">
      <w:pPr>
        <w:spacing w:after="0" w:lineRule="auto"/>
        <w:rPr/>
      </w:pPr>
      <w:r w:rsidDel="00000000" w:rsidR="00000000" w:rsidRPr="00000000">
        <w:rPr>
          <w:rFonts w:ascii="Arial" w:cs="Arial" w:eastAsia="Arial" w:hAnsi="Arial"/>
          <w:color w:val="5d7284"/>
          <w:sz w:val="22"/>
          <w:szCs w:val="22"/>
          <w:rtl w:val="0"/>
        </w:rPr>
        <w:t xml:space="preserve">47:02</w:t>
      </w:r>
      <w:r w:rsidDel="00000000" w:rsidR="00000000" w:rsidRPr="00000000">
        <w:rPr>
          <w:rtl w:val="0"/>
        </w:rPr>
      </w:r>
    </w:p>
    <w:p w:rsidR="00000000" w:rsidDel="00000000" w:rsidP="00000000" w:rsidRDefault="00000000" w:rsidRPr="00000000" w14:paraId="000002F5">
      <w:pPr>
        <w:spacing w:after="0" w:lineRule="auto"/>
        <w:rPr/>
      </w:pPr>
      <w:r w:rsidDel="00000000" w:rsidR="00000000" w:rsidRPr="00000000">
        <w:rPr>
          <w:rFonts w:ascii="Arial" w:cs="Arial" w:eastAsia="Arial" w:hAnsi="Arial"/>
          <w:sz w:val="22"/>
          <w:szCs w:val="22"/>
          <w:rtl w:val="0"/>
        </w:rPr>
        <w:t xml:space="preserve">yeah, it's been a good living space for people. People are, you know, </w:t>
      </w:r>
      <w:r w:rsidDel="00000000" w:rsidR="00000000" w:rsidRPr="00000000">
        <w:rPr>
          <w:rFonts w:ascii="Arial" w:cs="Arial" w:eastAsia="Arial" w:hAnsi="Arial"/>
          <w:rtl w:val="0"/>
        </w:rPr>
        <w:t xml:space="preserve">people who are</w:t>
      </w:r>
      <w:r w:rsidDel="00000000" w:rsidR="00000000" w:rsidRPr="00000000">
        <w:rPr>
          <w:rFonts w:ascii="Arial" w:cs="Arial" w:eastAsia="Arial" w:hAnsi="Arial"/>
          <w:sz w:val="22"/>
          <w:szCs w:val="22"/>
          <w:rtl w:val="0"/>
        </w:rPr>
        <w:t xml:space="preserve"> interested in communal living. I </w:t>
      </w:r>
      <w:r w:rsidDel="00000000" w:rsidR="00000000" w:rsidRPr="00000000">
        <w:rPr>
          <w:rFonts w:ascii="Arial" w:cs="Arial" w:eastAsia="Arial" w:hAnsi="Arial"/>
          <w:rtl w:val="0"/>
        </w:rPr>
        <w:t xml:space="preserve">think it's</w:t>
      </w:r>
      <w:r w:rsidDel="00000000" w:rsidR="00000000" w:rsidRPr="00000000">
        <w:rPr>
          <w:rFonts w:ascii="Arial" w:cs="Arial" w:eastAsia="Arial" w:hAnsi="Arial"/>
          <w:sz w:val="22"/>
          <w:szCs w:val="22"/>
          <w:rtl w:val="0"/>
        </w:rPr>
        <w:t xml:space="preserve"> like our world is kind of more disconnected and more online. So people want to have something </w:t>
      </w:r>
      <w:r w:rsidDel="00000000" w:rsidR="00000000" w:rsidRPr="00000000">
        <w:rPr>
          <w:rFonts w:ascii="Arial" w:cs="Arial" w:eastAsia="Arial" w:hAnsi="Arial"/>
          <w:rtl w:val="0"/>
        </w:rPr>
        <w:t xml:space="preserve">like that in person</w:t>
      </w:r>
      <w:r w:rsidDel="00000000" w:rsidR="00000000" w:rsidRPr="00000000">
        <w:rPr>
          <w:rFonts w:ascii="Arial" w:cs="Arial" w:eastAsia="Arial" w:hAnsi="Arial"/>
          <w:sz w:val="22"/>
          <w:szCs w:val="22"/>
          <w:rtl w:val="0"/>
        </w:rPr>
        <w:t xml:space="preserve"> and depending on their lifestyle, you know, sometimes people come there. There's a decent amount to learn here, too,</w:t>
      </w:r>
      <w:r w:rsidDel="00000000" w:rsidR="00000000" w:rsidRPr="00000000">
        <w:rPr>
          <w:rtl w:val="0"/>
        </w:rPr>
      </w:r>
    </w:p>
    <w:p w:rsidR="00000000" w:rsidDel="00000000" w:rsidP="00000000" w:rsidRDefault="00000000" w:rsidRPr="00000000" w14:paraId="000002F6">
      <w:pPr>
        <w:spacing w:after="0" w:lineRule="auto"/>
        <w:rPr/>
      </w:pPr>
      <w:r w:rsidDel="00000000" w:rsidR="00000000" w:rsidRPr="00000000">
        <w:rPr>
          <w:rtl w:val="0"/>
        </w:rPr>
      </w:r>
    </w:p>
    <w:p w:rsidR="00000000" w:rsidDel="00000000" w:rsidP="00000000" w:rsidRDefault="00000000" w:rsidRPr="00000000" w14:paraId="000002F7">
      <w:pPr>
        <w:spacing w:after="0" w:lineRule="auto"/>
        <w:rPr/>
      </w:pPr>
      <w:r w:rsidDel="00000000" w:rsidR="00000000" w:rsidRPr="00000000">
        <w:rPr>
          <w:rFonts w:ascii="Arial" w:cs="Arial" w:eastAsia="Arial" w:hAnsi="Arial"/>
          <w:color w:val="5d7284"/>
          <w:sz w:val="22"/>
          <w:szCs w:val="22"/>
          <w:rtl w:val="0"/>
        </w:rPr>
        <w:t xml:space="preserve">47:23</w:t>
      </w:r>
      <w:r w:rsidDel="00000000" w:rsidR="00000000" w:rsidRPr="00000000">
        <w:rPr>
          <w:rtl w:val="0"/>
        </w:rPr>
      </w:r>
    </w:p>
    <w:p w:rsidR="00000000" w:rsidDel="00000000" w:rsidP="00000000" w:rsidRDefault="00000000" w:rsidRPr="00000000" w14:paraId="000002F8">
      <w:pPr>
        <w:spacing w:after="0" w:lineRule="auto"/>
        <w:rPr/>
      </w:pPr>
      <w:r w:rsidDel="00000000" w:rsidR="00000000" w:rsidRPr="00000000">
        <w:rPr>
          <w:rFonts w:ascii="Arial" w:cs="Arial" w:eastAsia="Arial" w:hAnsi="Arial"/>
          <w:sz w:val="22"/>
          <w:szCs w:val="22"/>
          <w:rtl w:val="0"/>
        </w:rPr>
        <w:t xml:space="preserve">for that. Or some people are employed in the programs, and, yeah, some people, Charlie's the longest standing right now. We've had a lot of people stay for a few years, and there's just so many visitors that come through to like, I mean, guess the people that live here, the retreat programs and all that. So that, that was why I wanted to, like, put the story of the land together and like, a book people can kind of So,</w:t>
      </w:r>
      <w:r w:rsidDel="00000000" w:rsidR="00000000" w:rsidRPr="00000000">
        <w:rPr>
          <w:rtl w:val="0"/>
        </w:rPr>
      </w:r>
    </w:p>
    <w:p w:rsidR="00000000" w:rsidDel="00000000" w:rsidP="00000000" w:rsidRDefault="00000000" w:rsidRPr="00000000" w14:paraId="000002F9">
      <w:pPr>
        <w:spacing w:after="0" w:lineRule="auto"/>
        <w:rPr/>
      </w:pPr>
      <w:r w:rsidDel="00000000" w:rsidR="00000000" w:rsidRPr="00000000">
        <w:rPr>
          <w:rtl w:val="0"/>
        </w:rPr>
      </w:r>
    </w:p>
    <w:p w:rsidR="00000000" w:rsidDel="00000000" w:rsidP="00000000" w:rsidRDefault="00000000" w:rsidRPr="00000000" w14:paraId="000002FA">
      <w:pPr>
        <w:spacing w:after="0" w:lineRule="auto"/>
        <w:rPr/>
      </w:pPr>
      <w:r w:rsidDel="00000000" w:rsidR="00000000" w:rsidRPr="00000000">
        <w:rPr>
          <w:rFonts w:ascii="Arial" w:cs="Arial" w:eastAsia="Arial" w:hAnsi="Arial"/>
          <w:color w:val="5d7284"/>
          <w:sz w:val="22"/>
          <w:szCs w:val="22"/>
          <w:rtl w:val="0"/>
        </w:rPr>
        <w:t xml:space="preserve">47:48</w:t>
      </w:r>
      <w:r w:rsidDel="00000000" w:rsidR="00000000" w:rsidRPr="00000000">
        <w:rPr>
          <w:rtl w:val="0"/>
        </w:rPr>
      </w:r>
    </w:p>
    <w:p w:rsidR="00000000" w:rsidDel="00000000" w:rsidP="00000000" w:rsidRDefault="00000000" w:rsidRPr="00000000" w14:paraId="000002FB">
      <w:pPr>
        <w:spacing w:after="0" w:lineRule="auto"/>
        <w:rPr/>
      </w:pPr>
      <w:r w:rsidDel="00000000" w:rsidR="00000000" w:rsidRPr="00000000">
        <w:rPr>
          <w:rFonts w:ascii="Arial" w:cs="Arial" w:eastAsia="Arial" w:hAnsi="Arial"/>
          <w:sz w:val="22"/>
          <w:szCs w:val="22"/>
          <w:rtl w:val="0"/>
        </w:rPr>
        <w:t xml:space="preserve">yeah, we like to try to </w:t>
      </w:r>
      <w:r w:rsidDel="00000000" w:rsidR="00000000" w:rsidRPr="00000000">
        <w:rPr>
          <w:rFonts w:ascii="Arial" w:cs="Arial" w:eastAsia="Arial" w:hAnsi="Arial"/>
          <w:rtl w:val="0"/>
        </w:rPr>
        <w:t xml:space="preserve">present</w:t>
      </w:r>
      <w:r w:rsidDel="00000000" w:rsidR="00000000" w:rsidRPr="00000000">
        <w:rPr>
          <w:rFonts w:ascii="Arial" w:cs="Arial" w:eastAsia="Arial" w:hAnsi="Arial"/>
          <w:sz w:val="22"/>
          <w:szCs w:val="22"/>
          <w:rtl w:val="0"/>
        </w:rPr>
        <w:t xml:space="preserve"> the history and, like, understand it, like, with our little piece within the whole thing.</w:t>
      </w:r>
      <w:r w:rsidDel="00000000" w:rsidR="00000000" w:rsidRPr="00000000">
        <w:rPr>
          <w:rtl w:val="0"/>
        </w:rPr>
      </w:r>
    </w:p>
    <w:p w:rsidR="00000000" w:rsidDel="00000000" w:rsidP="00000000" w:rsidRDefault="00000000" w:rsidRPr="00000000" w14:paraId="000002FC">
      <w:pPr>
        <w:spacing w:after="0" w:lineRule="auto"/>
        <w:rPr/>
      </w:pPr>
      <w:r w:rsidDel="00000000" w:rsidR="00000000" w:rsidRPr="00000000">
        <w:rPr>
          <w:rtl w:val="0"/>
        </w:rPr>
      </w:r>
    </w:p>
    <w:p w:rsidR="00000000" w:rsidDel="00000000" w:rsidP="00000000" w:rsidRDefault="00000000" w:rsidRPr="00000000" w14:paraId="000002FD">
      <w:pPr>
        <w:spacing w:after="0" w:lineRule="auto"/>
        <w:rPr/>
      </w:pPr>
      <w:r w:rsidDel="00000000" w:rsidR="00000000" w:rsidRPr="00000000">
        <w:rPr>
          <w:rFonts w:ascii="Arial" w:cs="Arial" w:eastAsia="Arial" w:hAnsi="Arial"/>
          <w:color w:val="5d7284"/>
          <w:sz w:val="22"/>
          <w:szCs w:val="22"/>
          <w:rtl w:val="0"/>
        </w:rPr>
        <w:t xml:space="preserve">48:00</w:t>
      </w:r>
      <w:r w:rsidDel="00000000" w:rsidR="00000000" w:rsidRPr="00000000">
        <w:rPr>
          <w:rtl w:val="0"/>
        </w:rPr>
      </w:r>
    </w:p>
    <w:p w:rsidR="00000000" w:rsidDel="00000000" w:rsidP="00000000" w:rsidRDefault="00000000" w:rsidRPr="00000000" w14:paraId="000002FE">
      <w:pPr>
        <w:spacing w:after="0" w:lineRule="auto"/>
        <w:rPr/>
      </w:pPr>
      <w:r w:rsidDel="00000000" w:rsidR="00000000" w:rsidRPr="00000000">
        <w:rPr>
          <w:rFonts w:ascii="Arial" w:cs="Arial" w:eastAsia="Arial" w:hAnsi="Arial"/>
          <w:sz w:val="22"/>
          <w:szCs w:val="22"/>
          <w:rtl w:val="0"/>
        </w:rPr>
        <w:t xml:space="preserve">Is this a nonprofit? It's not a nonprofit.</w:t>
      </w:r>
      <w:r w:rsidDel="00000000" w:rsidR="00000000" w:rsidRPr="00000000">
        <w:rPr>
          <w:rtl w:val="0"/>
        </w:rPr>
      </w:r>
    </w:p>
    <w:p w:rsidR="00000000" w:rsidDel="00000000" w:rsidP="00000000" w:rsidRDefault="00000000" w:rsidRPr="00000000" w14:paraId="000002FF">
      <w:pPr>
        <w:spacing w:after="0" w:lineRule="auto"/>
        <w:rPr/>
      </w:pPr>
      <w:r w:rsidDel="00000000" w:rsidR="00000000" w:rsidRPr="00000000">
        <w:rPr>
          <w:rtl w:val="0"/>
        </w:rPr>
      </w:r>
    </w:p>
    <w:p w:rsidR="00000000" w:rsidDel="00000000" w:rsidP="00000000" w:rsidRDefault="00000000" w:rsidRPr="00000000" w14:paraId="00000300">
      <w:pPr>
        <w:spacing w:after="0" w:lineRule="auto"/>
        <w:rPr/>
      </w:pPr>
      <w:r w:rsidDel="00000000" w:rsidR="00000000" w:rsidRPr="00000000">
        <w:rPr>
          <w:rFonts w:ascii="Arial" w:cs="Arial" w:eastAsia="Arial" w:hAnsi="Arial"/>
          <w:color w:val="5d7284"/>
          <w:sz w:val="22"/>
          <w:szCs w:val="22"/>
          <w:rtl w:val="0"/>
        </w:rPr>
        <w:t xml:space="preserve">48:07</w:t>
      </w:r>
      <w:r w:rsidDel="00000000" w:rsidR="00000000" w:rsidRPr="00000000">
        <w:rPr>
          <w:rtl w:val="0"/>
        </w:rPr>
      </w:r>
    </w:p>
    <w:p w:rsidR="00000000" w:rsidDel="00000000" w:rsidP="00000000" w:rsidRDefault="00000000" w:rsidRPr="00000000" w14:paraId="00000301">
      <w:pPr>
        <w:spacing w:after="0" w:lineRule="auto"/>
        <w:rPr/>
      </w:pPr>
      <w:r w:rsidDel="00000000" w:rsidR="00000000" w:rsidRPr="00000000">
        <w:rPr>
          <w:rFonts w:ascii="Arial" w:cs="Arial" w:eastAsia="Arial" w:hAnsi="Arial"/>
          <w:sz w:val="22"/>
          <w:szCs w:val="22"/>
          <w:rtl w:val="0"/>
        </w:rPr>
        <w:t xml:space="preserve">Is that we have a nonprofit called </w:t>
      </w:r>
      <w:r w:rsidDel="00000000" w:rsidR="00000000" w:rsidRPr="00000000">
        <w:rPr>
          <w:rFonts w:ascii="Arial" w:cs="Arial" w:eastAsia="Arial" w:hAnsi="Arial"/>
          <w:rtl w:val="0"/>
        </w:rPr>
        <w:t xml:space="preserve">Strong</w:t>
      </w:r>
      <w:r w:rsidDel="00000000" w:rsidR="00000000" w:rsidRPr="00000000">
        <w:rPr>
          <w:rFonts w:ascii="Arial" w:cs="Arial" w:eastAsia="Arial" w:hAnsi="Arial"/>
          <w:sz w:val="22"/>
          <w:szCs w:val="22"/>
          <w:rtl w:val="0"/>
        </w:rPr>
        <w:t xml:space="preserve"> Youth Foundation that</w:t>
      </w:r>
      <w:r w:rsidDel="00000000" w:rsidR="00000000" w:rsidRPr="00000000">
        <w:rPr>
          <w:rtl w:val="0"/>
        </w:rPr>
      </w:r>
    </w:p>
    <w:p w:rsidR="00000000" w:rsidDel="00000000" w:rsidP="00000000" w:rsidRDefault="00000000" w:rsidRPr="00000000" w14:paraId="00000302">
      <w:pPr>
        <w:spacing w:after="0" w:lineRule="auto"/>
        <w:rPr/>
      </w:pPr>
      <w:r w:rsidDel="00000000" w:rsidR="00000000" w:rsidRPr="00000000">
        <w:rPr>
          <w:rtl w:val="0"/>
        </w:rPr>
      </w:r>
    </w:p>
    <w:p w:rsidR="00000000" w:rsidDel="00000000" w:rsidP="00000000" w:rsidRDefault="00000000" w:rsidRPr="00000000" w14:paraId="00000303">
      <w:pPr>
        <w:spacing w:after="0" w:lineRule="auto"/>
        <w:rPr/>
      </w:pPr>
      <w:r w:rsidDel="00000000" w:rsidR="00000000" w:rsidRPr="00000000">
        <w:rPr>
          <w:rFonts w:ascii="Arial" w:cs="Arial" w:eastAsia="Arial" w:hAnsi="Arial"/>
          <w:color w:val="5d7284"/>
          <w:sz w:val="22"/>
          <w:szCs w:val="22"/>
          <w:rtl w:val="0"/>
        </w:rPr>
        <w:t xml:space="preserve">48:11</w:t>
      </w:r>
      <w:r w:rsidDel="00000000" w:rsidR="00000000" w:rsidRPr="00000000">
        <w:rPr>
          <w:rtl w:val="0"/>
        </w:rPr>
      </w:r>
    </w:p>
    <w:p w:rsidR="00000000" w:rsidDel="00000000" w:rsidP="00000000" w:rsidRDefault="00000000" w:rsidRPr="00000000" w14:paraId="00000304">
      <w:pPr>
        <w:spacing w:after="0" w:lineRule="auto"/>
        <w:rPr/>
      </w:pPr>
      <w:r w:rsidDel="00000000" w:rsidR="00000000" w:rsidRPr="00000000">
        <w:rPr>
          <w:rFonts w:ascii="Arial" w:cs="Arial" w:eastAsia="Arial" w:hAnsi="Arial"/>
          <w:sz w:val="22"/>
          <w:szCs w:val="22"/>
          <w:rtl w:val="0"/>
        </w:rPr>
        <w:t xml:space="preserve">works to help us with this scholarship?</w:t>
      </w:r>
      <w:r w:rsidDel="00000000" w:rsidR="00000000" w:rsidRPr="00000000">
        <w:rPr>
          <w:rtl w:val="0"/>
        </w:rPr>
      </w:r>
    </w:p>
    <w:p w:rsidR="00000000" w:rsidDel="00000000" w:rsidP="00000000" w:rsidRDefault="00000000" w:rsidRPr="00000000" w14:paraId="00000305">
      <w:pPr>
        <w:spacing w:after="0" w:lineRule="auto"/>
        <w:rPr/>
      </w:pPr>
      <w:r w:rsidDel="00000000" w:rsidR="00000000" w:rsidRPr="00000000">
        <w:rPr>
          <w:rtl w:val="0"/>
        </w:rPr>
      </w:r>
    </w:p>
    <w:p w:rsidR="00000000" w:rsidDel="00000000" w:rsidP="00000000" w:rsidRDefault="00000000" w:rsidRPr="00000000" w14:paraId="00000306">
      <w:pPr>
        <w:spacing w:after="0" w:lineRule="auto"/>
        <w:rPr/>
      </w:pPr>
      <w:r w:rsidDel="00000000" w:rsidR="00000000" w:rsidRPr="00000000">
        <w:rPr>
          <w:rFonts w:ascii="Arial" w:cs="Arial" w:eastAsia="Arial" w:hAnsi="Arial"/>
          <w:color w:val="5d7284"/>
          <w:sz w:val="22"/>
          <w:szCs w:val="22"/>
          <w:rtl w:val="0"/>
        </w:rPr>
        <w:t xml:space="preserve">48:16</w:t>
      </w:r>
      <w:r w:rsidDel="00000000" w:rsidR="00000000" w:rsidRPr="00000000">
        <w:rPr>
          <w:rtl w:val="0"/>
        </w:rPr>
      </w:r>
    </w:p>
    <w:p w:rsidR="00000000" w:rsidDel="00000000" w:rsidP="00000000" w:rsidRDefault="00000000" w:rsidRPr="00000000" w14:paraId="00000307">
      <w:pPr>
        <w:spacing w:after="0" w:lineRule="auto"/>
        <w:rPr/>
      </w:pPr>
      <w:r w:rsidDel="00000000" w:rsidR="00000000" w:rsidRPr="00000000">
        <w:rPr>
          <w:rFonts w:ascii="Arial" w:cs="Arial" w:eastAsia="Arial" w:hAnsi="Arial"/>
          <w:sz w:val="22"/>
          <w:szCs w:val="22"/>
          <w:rtl w:val="0"/>
        </w:rPr>
        <w:t xml:space="preserve">We give out about $30,000 a year to kids who others would be able to afford, and teens?</w:t>
      </w:r>
      <w:r w:rsidDel="00000000" w:rsidR="00000000" w:rsidRPr="00000000">
        <w:rPr>
          <w:rtl w:val="0"/>
        </w:rPr>
      </w:r>
    </w:p>
    <w:p w:rsidR="00000000" w:rsidDel="00000000" w:rsidP="00000000" w:rsidRDefault="00000000" w:rsidRPr="00000000" w14:paraId="00000308">
      <w:pPr>
        <w:spacing w:after="0" w:lineRule="auto"/>
        <w:rPr/>
      </w:pPr>
      <w:r w:rsidDel="00000000" w:rsidR="00000000" w:rsidRPr="00000000">
        <w:rPr>
          <w:rtl w:val="0"/>
        </w:rPr>
      </w:r>
    </w:p>
    <w:p w:rsidR="00000000" w:rsidDel="00000000" w:rsidP="00000000" w:rsidRDefault="00000000" w:rsidRPr="00000000" w14:paraId="00000309">
      <w:pPr>
        <w:spacing w:after="0" w:lineRule="auto"/>
        <w:rPr/>
      </w:pPr>
      <w:r w:rsidDel="00000000" w:rsidR="00000000" w:rsidRPr="00000000">
        <w:rPr>
          <w:rFonts w:ascii="Arial" w:cs="Arial" w:eastAsia="Arial" w:hAnsi="Arial"/>
          <w:color w:val="5d7284"/>
          <w:sz w:val="22"/>
          <w:szCs w:val="22"/>
          <w:rtl w:val="0"/>
        </w:rPr>
        <w:t xml:space="preserve">48:25</w:t>
      </w:r>
      <w:r w:rsidDel="00000000" w:rsidR="00000000" w:rsidRPr="00000000">
        <w:rPr>
          <w:rtl w:val="0"/>
        </w:rPr>
      </w:r>
    </w:p>
    <w:p w:rsidR="00000000" w:rsidDel="00000000" w:rsidP="00000000" w:rsidRDefault="00000000" w:rsidRPr="00000000" w14:paraId="0000030A">
      <w:pPr>
        <w:spacing w:after="0" w:lineRule="auto"/>
        <w:rPr/>
      </w:pPr>
      <w:r w:rsidDel="00000000" w:rsidR="00000000" w:rsidRPr="00000000">
        <w:rPr>
          <w:rFonts w:ascii="Arial" w:cs="Arial" w:eastAsia="Arial" w:hAnsi="Arial"/>
          <w:sz w:val="22"/>
          <w:szCs w:val="22"/>
          <w:rtl w:val="0"/>
        </w:rPr>
        <w:t xml:space="preserve">Yeah, yeah. You should check out the website, because there's a lot of really needing</w:t>
      </w:r>
      <w:r w:rsidDel="00000000" w:rsidR="00000000" w:rsidRPr="00000000">
        <w:rPr>
          <w:rtl w:val="0"/>
        </w:rPr>
      </w:r>
    </w:p>
    <w:p w:rsidR="00000000" w:rsidDel="00000000" w:rsidP="00000000" w:rsidRDefault="00000000" w:rsidRPr="00000000" w14:paraId="0000030B">
      <w:pPr>
        <w:spacing w:after="0" w:lineRule="auto"/>
        <w:rPr/>
      </w:pPr>
      <w:r w:rsidDel="00000000" w:rsidR="00000000" w:rsidRPr="00000000">
        <w:rPr>
          <w:rtl w:val="0"/>
        </w:rPr>
      </w:r>
    </w:p>
    <w:p w:rsidR="00000000" w:rsidDel="00000000" w:rsidP="00000000" w:rsidRDefault="00000000" w:rsidRPr="00000000" w14:paraId="0000030C">
      <w:pPr>
        <w:spacing w:after="0" w:lineRule="auto"/>
        <w:rPr/>
      </w:pPr>
      <w:r w:rsidDel="00000000" w:rsidR="00000000" w:rsidRPr="00000000">
        <w:rPr>
          <w:rFonts w:ascii="Arial" w:cs="Arial" w:eastAsia="Arial" w:hAnsi="Arial"/>
          <w:color w:val="5d7284"/>
          <w:sz w:val="22"/>
          <w:szCs w:val="22"/>
          <w:rtl w:val="0"/>
        </w:rPr>
        <w:t xml:space="preserve">48:30</w:t>
      </w:r>
      <w:r w:rsidDel="00000000" w:rsidR="00000000" w:rsidRPr="00000000">
        <w:rPr>
          <w:rtl w:val="0"/>
        </w:rPr>
      </w:r>
    </w:p>
    <w:p w:rsidR="00000000" w:rsidDel="00000000" w:rsidP="00000000" w:rsidRDefault="00000000" w:rsidRPr="00000000" w14:paraId="0000030D">
      <w:pPr>
        <w:spacing w:after="0" w:lineRule="auto"/>
        <w:rPr/>
      </w:pPr>
      <w:r w:rsidDel="00000000" w:rsidR="00000000" w:rsidRPr="00000000">
        <w:rPr>
          <w:rFonts w:ascii="Arial" w:cs="Arial" w:eastAsia="Arial" w:hAnsi="Arial"/>
          <w:sz w:val="22"/>
          <w:szCs w:val="22"/>
          <w:rtl w:val="0"/>
        </w:rPr>
        <w:t xml:space="preserve">retry. Yeah, some of the comments from</w:t>
      </w:r>
      <w:r w:rsidDel="00000000" w:rsidR="00000000" w:rsidRPr="00000000">
        <w:rPr>
          <w:rtl w:val="0"/>
        </w:rPr>
      </w:r>
    </w:p>
    <w:p w:rsidR="00000000" w:rsidDel="00000000" w:rsidP="00000000" w:rsidRDefault="00000000" w:rsidRPr="00000000" w14:paraId="0000030E">
      <w:pPr>
        <w:spacing w:after="0" w:lineRule="auto"/>
        <w:rPr/>
      </w:pPr>
      <w:r w:rsidDel="00000000" w:rsidR="00000000" w:rsidRPr="00000000">
        <w:rPr>
          <w:rtl w:val="0"/>
        </w:rPr>
      </w:r>
    </w:p>
    <w:p w:rsidR="00000000" w:rsidDel="00000000" w:rsidP="00000000" w:rsidRDefault="00000000" w:rsidRPr="00000000" w14:paraId="0000030F">
      <w:pPr>
        <w:spacing w:after="0" w:lineRule="auto"/>
        <w:rPr/>
      </w:pPr>
      <w:r w:rsidDel="00000000" w:rsidR="00000000" w:rsidRPr="00000000">
        <w:rPr>
          <w:rFonts w:ascii="Arial" w:cs="Arial" w:eastAsia="Arial" w:hAnsi="Arial"/>
          <w:color w:val="5d7284"/>
          <w:sz w:val="22"/>
          <w:szCs w:val="22"/>
          <w:rtl w:val="0"/>
        </w:rPr>
        <w:t xml:space="preserve">48:37</w:t>
      </w:r>
      <w:r w:rsidDel="00000000" w:rsidR="00000000" w:rsidRPr="00000000">
        <w:rPr>
          <w:rtl w:val="0"/>
        </w:rPr>
      </w:r>
    </w:p>
    <w:p w:rsidR="00000000" w:rsidDel="00000000" w:rsidP="00000000" w:rsidRDefault="00000000" w:rsidRPr="00000000" w14:paraId="00000310">
      <w:pPr>
        <w:spacing w:after="0" w:lineRule="auto"/>
        <w:rPr/>
      </w:pPr>
      <w:r w:rsidDel="00000000" w:rsidR="00000000" w:rsidRPr="00000000">
        <w:rPr>
          <w:rFonts w:ascii="Arial" w:cs="Arial" w:eastAsia="Arial" w:hAnsi="Arial"/>
          <w:sz w:val="22"/>
          <w:szCs w:val="22"/>
          <w:rtl w:val="0"/>
        </w:rPr>
        <w:t xml:space="preserve">,ReTribe</w:t>
      </w:r>
      <w:r w:rsidDel="00000000" w:rsidR="00000000" w:rsidRPr="00000000">
        <w:rPr>
          <w:rtl w:val="0"/>
        </w:rPr>
      </w:r>
    </w:p>
    <w:p w:rsidR="00000000" w:rsidDel="00000000" w:rsidP="00000000" w:rsidRDefault="00000000" w:rsidRPr="00000000" w14:paraId="00000311">
      <w:pPr>
        <w:spacing w:after="0" w:lineRule="auto"/>
        <w:rPr/>
      </w:pPr>
      <w:r w:rsidDel="00000000" w:rsidR="00000000" w:rsidRPr="00000000">
        <w:rPr>
          <w:rtl w:val="0"/>
        </w:rPr>
      </w:r>
    </w:p>
    <w:p w:rsidR="00000000" w:rsidDel="00000000" w:rsidP="00000000" w:rsidRDefault="00000000" w:rsidRPr="00000000" w14:paraId="00000312">
      <w:pPr>
        <w:spacing w:after="0" w:lineRule="auto"/>
        <w:rPr/>
      </w:pPr>
      <w:r w:rsidDel="00000000" w:rsidR="00000000" w:rsidRPr="00000000">
        <w:rPr>
          <w:rFonts w:ascii="Arial" w:cs="Arial" w:eastAsia="Arial" w:hAnsi="Arial"/>
          <w:color w:val="5d7284"/>
          <w:sz w:val="22"/>
          <w:szCs w:val="22"/>
          <w:rtl w:val="0"/>
        </w:rPr>
        <w:t xml:space="preserve">48:42</w:t>
      </w:r>
      <w:r w:rsidDel="00000000" w:rsidR="00000000" w:rsidRPr="00000000">
        <w:rPr>
          <w:rtl w:val="0"/>
        </w:rPr>
      </w:r>
    </w:p>
    <w:p w:rsidR="00000000" w:rsidDel="00000000" w:rsidP="00000000" w:rsidRDefault="00000000" w:rsidRPr="00000000" w14:paraId="00000313">
      <w:pPr>
        <w:spacing w:after="0" w:lineRule="auto"/>
        <w:rPr/>
      </w:pPr>
      <w:r w:rsidDel="00000000" w:rsidR="00000000" w:rsidRPr="00000000">
        <w:rPr>
          <w:rFonts w:ascii="Arial" w:cs="Arial" w:eastAsia="Arial" w:hAnsi="Arial"/>
          <w:sz w:val="22"/>
          <w:szCs w:val="22"/>
          <w:rtl w:val="0"/>
        </w:rPr>
        <w:t xml:space="preserve">different, yeah, it's really, really cool. And there's the documentary out now to the saltiest chips,</w:t>
      </w:r>
      <w:r w:rsidDel="00000000" w:rsidR="00000000" w:rsidRPr="00000000">
        <w:rPr>
          <w:rtl w:val="0"/>
        </w:rPr>
      </w:r>
    </w:p>
    <w:p w:rsidR="00000000" w:rsidDel="00000000" w:rsidP="00000000" w:rsidRDefault="00000000" w:rsidRPr="00000000" w14:paraId="00000314">
      <w:pPr>
        <w:spacing w:after="0" w:lineRule="auto"/>
        <w:rPr/>
      </w:pPr>
      <w:r w:rsidDel="00000000" w:rsidR="00000000" w:rsidRPr="00000000">
        <w:rPr>
          <w:rtl w:val="0"/>
        </w:rPr>
      </w:r>
    </w:p>
    <w:p w:rsidR="00000000" w:rsidDel="00000000" w:rsidP="00000000" w:rsidRDefault="00000000" w:rsidRPr="00000000" w14:paraId="00000315">
      <w:pPr>
        <w:spacing w:after="0" w:lineRule="auto"/>
        <w:rPr/>
      </w:pPr>
      <w:r w:rsidDel="00000000" w:rsidR="00000000" w:rsidRPr="00000000">
        <w:rPr>
          <w:rFonts w:ascii="Arial" w:cs="Arial" w:eastAsia="Arial" w:hAnsi="Arial"/>
          <w:color w:val="5d7284"/>
          <w:sz w:val="22"/>
          <w:szCs w:val="22"/>
          <w:rtl w:val="0"/>
        </w:rPr>
        <w:t xml:space="preserve">48:50</w:t>
      </w:r>
      <w:r w:rsidDel="00000000" w:rsidR="00000000" w:rsidRPr="00000000">
        <w:rPr>
          <w:rtl w:val="0"/>
        </w:rPr>
      </w:r>
    </w:p>
    <w:p w:rsidR="00000000" w:rsidDel="00000000" w:rsidP="00000000" w:rsidRDefault="00000000" w:rsidRPr="00000000" w14:paraId="00000316">
      <w:pPr>
        <w:spacing w:after="0" w:lineRule="auto"/>
        <w:rPr/>
      </w:pPr>
      <w:r w:rsidDel="00000000" w:rsidR="00000000" w:rsidRPr="00000000">
        <w:rPr>
          <w:rFonts w:ascii="Arial" w:cs="Arial" w:eastAsia="Arial" w:hAnsi="Arial"/>
          <w:sz w:val="22"/>
          <w:szCs w:val="22"/>
          <w:rtl w:val="0"/>
        </w:rPr>
        <w:t xml:space="preserve">a documentarian from New York City came up in last summer and made a film about a rite of passage work because it's very deep, like we were trying for about a year to get a documentary made, because it's very difficult to express, to convey how transformative what we do is with the teens. But he came and filmed, and he made a beautiful documentary, just it can't it's not on the website yet, because he's still putting it into film festivals, but, yeah, I mean, I could send you guys a link to it</w:t>
      </w:r>
      <w:r w:rsidDel="00000000" w:rsidR="00000000" w:rsidRPr="00000000">
        <w:rPr>
          <w:rtl w:val="0"/>
        </w:rPr>
      </w:r>
    </w:p>
    <w:p w:rsidR="00000000" w:rsidDel="00000000" w:rsidP="00000000" w:rsidRDefault="00000000" w:rsidRPr="00000000" w14:paraId="00000317">
      <w:pPr>
        <w:spacing w:after="0" w:lineRule="auto"/>
        <w:rPr/>
      </w:pPr>
      <w:r w:rsidDel="00000000" w:rsidR="00000000" w:rsidRPr="00000000">
        <w:rPr>
          <w:rtl w:val="0"/>
        </w:rPr>
      </w:r>
    </w:p>
    <w:p w:rsidR="00000000" w:rsidDel="00000000" w:rsidP="00000000" w:rsidRDefault="00000000" w:rsidRPr="00000000" w14:paraId="00000318">
      <w:pPr>
        <w:spacing w:after="0" w:lineRule="auto"/>
        <w:rPr/>
      </w:pPr>
      <w:r w:rsidDel="00000000" w:rsidR="00000000" w:rsidRPr="00000000">
        <w:rPr>
          <w:rFonts w:ascii="Arial" w:cs="Arial" w:eastAsia="Arial" w:hAnsi="Arial"/>
          <w:color w:val="5d7284"/>
          <w:sz w:val="22"/>
          <w:szCs w:val="22"/>
          <w:rtl w:val="0"/>
        </w:rPr>
        <w:t xml:space="preserve">49:25</w:t>
      </w:r>
      <w:r w:rsidDel="00000000" w:rsidR="00000000" w:rsidRPr="00000000">
        <w:rPr>
          <w:rtl w:val="0"/>
        </w:rPr>
      </w:r>
    </w:p>
    <w:p w:rsidR="00000000" w:rsidDel="00000000" w:rsidP="00000000" w:rsidRDefault="00000000" w:rsidRPr="00000000" w14:paraId="00000319">
      <w:pPr>
        <w:spacing w:after="0" w:lineRule="auto"/>
        <w:rPr/>
      </w:pPr>
      <w:r w:rsidDel="00000000" w:rsidR="00000000" w:rsidRPr="00000000">
        <w:rPr>
          <w:rFonts w:ascii="Arial" w:cs="Arial" w:eastAsia="Arial" w:hAnsi="Arial"/>
          <w:rtl w:val="0"/>
        </w:rPr>
        <w:t xml:space="preserve">If you</w:t>
      </w:r>
      <w:r w:rsidDel="00000000" w:rsidR="00000000" w:rsidRPr="00000000">
        <w:rPr>
          <w:rFonts w:ascii="Arial" w:cs="Arial" w:eastAsia="Arial" w:hAnsi="Arial"/>
          <w:sz w:val="22"/>
          <w:szCs w:val="22"/>
          <w:rtl w:val="0"/>
        </w:rPr>
        <w:t xml:space="preserve"> want to </w:t>
      </w:r>
      <w:r w:rsidDel="00000000" w:rsidR="00000000" w:rsidRPr="00000000">
        <w:rPr>
          <w:rFonts w:ascii="Arial" w:cs="Arial" w:eastAsia="Arial" w:hAnsi="Arial"/>
          <w:rtl w:val="0"/>
        </w:rPr>
        <w:t xml:space="preserve">see, did</w:t>
      </w:r>
      <w:r w:rsidDel="00000000" w:rsidR="00000000" w:rsidRPr="00000000">
        <w:rPr>
          <w:rFonts w:ascii="Arial" w:cs="Arial" w:eastAsia="Arial" w:hAnsi="Arial"/>
          <w:sz w:val="22"/>
          <w:szCs w:val="22"/>
          <w:rtl w:val="0"/>
        </w:rPr>
        <w:t xml:space="preserve"> I </w:t>
      </w:r>
      <w:r w:rsidDel="00000000" w:rsidR="00000000" w:rsidRPr="00000000">
        <w:rPr>
          <w:rFonts w:ascii="Arial" w:cs="Arial" w:eastAsia="Arial" w:hAnsi="Arial"/>
          <w:rtl w:val="0"/>
        </w:rPr>
        <w:t xml:space="preserve">send it to you</w:t>
      </w:r>
      <w:r w:rsidDel="00000000" w:rsidR="00000000" w:rsidRPr="00000000">
        <w:rPr>
          <w:rFonts w:ascii="Arial" w:cs="Arial" w:eastAsia="Arial" w:hAnsi="Arial"/>
          <w:sz w:val="22"/>
          <w:szCs w:val="22"/>
          <w:rtl w:val="0"/>
        </w:rPr>
        <w:t xml:space="preserve">? No, you didn't. Yeah, that'd be great.</w:t>
      </w:r>
      <w:r w:rsidDel="00000000" w:rsidR="00000000" w:rsidRPr="00000000">
        <w:rPr>
          <w:rtl w:val="0"/>
        </w:rPr>
      </w:r>
    </w:p>
    <w:p w:rsidR="00000000" w:rsidDel="00000000" w:rsidP="00000000" w:rsidRDefault="00000000" w:rsidRPr="00000000" w14:paraId="0000031A">
      <w:pPr>
        <w:spacing w:after="0" w:lineRule="auto"/>
        <w:rPr/>
      </w:pPr>
      <w:r w:rsidDel="00000000" w:rsidR="00000000" w:rsidRPr="00000000">
        <w:rPr>
          <w:rtl w:val="0"/>
        </w:rPr>
      </w:r>
    </w:p>
    <w:p w:rsidR="00000000" w:rsidDel="00000000" w:rsidP="00000000" w:rsidRDefault="00000000" w:rsidRPr="00000000" w14:paraId="0000031B">
      <w:pPr>
        <w:spacing w:after="0" w:lineRule="auto"/>
        <w:rPr/>
      </w:pPr>
      <w:r w:rsidDel="00000000" w:rsidR="00000000" w:rsidRPr="00000000">
        <w:rPr>
          <w:rFonts w:ascii="Arial" w:cs="Arial" w:eastAsia="Arial" w:hAnsi="Arial"/>
          <w:color w:val="5d7284"/>
          <w:sz w:val="22"/>
          <w:szCs w:val="22"/>
          <w:rtl w:val="0"/>
        </w:rPr>
        <w:t xml:space="preserve">49:29</w:t>
      </w:r>
      <w:r w:rsidDel="00000000" w:rsidR="00000000" w:rsidRPr="00000000">
        <w:rPr>
          <w:rtl w:val="0"/>
        </w:rPr>
      </w:r>
    </w:p>
    <w:p w:rsidR="00000000" w:rsidDel="00000000" w:rsidP="00000000" w:rsidRDefault="00000000" w:rsidRPr="00000000" w14:paraId="0000031C">
      <w:pPr>
        <w:spacing w:after="0" w:lineRule="auto"/>
        <w:rPr/>
      </w:pPr>
      <w:r w:rsidDel="00000000" w:rsidR="00000000" w:rsidRPr="00000000">
        <w:rPr>
          <w:rFonts w:ascii="Arial" w:cs="Arial" w:eastAsia="Arial" w:hAnsi="Arial"/>
          <w:sz w:val="22"/>
          <w:szCs w:val="22"/>
          <w:rtl w:val="0"/>
        </w:rPr>
        <w:t xml:space="preserve">I'd like to see it.</w:t>
      </w:r>
      <w:r w:rsidDel="00000000" w:rsidR="00000000" w:rsidRPr="00000000">
        <w:rPr>
          <w:rtl w:val="0"/>
        </w:rPr>
      </w:r>
    </w:p>
    <w:p w:rsidR="00000000" w:rsidDel="00000000" w:rsidP="00000000" w:rsidRDefault="00000000" w:rsidRPr="00000000" w14:paraId="0000031D">
      <w:pPr>
        <w:spacing w:after="0" w:lineRule="auto"/>
        <w:rPr/>
      </w:pPr>
      <w:r w:rsidDel="00000000" w:rsidR="00000000" w:rsidRPr="00000000">
        <w:rPr>
          <w:rtl w:val="0"/>
        </w:rPr>
      </w:r>
    </w:p>
    <w:p w:rsidR="00000000" w:rsidDel="00000000" w:rsidP="00000000" w:rsidRDefault="00000000" w:rsidRPr="00000000" w14:paraId="0000031E">
      <w:pPr>
        <w:spacing w:after="0" w:lineRule="auto"/>
        <w:rPr/>
      </w:pPr>
      <w:r w:rsidDel="00000000" w:rsidR="00000000" w:rsidRPr="00000000">
        <w:rPr>
          <w:rFonts w:ascii="Arial" w:cs="Arial" w:eastAsia="Arial" w:hAnsi="Arial"/>
          <w:color w:val="5d7284"/>
          <w:sz w:val="22"/>
          <w:szCs w:val="22"/>
          <w:rtl w:val="0"/>
        </w:rPr>
        <w:t xml:space="preserve">49:33</w:t>
      </w:r>
      <w:r w:rsidDel="00000000" w:rsidR="00000000" w:rsidRPr="00000000">
        <w:rPr>
          <w:rtl w:val="0"/>
        </w:rPr>
      </w:r>
    </w:p>
    <w:p w:rsidR="00000000" w:rsidDel="00000000" w:rsidP="00000000" w:rsidRDefault="00000000" w:rsidRPr="00000000" w14:paraId="0000031F">
      <w:pPr>
        <w:spacing w:after="0" w:lineRule="auto"/>
        <w:rPr/>
      </w:pPr>
      <w:r w:rsidDel="00000000" w:rsidR="00000000" w:rsidRPr="00000000">
        <w:rPr>
          <w:rFonts w:ascii="Arial" w:cs="Arial" w:eastAsia="Arial" w:hAnsi="Arial"/>
          <w:sz w:val="22"/>
          <w:szCs w:val="22"/>
          <w:rtl w:val="0"/>
        </w:rPr>
        <w:t xml:space="preserve">We do. We do body psychotherapy. It's a</w:t>
      </w:r>
      <w:r w:rsidDel="00000000" w:rsidR="00000000" w:rsidRPr="00000000">
        <w:rPr>
          <w:rtl w:val="0"/>
        </w:rPr>
      </w:r>
    </w:p>
    <w:p w:rsidR="00000000" w:rsidDel="00000000" w:rsidP="00000000" w:rsidRDefault="00000000" w:rsidRPr="00000000" w14:paraId="00000320">
      <w:pPr>
        <w:spacing w:after="0" w:lineRule="auto"/>
        <w:rPr/>
      </w:pPr>
      <w:r w:rsidDel="00000000" w:rsidR="00000000" w:rsidRPr="00000000">
        <w:rPr>
          <w:rtl w:val="0"/>
        </w:rPr>
      </w:r>
    </w:p>
    <w:p w:rsidR="00000000" w:rsidDel="00000000" w:rsidP="00000000" w:rsidRDefault="00000000" w:rsidRPr="00000000" w14:paraId="00000321">
      <w:pPr>
        <w:spacing w:after="0" w:lineRule="auto"/>
        <w:rPr/>
      </w:pPr>
      <w:r w:rsidDel="00000000" w:rsidR="00000000" w:rsidRPr="00000000">
        <w:rPr>
          <w:rFonts w:ascii="Arial" w:cs="Arial" w:eastAsia="Arial" w:hAnsi="Arial"/>
          <w:color w:val="5d7284"/>
          <w:sz w:val="22"/>
          <w:szCs w:val="22"/>
          <w:rtl w:val="0"/>
        </w:rPr>
        <w:t xml:space="preserve">49:38</w:t>
      </w:r>
      <w:r w:rsidDel="00000000" w:rsidR="00000000" w:rsidRPr="00000000">
        <w:rPr>
          <w:rtl w:val="0"/>
        </w:rPr>
      </w:r>
    </w:p>
    <w:p w:rsidR="00000000" w:rsidDel="00000000" w:rsidP="00000000" w:rsidRDefault="00000000" w:rsidRPr="00000000" w14:paraId="00000322">
      <w:pPr>
        <w:spacing w:after="0" w:lineRule="auto"/>
        <w:rPr/>
      </w:pPr>
      <w:r w:rsidDel="00000000" w:rsidR="00000000" w:rsidRPr="00000000">
        <w:rPr>
          <w:rFonts w:ascii="Arial" w:cs="Arial" w:eastAsia="Arial" w:hAnsi="Arial"/>
          <w:rtl w:val="0"/>
        </w:rPr>
        <w:t xml:space="preserve">It's not</w:t>
      </w:r>
      <w:r w:rsidDel="00000000" w:rsidR="00000000" w:rsidRPr="00000000">
        <w:rPr>
          <w:rFonts w:ascii="Arial" w:cs="Arial" w:eastAsia="Arial" w:hAnsi="Arial"/>
          <w:sz w:val="22"/>
          <w:szCs w:val="22"/>
          <w:rtl w:val="0"/>
        </w:rPr>
        <w:t xml:space="preserve"> mainstream, it's </w:t>
      </w:r>
      <w:r w:rsidDel="00000000" w:rsidR="00000000" w:rsidRPr="00000000">
        <w:rPr>
          <w:rFonts w:ascii="Arial" w:cs="Arial" w:eastAsia="Arial" w:hAnsi="Arial"/>
          <w:rtl w:val="0"/>
        </w:rPr>
        <w:t xml:space="preserve">not the</w:t>
      </w:r>
      <w:r w:rsidDel="00000000" w:rsidR="00000000" w:rsidRPr="00000000">
        <w:rPr>
          <w:rFonts w:ascii="Arial" w:cs="Arial" w:eastAsia="Arial" w:hAnsi="Arial"/>
          <w:sz w:val="22"/>
          <w:szCs w:val="22"/>
          <w:rtl w:val="0"/>
        </w:rPr>
        <w:t xml:space="preserve"> kind of stuff that you see in most prevention programs, or that's why I'm kind of interested in talking with you about this. Sometime when the dust clears, for me, a little bit, I got so much going on that,</w:t>
      </w:r>
      <w:r w:rsidDel="00000000" w:rsidR="00000000" w:rsidRPr="00000000">
        <w:rPr>
          <w:rtl w:val="0"/>
        </w:rPr>
      </w:r>
    </w:p>
    <w:p w:rsidR="00000000" w:rsidDel="00000000" w:rsidP="00000000" w:rsidRDefault="00000000" w:rsidRPr="00000000" w14:paraId="00000323">
      <w:pPr>
        <w:spacing w:after="0" w:lineRule="auto"/>
        <w:rPr/>
      </w:pPr>
      <w:r w:rsidDel="00000000" w:rsidR="00000000" w:rsidRPr="00000000">
        <w:rPr>
          <w:rtl w:val="0"/>
        </w:rPr>
      </w:r>
    </w:p>
    <w:p w:rsidR="00000000" w:rsidDel="00000000" w:rsidP="00000000" w:rsidRDefault="00000000" w:rsidRPr="00000000" w14:paraId="00000324">
      <w:pPr>
        <w:spacing w:after="0" w:lineRule="auto"/>
        <w:rPr/>
      </w:pPr>
      <w:r w:rsidDel="00000000" w:rsidR="00000000" w:rsidRPr="00000000">
        <w:rPr>
          <w:rFonts w:ascii="Arial" w:cs="Arial" w:eastAsia="Arial" w:hAnsi="Arial"/>
          <w:color w:val="5d7284"/>
          <w:sz w:val="22"/>
          <w:szCs w:val="22"/>
          <w:rtl w:val="0"/>
        </w:rPr>
        <w:t xml:space="preserve">49:55</w:t>
      </w:r>
      <w:r w:rsidDel="00000000" w:rsidR="00000000" w:rsidRPr="00000000">
        <w:rPr>
          <w:rtl w:val="0"/>
        </w:rPr>
      </w:r>
    </w:p>
    <w:p w:rsidR="00000000" w:rsidDel="00000000" w:rsidP="00000000" w:rsidRDefault="00000000" w:rsidRPr="00000000" w14:paraId="00000325">
      <w:pPr>
        <w:spacing w:after="0" w:lineRule="auto"/>
        <w:rPr/>
      </w:pPr>
      <w:r w:rsidDel="00000000" w:rsidR="00000000" w:rsidRPr="00000000">
        <w:rPr>
          <w:rFonts w:ascii="Arial" w:cs="Arial" w:eastAsia="Arial" w:hAnsi="Arial"/>
          <w:sz w:val="22"/>
          <w:szCs w:val="22"/>
          <w:rtl w:val="0"/>
        </w:rPr>
        <w:t xml:space="preserve">but I'll be in touch. Do you partner</w:t>
      </w:r>
      <w:r w:rsidDel="00000000" w:rsidR="00000000" w:rsidRPr="00000000">
        <w:rPr>
          <w:rtl w:val="0"/>
        </w:rPr>
      </w:r>
    </w:p>
    <w:p w:rsidR="00000000" w:rsidDel="00000000" w:rsidP="00000000" w:rsidRDefault="00000000" w:rsidRPr="00000000" w14:paraId="00000326">
      <w:pPr>
        <w:spacing w:after="0" w:lineRule="auto"/>
        <w:rPr/>
      </w:pPr>
      <w:r w:rsidDel="00000000" w:rsidR="00000000" w:rsidRPr="00000000">
        <w:rPr>
          <w:rtl w:val="0"/>
        </w:rPr>
      </w:r>
    </w:p>
    <w:p w:rsidR="00000000" w:rsidDel="00000000" w:rsidP="00000000" w:rsidRDefault="00000000" w:rsidRPr="00000000" w14:paraId="00000327">
      <w:pPr>
        <w:spacing w:after="0" w:lineRule="auto"/>
        <w:rPr/>
      </w:pPr>
      <w:r w:rsidDel="00000000" w:rsidR="00000000" w:rsidRPr="00000000">
        <w:rPr>
          <w:rFonts w:ascii="Arial" w:cs="Arial" w:eastAsia="Arial" w:hAnsi="Arial"/>
          <w:color w:val="5d7284"/>
          <w:sz w:val="22"/>
          <w:szCs w:val="22"/>
          <w:rtl w:val="0"/>
        </w:rPr>
        <w:t xml:space="preserve">49:58</w:t>
      </w:r>
      <w:r w:rsidDel="00000000" w:rsidR="00000000" w:rsidRPr="00000000">
        <w:rPr>
          <w:rtl w:val="0"/>
        </w:rPr>
      </w:r>
    </w:p>
    <w:p w:rsidR="00000000" w:rsidDel="00000000" w:rsidP="00000000" w:rsidRDefault="00000000" w:rsidRPr="00000000" w14:paraId="00000328">
      <w:pPr>
        <w:spacing w:after="0" w:lineRule="auto"/>
        <w:rPr/>
      </w:pPr>
      <w:r w:rsidDel="00000000" w:rsidR="00000000" w:rsidRPr="00000000">
        <w:rPr>
          <w:rFonts w:ascii="Arial" w:cs="Arial" w:eastAsia="Arial" w:hAnsi="Arial"/>
          <w:sz w:val="22"/>
          <w:szCs w:val="22"/>
          <w:rtl w:val="0"/>
        </w:rPr>
        <w:t xml:space="preserve">with some of the local schools?</w:t>
      </w:r>
      <w:r w:rsidDel="00000000" w:rsidR="00000000" w:rsidRPr="00000000">
        <w:rPr>
          <w:rtl w:val="0"/>
        </w:rPr>
      </w:r>
    </w:p>
    <w:p w:rsidR="00000000" w:rsidDel="00000000" w:rsidP="00000000" w:rsidRDefault="00000000" w:rsidRPr="00000000" w14:paraId="00000329">
      <w:pPr>
        <w:spacing w:after="0" w:lineRule="auto"/>
        <w:rPr/>
      </w:pPr>
      <w:r w:rsidDel="00000000" w:rsidR="00000000" w:rsidRPr="00000000">
        <w:rPr>
          <w:rtl w:val="0"/>
        </w:rPr>
      </w:r>
    </w:p>
    <w:p w:rsidR="00000000" w:rsidDel="00000000" w:rsidP="00000000" w:rsidRDefault="00000000" w:rsidRPr="00000000" w14:paraId="0000032A">
      <w:pPr>
        <w:spacing w:after="0" w:lineRule="auto"/>
        <w:rPr/>
      </w:pPr>
      <w:r w:rsidDel="00000000" w:rsidR="00000000" w:rsidRPr="00000000">
        <w:rPr>
          <w:rFonts w:ascii="Arial" w:cs="Arial" w:eastAsia="Arial" w:hAnsi="Arial"/>
          <w:color w:val="5d7284"/>
          <w:sz w:val="22"/>
          <w:szCs w:val="22"/>
          <w:rtl w:val="0"/>
        </w:rPr>
        <w:t xml:space="preserve">50:00</w:t>
      </w:r>
      <w:r w:rsidDel="00000000" w:rsidR="00000000" w:rsidRPr="00000000">
        <w:rPr>
          <w:rtl w:val="0"/>
        </w:rPr>
      </w:r>
    </w:p>
    <w:p w:rsidR="00000000" w:rsidDel="00000000" w:rsidP="00000000" w:rsidRDefault="00000000" w:rsidRPr="00000000" w14:paraId="0000032B">
      <w:pPr>
        <w:spacing w:after="0" w:lineRule="auto"/>
        <w:rPr/>
      </w:pPr>
      <w:r w:rsidDel="00000000" w:rsidR="00000000" w:rsidRPr="00000000">
        <w:rPr>
          <w:rFonts w:ascii="Arial" w:cs="Arial" w:eastAsia="Arial" w:hAnsi="Arial"/>
          <w:sz w:val="22"/>
          <w:szCs w:val="22"/>
          <w:rtl w:val="0"/>
        </w:rPr>
        <w:t xml:space="preserve">Schools. How does that work? I'm sorry. Do you partner</w:t>
      </w:r>
      <w:r w:rsidDel="00000000" w:rsidR="00000000" w:rsidRPr="00000000">
        <w:rPr>
          <w:rtl w:val="0"/>
        </w:rPr>
      </w:r>
    </w:p>
    <w:p w:rsidR="00000000" w:rsidDel="00000000" w:rsidP="00000000" w:rsidRDefault="00000000" w:rsidRPr="00000000" w14:paraId="0000032C">
      <w:pPr>
        <w:spacing w:after="0" w:lineRule="auto"/>
        <w:rPr/>
      </w:pPr>
      <w:r w:rsidDel="00000000" w:rsidR="00000000" w:rsidRPr="00000000">
        <w:rPr>
          <w:rtl w:val="0"/>
        </w:rPr>
      </w:r>
    </w:p>
    <w:p w:rsidR="00000000" w:rsidDel="00000000" w:rsidP="00000000" w:rsidRDefault="00000000" w:rsidRPr="00000000" w14:paraId="0000032D">
      <w:pPr>
        <w:spacing w:after="0" w:lineRule="auto"/>
        <w:rPr/>
      </w:pPr>
      <w:r w:rsidDel="00000000" w:rsidR="00000000" w:rsidRPr="00000000">
        <w:rPr>
          <w:rFonts w:ascii="Arial" w:cs="Arial" w:eastAsia="Arial" w:hAnsi="Arial"/>
          <w:color w:val="5d7284"/>
          <w:sz w:val="22"/>
          <w:szCs w:val="22"/>
          <w:rtl w:val="0"/>
        </w:rPr>
        <w:t xml:space="preserve">50:05</w:t>
      </w:r>
      <w:r w:rsidDel="00000000" w:rsidR="00000000" w:rsidRPr="00000000">
        <w:rPr>
          <w:rtl w:val="0"/>
        </w:rPr>
      </w:r>
    </w:p>
    <w:p w:rsidR="00000000" w:rsidDel="00000000" w:rsidP="00000000" w:rsidRDefault="00000000" w:rsidRPr="00000000" w14:paraId="0000032E">
      <w:pPr>
        <w:spacing w:after="0" w:lineRule="auto"/>
        <w:rPr/>
      </w:pPr>
      <w:r w:rsidDel="00000000" w:rsidR="00000000" w:rsidRPr="00000000">
        <w:rPr>
          <w:rFonts w:ascii="Arial" w:cs="Arial" w:eastAsia="Arial" w:hAnsi="Arial"/>
          <w:sz w:val="22"/>
          <w:szCs w:val="22"/>
          <w:rtl w:val="0"/>
        </w:rPr>
        <w:t xml:space="preserve">with some of the local schools a little bit they like, though, the program that just was here, they'll bus the kids from the elementary school to our after school program from Underhill Elementary and then Jericho Elementary. </w:t>
      </w:r>
      <w:r w:rsidDel="00000000" w:rsidR="00000000" w:rsidRPr="00000000">
        <w:rPr>
          <w:rFonts w:ascii="Arial" w:cs="Arial" w:eastAsia="Arial" w:hAnsi="Arial"/>
          <w:rtl w:val="0"/>
        </w:rPr>
        <w:t xml:space="preserve">Essex doesn't</w:t>
      </w:r>
      <w:r w:rsidDel="00000000" w:rsidR="00000000" w:rsidRPr="00000000">
        <w:rPr>
          <w:rFonts w:ascii="Arial" w:cs="Arial" w:eastAsia="Arial" w:hAnsi="Arial"/>
          <w:sz w:val="22"/>
          <w:szCs w:val="22"/>
          <w:rtl w:val="0"/>
        </w:rPr>
        <w:t xml:space="preserve"> like the whole idea for school. So not supportive, really, but the other schools very much are, some kids just need to run around. Yeah. What's the problem with Essex?</w:t>
      </w:r>
      <w:r w:rsidDel="00000000" w:rsidR="00000000" w:rsidRPr="00000000">
        <w:rPr>
          <w:rtl w:val="0"/>
        </w:rPr>
      </w:r>
    </w:p>
    <w:p w:rsidR="00000000" w:rsidDel="00000000" w:rsidP="00000000" w:rsidRDefault="00000000" w:rsidRPr="00000000" w14:paraId="0000032F">
      <w:pPr>
        <w:spacing w:after="0" w:lineRule="auto"/>
        <w:rPr/>
      </w:pPr>
      <w:r w:rsidDel="00000000" w:rsidR="00000000" w:rsidRPr="00000000">
        <w:rPr>
          <w:rtl w:val="0"/>
        </w:rPr>
      </w:r>
    </w:p>
    <w:p w:rsidR="00000000" w:rsidDel="00000000" w:rsidP="00000000" w:rsidRDefault="00000000" w:rsidRPr="00000000" w14:paraId="00000330">
      <w:pPr>
        <w:spacing w:after="0" w:lineRule="auto"/>
        <w:rPr/>
      </w:pPr>
      <w:r w:rsidDel="00000000" w:rsidR="00000000" w:rsidRPr="00000000">
        <w:rPr>
          <w:rFonts w:ascii="Arial" w:cs="Arial" w:eastAsia="Arial" w:hAnsi="Arial"/>
          <w:color w:val="5d7284"/>
          <w:sz w:val="22"/>
          <w:szCs w:val="22"/>
          <w:rtl w:val="0"/>
        </w:rPr>
        <w:t xml:space="preserve">50:35</w:t>
      </w:r>
      <w:r w:rsidDel="00000000" w:rsidR="00000000" w:rsidRPr="00000000">
        <w:rPr>
          <w:rtl w:val="0"/>
        </w:rPr>
      </w:r>
    </w:p>
    <w:p w:rsidR="00000000" w:rsidDel="00000000" w:rsidP="00000000" w:rsidRDefault="00000000" w:rsidRPr="00000000" w14:paraId="00000331">
      <w:pPr>
        <w:spacing w:after="0" w:lineRule="auto"/>
        <w:rPr/>
      </w:pPr>
      <w:r w:rsidDel="00000000" w:rsidR="00000000" w:rsidRPr="00000000">
        <w:rPr>
          <w:rFonts w:ascii="Arial" w:cs="Arial" w:eastAsia="Arial" w:hAnsi="Arial"/>
          <w:sz w:val="22"/>
          <w:szCs w:val="22"/>
          <w:rtl w:val="0"/>
        </w:rPr>
        <w:t xml:space="preserve">There's a board who just doesn't like this, it feels like it's not equitable or something.</w:t>
      </w:r>
      <w:r w:rsidDel="00000000" w:rsidR="00000000" w:rsidRPr="00000000">
        <w:rPr>
          <w:rtl w:val="0"/>
        </w:rPr>
      </w:r>
    </w:p>
    <w:p w:rsidR="00000000" w:rsidDel="00000000" w:rsidP="00000000" w:rsidRDefault="00000000" w:rsidRPr="00000000" w14:paraId="00000332">
      <w:pPr>
        <w:spacing w:after="0" w:lineRule="auto"/>
        <w:rPr/>
      </w:pPr>
      <w:r w:rsidDel="00000000" w:rsidR="00000000" w:rsidRPr="00000000">
        <w:rPr>
          <w:rtl w:val="0"/>
        </w:rPr>
      </w:r>
    </w:p>
    <w:p w:rsidR="00000000" w:rsidDel="00000000" w:rsidP="00000000" w:rsidRDefault="00000000" w:rsidRPr="00000000" w14:paraId="00000333">
      <w:pPr>
        <w:spacing w:after="0" w:lineRule="auto"/>
        <w:rPr/>
      </w:pPr>
      <w:r w:rsidDel="00000000" w:rsidR="00000000" w:rsidRPr="00000000">
        <w:rPr>
          <w:rFonts w:ascii="Arial" w:cs="Arial" w:eastAsia="Arial" w:hAnsi="Arial"/>
          <w:color w:val="5d7284"/>
          <w:sz w:val="22"/>
          <w:szCs w:val="22"/>
          <w:rtl w:val="0"/>
        </w:rPr>
        <w:t xml:space="preserve">50:44</w:t>
      </w:r>
      <w:r w:rsidDel="00000000" w:rsidR="00000000" w:rsidRPr="00000000">
        <w:rPr>
          <w:rtl w:val="0"/>
        </w:rPr>
      </w:r>
    </w:p>
    <w:p w:rsidR="00000000" w:rsidDel="00000000" w:rsidP="00000000" w:rsidRDefault="00000000" w:rsidRPr="00000000" w14:paraId="00000334">
      <w:pPr>
        <w:spacing w:after="0" w:lineRule="auto"/>
        <w:rPr/>
      </w:pPr>
      <w:r w:rsidDel="00000000" w:rsidR="00000000" w:rsidRPr="00000000">
        <w:rPr>
          <w:rFonts w:ascii="Arial" w:cs="Arial" w:eastAsia="Arial" w:hAnsi="Arial"/>
          <w:sz w:val="22"/>
          <w:szCs w:val="22"/>
          <w:rtl w:val="0"/>
        </w:rPr>
        <w:t xml:space="preserve">Yeah. So they pretty much tell the families, like, if you do that, we're gonna you're gonna be truant. But then they don't actually do anything. So we have a bunch of kids from Essex, but I think they get a letter and they throw the garbage and that's it.</w:t>
      </w:r>
      <w:r w:rsidDel="00000000" w:rsidR="00000000" w:rsidRPr="00000000">
        <w:rPr>
          <w:rtl w:val="0"/>
        </w:rPr>
      </w:r>
    </w:p>
    <w:p w:rsidR="00000000" w:rsidDel="00000000" w:rsidP="00000000" w:rsidRDefault="00000000" w:rsidRPr="00000000" w14:paraId="00000335">
      <w:pPr>
        <w:spacing w:after="0" w:lineRule="auto"/>
        <w:rPr/>
      </w:pPr>
      <w:r w:rsidDel="00000000" w:rsidR="00000000" w:rsidRPr="00000000">
        <w:rPr>
          <w:rtl w:val="0"/>
        </w:rPr>
      </w:r>
    </w:p>
    <w:p w:rsidR="00000000" w:rsidDel="00000000" w:rsidP="00000000" w:rsidRDefault="00000000" w:rsidRPr="00000000" w14:paraId="00000336">
      <w:pPr>
        <w:spacing w:after="0" w:lineRule="auto"/>
        <w:rPr/>
      </w:pPr>
      <w:r w:rsidDel="00000000" w:rsidR="00000000" w:rsidRPr="00000000">
        <w:rPr>
          <w:rFonts w:ascii="Arial" w:cs="Arial" w:eastAsia="Arial" w:hAnsi="Arial"/>
          <w:color w:val="5d7284"/>
          <w:sz w:val="22"/>
          <w:szCs w:val="22"/>
          <w:rtl w:val="0"/>
        </w:rPr>
        <w:t xml:space="preserve">51:00</w:t>
      </w:r>
      <w:r w:rsidDel="00000000" w:rsidR="00000000" w:rsidRPr="00000000">
        <w:rPr>
          <w:rtl w:val="0"/>
        </w:rPr>
      </w:r>
    </w:p>
    <w:p w:rsidR="00000000" w:rsidDel="00000000" w:rsidP="00000000" w:rsidRDefault="00000000" w:rsidRPr="00000000" w14:paraId="00000337">
      <w:pPr>
        <w:spacing w:after="0" w:lineRule="auto"/>
        <w:rPr/>
      </w:pPr>
      <w:r w:rsidDel="00000000" w:rsidR="00000000" w:rsidRPr="00000000">
        <w:rPr>
          <w:rFonts w:ascii="Arial" w:cs="Arial" w:eastAsia="Arial" w:hAnsi="Arial"/>
          <w:sz w:val="22"/>
          <w:szCs w:val="22"/>
          <w:rtl w:val="0"/>
        </w:rPr>
        <w:t xml:space="preserve">You huh?</w:t>
      </w:r>
      <w:r w:rsidDel="00000000" w:rsidR="00000000" w:rsidRPr="00000000">
        <w:rPr>
          <w:rtl w:val="0"/>
        </w:rPr>
      </w:r>
    </w:p>
    <w:p w:rsidR="00000000" w:rsidDel="00000000" w:rsidP="00000000" w:rsidRDefault="00000000" w:rsidRPr="00000000" w14:paraId="00000338">
      <w:pPr>
        <w:spacing w:after="0" w:lineRule="auto"/>
        <w:rPr/>
      </w:pPr>
      <w:r w:rsidDel="00000000" w:rsidR="00000000" w:rsidRPr="00000000">
        <w:rPr>
          <w:rtl w:val="0"/>
        </w:rPr>
      </w:r>
    </w:p>
    <w:p w:rsidR="00000000" w:rsidDel="00000000" w:rsidP="00000000" w:rsidRDefault="00000000" w:rsidRPr="00000000" w14:paraId="00000339">
      <w:pPr>
        <w:spacing w:after="0" w:lineRule="auto"/>
        <w:rPr/>
      </w:pPr>
      <w:r w:rsidDel="00000000" w:rsidR="00000000" w:rsidRPr="00000000">
        <w:rPr>
          <w:rFonts w:ascii="Arial" w:cs="Arial" w:eastAsia="Arial" w:hAnsi="Arial"/>
          <w:color w:val="5d7284"/>
          <w:sz w:val="22"/>
          <w:szCs w:val="22"/>
          <w:rtl w:val="0"/>
        </w:rPr>
        <w:t xml:space="preserve">51:04</w:t>
      </w:r>
      <w:r w:rsidDel="00000000" w:rsidR="00000000" w:rsidRPr="00000000">
        <w:rPr>
          <w:rtl w:val="0"/>
        </w:rPr>
      </w:r>
    </w:p>
    <w:p w:rsidR="00000000" w:rsidDel="00000000" w:rsidP="00000000" w:rsidRDefault="00000000" w:rsidRPr="00000000" w14:paraId="0000033A">
      <w:pPr>
        <w:spacing w:after="0" w:lineRule="auto"/>
        <w:rPr/>
      </w:pPr>
      <w:r w:rsidDel="00000000" w:rsidR="00000000" w:rsidRPr="00000000">
        <w:rPr>
          <w:rFonts w:ascii="Arial" w:cs="Arial" w:eastAsia="Arial" w:hAnsi="Arial"/>
          <w:sz w:val="22"/>
          <w:szCs w:val="22"/>
          <w:rtl w:val="0"/>
        </w:rPr>
        <w:t xml:space="preserve">So I got to ask, is Burlington or Leddy Park and Leddy beach? Is that the same family? I'm assuming, father named after our father? Oh, really, he ran for governor. Oh, okay, we're honored that</w:t>
      </w:r>
      <w:r w:rsidDel="00000000" w:rsidR="00000000" w:rsidRPr="00000000">
        <w:rPr>
          <w:rtl w:val="0"/>
        </w:rPr>
      </w:r>
    </w:p>
    <w:p w:rsidR="00000000" w:rsidDel="00000000" w:rsidP="00000000" w:rsidRDefault="00000000" w:rsidRPr="00000000" w14:paraId="0000033B">
      <w:pPr>
        <w:spacing w:after="0" w:lineRule="auto"/>
        <w:rPr/>
      </w:pPr>
      <w:r w:rsidDel="00000000" w:rsidR="00000000" w:rsidRPr="00000000">
        <w:rPr>
          <w:rtl w:val="0"/>
        </w:rPr>
      </w:r>
    </w:p>
    <w:p w:rsidR="00000000" w:rsidDel="00000000" w:rsidP="00000000" w:rsidRDefault="00000000" w:rsidRPr="00000000" w14:paraId="0000033C">
      <w:pPr>
        <w:spacing w:after="0" w:lineRule="auto"/>
        <w:rPr/>
      </w:pPr>
      <w:r w:rsidDel="00000000" w:rsidR="00000000" w:rsidRPr="00000000">
        <w:rPr>
          <w:rFonts w:ascii="Arial" w:cs="Arial" w:eastAsia="Arial" w:hAnsi="Arial"/>
          <w:color w:val="5d7284"/>
          <w:sz w:val="22"/>
          <w:szCs w:val="22"/>
          <w:rtl w:val="0"/>
        </w:rPr>
        <w:t xml:space="preserve">51:18</w:t>
      </w:r>
      <w:r w:rsidDel="00000000" w:rsidR="00000000" w:rsidRPr="00000000">
        <w:rPr>
          <w:rtl w:val="0"/>
        </w:rPr>
      </w:r>
    </w:p>
    <w:p w:rsidR="00000000" w:rsidDel="00000000" w:rsidP="00000000" w:rsidRDefault="00000000" w:rsidRPr="00000000" w14:paraId="0000033D">
      <w:pPr>
        <w:spacing w:after="0" w:lineRule="auto"/>
        <w:rPr/>
      </w:pPr>
      <w:r w:rsidDel="00000000" w:rsidR="00000000" w:rsidRPr="00000000">
        <w:rPr>
          <w:rFonts w:ascii="Arial" w:cs="Arial" w:eastAsia="Arial" w:hAnsi="Arial"/>
          <w:sz w:val="22"/>
          <w:szCs w:val="22"/>
          <w:rtl w:val="0"/>
        </w:rPr>
        <w:t xml:space="preserve">the city did that.</w:t>
      </w:r>
      <w:r w:rsidDel="00000000" w:rsidR="00000000" w:rsidRPr="00000000">
        <w:rPr>
          <w:rtl w:val="0"/>
        </w:rPr>
      </w:r>
    </w:p>
    <w:p w:rsidR="00000000" w:rsidDel="00000000" w:rsidP="00000000" w:rsidRDefault="00000000" w:rsidRPr="00000000" w14:paraId="0000033E">
      <w:pPr>
        <w:spacing w:after="0" w:lineRule="auto"/>
        <w:rPr/>
      </w:pPr>
      <w:r w:rsidDel="00000000" w:rsidR="00000000" w:rsidRPr="00000000">
        <w:rPr>
          <w:rtl w:val="0"/>
        </w:rPr>
      </w:r>
    </w:p>
    <w:p w:rsidR="00000000" w:rsidDel="00000000" w:rsidP="00000000" w:rsidRDefault="00000000" w:rsidRPr="00000000" w14:paraId="0000033F">
      <w:pPr>
        <w:spacing w:after="0" w:lineRule="auto"/>
        <w:rPr/>
      </w:pPr>
      <w:r w:rsidDel="00000000" w:rsidR="00000000" w:rsidRPr="00000000">
        <w:rPr>
          <w:rFonts w:ascii="Arial" w:cs="Arial" w:eastAsia="Arial" w:hAnsi="Arial"/>
          <w:color w:val="5d7284"/>
          <w:sz w:val="22"/>
          <w:szCs w:val="22"/>
          <w:rtl w:val="0"/>
        </w:rPr>
        <w:t xml:space="preserve">51:21</w:t>
      </w:r>
      <w:r w:rsidDel="00000000" w:rsidR="00000000" w:rsidRPr="00000000">
        <w:rPr>
          <w:rtl w:val="0"/>
        </w:rPr>
      </w:r>
    </w:p>
    <w:p w:rsidR="00000000" w:rsidDel="00000000" w:rsidP="00000000" w:rsidRDefault="00000000" w:rsidRPr="00000000" w14:paraId="00000340">
      <w:pPr>
        <w:spacing w:after="0" w:lineRule="auto"/>
        <w:rPr/>
      </w:pPr>
      <w:r w:rsidDel="00000000" w:rsidR="00000000" w:rsidRPr="00000000">
        <w:rPr>
          <w:rFonts w:ascii="Arial" w:cs="Arial" w:eastAsia="Arial" w:hAnsi="Arial"/>
          <w:sz w:val="22"/>
          <w:szCs w:val="22"/>
          <w:rtl w:val="0"/>
        </w:rPr>
        <w:t xml:space="preserve">We didn't donate the money. Okay, you didn't own all that</w:t>
      </w:r>
      <w:r w:rsidDel="00000000" w:rsidR="00000000" w:rsidRPr="00000000">
        <w:rPr>
          <w:rtl w:val="0"/>
        </w:rPr>
      </w:r>
    </w:p>
    <w:p w:rsidR="00000000" w:rsidDel="00000000" w:rsidP="00000000" w:rsidRDefault="00000000" w:rsidRPr="00000000" w14:paraId="00000341">
      <w:pPr>
        <w:spacing w:after="0" w:lineRule="auto"/>
        <w:rPr/>
      </w:pPr>
      <w:r w:rsidDel="00000000" w:rsidR="00000000" w:rsidRPr="00000000">
        <w:rPr>
          <w:rtl w:val="0"/>
        </w:rPr>
      </w:r>
    </w:p>
    <w:p w:rsidR="00000000" w:rsidDel="00000000" w:rsidP="00000000" w:rsidRDefault="00000000" w:rsidRPr="00000000" w14:paraId="00000342">
      <w:pPr>
        <w:spacing w:after="0" w:lineRule="auto"/>
        <w:rPr/>
      </w:pPr>
      <w:r w:rsidDel="00000000" w:rsidR="00000000" w:rsidRPr="00000000">
        <w:rPr>
          <w:rFonts w:ascii="Arial" w:cs="Arial" w:eastAsia="Arial" w:hAnsi="Arial"/>
          <w:color w:val="5d7284"/>
          <w:sz w:val="22"/>
          <w:szCs w:val="22"/>
          <w:rtl w:val="0"/>
        </w:rPr>
        <w:t xml:space="preserve">51:27</w:t>
      </w:r>
      <w:r w:rsidDel="00000000" w:rsidR="00000000" w:rsidRPr="00000000">
        <w:rPr>
          <w:rtl w:val="0"/>
        </w:rPr>
      </w:r>
    </w:p>
    <w:p w:rsidR="00000000" w:rsidDel="00000000" w:rsidP="00000000" w:rsidRDefault="00000000" w:rsidRPr="00000000" w14:paraId="00000343">
      <w:pPr>
        <w:spacing w:after="0" w:lineRule="auto"/>
        <w:rPr/>
      </w:pPr>
      <w:r w:rsidDel="00000000" w:rsidR="00000000" w:rsidRPr="00000000">
        <w:rPr>
          <w:rFonts w:ascii="Arial" w:cs="Arial" w:eastAsia="Arial" w:hAnsi="Arial"/>
          <w:sz w:val="22"/>
          <w:szCs w:val="22"/>
          <w:rtl w:val="0"/>
        </w:rPr>
        <w:t xml:space="preserve">park is that was what was known as the rendering plant</w:t>
      </w:r>
      <w:r w:rsidDel="00000000" w:rsidR="00000000" w:rsidRPr="00000000">
        <w:rPr>
          <w:rtl w:val="0"/>
        </w:rPr>
      </w:r>
    </w:p>
    <w:p w:rsidR="00000000" w:rsidDel="00000000" w:rsidP="00000000" w:rsidRDefault="00000000" w:rsidRPr="00000000" w14:paraId="00000344">
      <w:pPr>
        <w:spacing w:after="0" w:lineRule="auto"/>
        <w:rPr/>
      </w:pPr>
      <w:r w:rsidDel="00000000" w:rsidR="00000000" w:rsidRPr="00000000">
        <w:rPr>
          <w:rtl w:val="0"/>
        </w:rPr>
      </w:r>
    </w:p>
    <w:p w:rsidR="00000000" w:rsidDel="00000000" w:rsidP="00000000" w:rsidRDefault="00000000" w:rsidRPr="00000000" w14:paraId="00000345">
      <w:pPr>
        <w:spacing w:after="0" w:lineRule="auto"/>
        <w:rPr/>
      </w:pPr>
      <w:r w:rsidDel="00000000" w:rsidR="00000000" w:rsidRPr="00000000">
        <w:rPr>
          <w:rFonts w:ascii="Arial" w:cs="Arial" w:eastAsia="Arial" w:hAnsi="Arial"/>
          <w:color w:val="5d7284"/>
          <w:sz w:val="22"/>
          <w:szCs w:val="22"/>
          <w:rtl w:val="0"/>
        </w:rPr>
        <w:t xml:space="preserve">51:33</w:t>
      </w:r>
      <w:r w:rsidDel="00000000" w:rsidR="00000000" w:rsidRPr="00000000">
        <w:rPr>
          <w:rtl w:val="0"/>
        </w:rPr>
      </w:r>
    </w:p>
    <w:p w:rsidR="00000000" w:rsidDel="00000000" w:rsidP="00000000" w:rsidRDefault="00000000" w:rsidRPr="00000000" w14:paraId="00000346">
      <w:pPr>
        <w:spacing w:after="0" w:lineRule="auto"/>
        <w:rPr/>
      </w:pPr>
      <w:r w:rsidDel="00000000" w:rsidR="00000000" w:rsidRPr="00000000">
        <w:rPr>
          <w:rFonts w:ascii="Arial" w:cs="Arial" w:eastAsia="Arial" w:hAnsi="Arial"/>
          <w:sz w:val="22"/>
          <w:szCs w:val="22"/>
          <w:rtl w:val="0"/>
        </w:rPr>
        <w:t xml:space="preserve">slaughter. It was where they took the remnants of the slaughter houses in the region, and they would render the hides. And the smell was terrible.</w:t>
      </w:r>
      <w:r w:rsidDel="00000000" w:rsidR="00000000" w:rsidRPr="00000000">
        <w:rPr>
          <w:rtl w:val="0"/>
        </w:rPr>
      </w:r>
    </w:p>
    <w:p w:rsidR="00000000" w:rsidDel="00000000" w:rsidP="00000000" w:rsidRDefault="00000000" w:rsidRPr="00000000" w14:paraId="00000347">
      <w:pPr>
        <w:spacing w:after="0" w:lineRule="auto"/>
        <w:rPr/>
      </w:pPr>
      <w:r w:rsidDel="00000000" w:rsidR="00000000" w:rsidRPr="00000000">
        <w:rPr>
          <w:rtl w:val="0"/>
        </w:rPr>
      </w:r>
    </w:p>
    <w:p w:rsidR="00000000" w:rsidDel="00000000" w:rsidP="00000000" w:rsidRDefault="00000000" w:rsidRPr="00000000" w14:paraId="00000348">
      <w:pPr>
        <w:spacing w:after="0" w:lineRule="auto"/>
        <w:rPr/>
      </w:pPr>
      <w:r w:rsidDel="00000000" w:rsidR="00000000" w:rsidRPr="00000000">
        <w:rPr>
          <w:rFonts w:ascii="Arial" w:cs="Arial" w:eastAsia="Arial" w:hAnsi="Arial"/>
          <w:color w:val="5d7284"/>
          <w:sz w:val="22"/>
          <w:szCs w:val="22"/>
          <w:rtl w:val="0"/>
        </w:rPr>
        <w:t xml:space="preserve">51:43</w:t>
      </w:r>
      <w:r w:rsidDel="00000000" w:rsidR="00000000" w:rsidRPr="00000000">
        <w:rPr>
          <w:rtl w:val="0"/>
        </w:rPr>
      </w:r>
    </w:p>
    <w:p w:rsidR="00000000" w:rsidDel="00000000" w:rsidP="00000000" w:rsidRDefault="00000000" w:rsidRPr="00000000" w14:paraId="00000349">
      <w:pPr>
        <w:spacing w:after="0" w:lineRule="auto"/>
        <w:rPr/>
      </w:pPr>
      <w:r w:rsidDel="00000000" w:rsidR="00000000" w:rsidRPr="00000000">
        <w:rPr>
          <w:rFonts w:ascii="Arial" w:cs="Arial" w:eastAsia="Arial" w:hAnsi="Arial"/>
          <w:sz w:val="22"/>
          <w:szCs w:val="22"/>
          <w:rtl w:val="0"/>
        </w:rPr>
        <w:t xml:space="preserve">As a kid going to their school out there, you could see the smoke and you could smell it was awful. So we're much relieved that</w:t>
      </w:r>
      <w:r w:rsidDel="00000000" w:rsidR="00000000" w:rsidRPr="00000000">
        <w:rPr>
          <w:rtl w:val="0"/>
        </w:rPr>
      </w:r>
    </w:p>
    <w:p w:rsidR="00000000" w:rsidDel="00000000" w:rsidP="00000000" w:rsidRDefault="00000000" w:rsidRPr="00000000" w14:paraId="0000034A">
      <w:pPr>
        <w:spacing w:after="0" w:lineRule="auto"/>
        <w:rPr/>
      </w:pPr>
      <w:r w:rsidDel="00000000" w:rsidR="00000000" w:rsidRPr="00000000">
        <w:rPr>
          <w:rtl w:val="0"/>
        </w:rPr>
      </w:r>
    </w:p>
    <w:p w:rsidR="00000000" w:rsidDel="00000000" w:rsidP="00000000" w:rsidRDefault="00000000" w:rsidRPr="00000000" w14:paraId="0000034B">
      <w:pPr>
        <w:spacing w:after="0" w:lineRule="auto"/>
        <w:rPr/>
      </w:pPr>
      <w:r w:rsidDel="00000000" w:rsidR="00000000" w:rsidRPr="00000000">
        <w:rPr>
          <w:rFonts w:ascii="Arial" w:cs="Arial" w:eastAsia="Arial" w:hAnsi="Arial"/>
          <w:color w:val="5d7284"/>
          <w:sz w:val="22"/>
          <w:szCs w:val="22"/>
          <w:rtl w:val="0"/>
        </w:rPr>
        <w:t xml:space="preserve">51:55</w:t>
      </w:r>
      <w:r w:rsidDel="00000000" w:rsidR="00000000" w:rsidRPr="00000000">
        <w:rPr>
          <w:rtl w:val="0"/>
        </w:rPr>
      </w:r>
    </w:p>
    <w:p w:rsidR="00000000" w:rsidDel="00000000" w:rsidP="00000000" w:rsidRDefault="00000000" w:rsidRPr="00000000" w14:paraId="0000034C">
      <w:pPr>
        <w:spacing w:after="0" w:lineRule="auto"/>
        <w:rPr/>
      </w:pPr>
      <w:r w:rsidDel="00000000" w:rsidR="00000000" w:rsidRPr="00000000">
        <w:rPr>
          <w:rFonts w:ascii="Arial" w:cs="Arial" w:eastAsia="Arial" w:hAnsi="Arial"/>
          <w:sz w:val="22"/>
          <w:szCs w:val="22"/>
          <w:rtl w:val="0"/>
        </w:rPr>
        <w:t xml:space="preserve">is the skunk gone. He's gone. No, I mean, no, no, she's still in there? Yes, he's still in there, even with the door open,</w:t>
      </w:r>
      <w:r w:rsidDel="00000000" w:rsidR="00000000" w:rsidRPr="00000000">
        <w:rPr>
          <w:rtl w:val="0"/>
        </w:rPr>
      </w:r>
    </w:p>
    <w:p w:rsidR="00000000" w:rsidDel="00000000" w:rsidP="00000000" w:rsidRDefault="00000000" w:rsidRPr="00000000" w14:paraId="0000034D">
      <w:pPr>
        <w:spacing w:after="0" w:lineRule="auto"/>
        <w:rPr/>
      </w:pPr>
      <w:r w:rsidDel="00000000" w:rsidR="00000000" w:rsidRPr="00000000">
        <w:rPr>
          <w:rtl w:val="0"/>
        </w:rPr>
      </w:r>
    </w:p>
    <w:p w:rsidR="00000000" w:rsidDel="00000000" w:rsidP="00000000" w:rsidRDefault="00000000" w:rsidRPr="00000000" w14:paraId="0000034E">
      <w:pPr>
        <w:spacing w:after="0" w:lineRule="auto"/>
        <w:rPr/>
      </w:pPr>
      <w:r w:rsidDel="00000000" w:rsidR="00000000" w:rsidRPr="00000000">
        <w:rPr>
          <w:rFonts w:ascii="Arial" w:cs="Arial" w:eastAsia="Arial" w:hAnsi="Arial"/>
          <w:color w:val="5d7284"/>
          <w:sz w:val="22"/>
          <w:szCs w:val="22"/>
          <w:rtl w:val="0"/>
        </w:rPr>
        <w:t xml:space="preserve">52:04</w:t>
      </w:r>
      <w:r w:rsidDel="00000000" w:rsidR="00000000" w:rsidRPr="00000000">
        <w:rPr>
          <w:rtl w:val="0"/>
        </w:rPr>
      </w:r>
    </w:p>
    <w:p w:rsidR="00000000" w:rsidDel="00000000" w:rsidP="00000000" w:rsidRDefault="00000000" w:rsidRPr="00000000" w14:paraId="0000034F">
      <w:pPr>
        <w:spacing w:after="0" w:lineRule="auto"/>
        <w:rPr/>
      </w:pPr>
      <w:r w:rsidDel="00000000" w:rsidR="00000000" w:rsidRPr="00000000">
        <w:rPr>
          <w:rFonts w:ascii="Arial" w:cs="Arial" w:eastAsia="Arial" w:hAnsi="Arial"/>
          <w:sz w:val="22"/>
          <w:szCs w:val="22"/>
          <w:rtl w:val="0"/>
        </w:rPr>
        <w:t xml:space="preserve">silly.</w:t>
      </w:r>
      <w:r w:rsidDel="00000000" w:rsidR="00000000" w:rsidRPr="00000000">
        <w:rPr>
          <w:rtl w:val="0"/>
        </w:rPr>
      </w:r>
    </w:p>
    <w:p w:rsidR="00000000" w:rsidDel="00000000" w:rsidP="00000000" w:rsidRDefault="00000000" w:rsidRPr="00000000" w14:paraId="00000350">
      <w:pPr>
        <w:spacing w:after="0" w:lineRule="auto"/>
        <w:rPr/>
      </w:pPr>
      <w:r w:rsidDel="00000000" w:rsidR="00000000" w:rsidRPr="00000000">
        <w:rPr>
          <w:rtl w:val="0"/>
        </w:rPr>
      </w:r>
    </w:p>
    <w:p w:rsidR="00000000" w:rsidDel="00000000" w:rsidP="00000000" w:rsidRDefault="00000000" w:rsidRPr="00000000" w14:paraId="00000351">
      <w:pPr>
        <w:spacing w:after="0" w:lineRule="auto"/>
        <w:rPr/>
      </w:pPr>
      <w:r w:rsidDel="00000000" w:rsidR="00000000" w:rsidRPr="00000000">
        <w:rPr>
          <w:rFonts w:ascii="Arial" w:cs="Arial" w:eastAsia="Arial" w:hAnsi="Arial"/>
          <w:color w:val="5d7284"/>
          <w:sz w:val="22"/>
          <w:szCs w:val="22"/>
          <w:rtl w:val="0"/>
        </w:rPr>
        <w:t xml:space="preserve">52:06</w:t>
      </w:r>
      <w:r w:rsidDel="00000000" w:rsidR="00000000" w:rsidRPr="00000000">
        <w:rPr>
          <w:rtl w:val="0"/>
        </w:rPr>
      </w:r>
    </w:p>
    <w:p w:rsidR="00000000" w:rsidDel="00000000" w:rsidP="00000000" w:rsidRDefault="00000000" w:rsidRPr="00000000" w14:paraId="00000352">
      <w:pPr>
        <w:spacing w:after="0" w:lineRule="auto"/>
        <w:rPr/>
      </w:pPr>
      <w:r w:rsidDel="00000000" w:rsidR="00000000" w:rsidRPr="00000000">
        <w:rPr>
          <w:rFonts w:ascii="Arial" w:cs="Arial" w:eastAsia="Arial" w:hAnsi="Arial"/>
          <w:sz w:val="22"/>
          <w:szCs w:val="22"/>
          <w:rtl w:val="0"/>
        </w:rPr>
        <w:t xml:space="preserve">And then we </w:t>
      </w:r>
      <w:r w:rsidDel="00000000" w:rsidR="00000000" w:rsidRPr="00000000">
        <w:rPr>
          <w:rFonts w:ascii="Arial" w:cs="Arial" w:eastAsia="Arial" w:hAnsi="Arial"/>
          <w:rtl w:val="0"/>
        </w:rPr>
        <w:t xml:space="preserve">woke</w:t>
      </w:r>
      <w:r w:rsidDel="00000000" w:rsidR="00000000" w:rsidRPr="00000000">
        <w:rPr>
          <w:rFonts w:ascii="Arial" w:cs="Arial" w:eastAsia="Arial" w:hAnsi="Arial"/>
          <w:sz w:val="22"/>
          <w:szCs w:val="22"/>
          <w:rtl w:val="0"/>
        </w:rPr>
        <w:t xml:space="preserve"> him up, and he just looked at us. Well, first he looked at us about</w:t>
      </w:r>
      <w:r w:rsidDel="00000000" w:rsidR="00000000" w:rsidRPr="00000000">
        <w:rPr>
          <w:rtl w:val="0"/>
        </w:rPr>
      </w:r>
    </w:p>
    <w:p w:rsidR="00000000" w:rsidDel="00000000" w:rsidP="00000000" w:rsidRDefault="00000000" w:rsidRPr="00000000" w14:paraId="00000353">
      <w:pPr>
        <w:spacing w:after="0" w:lineRule="auto"/>
        <w:rPr/>
      </w:pPr>
      <w:r w:rsidDel="00000000" w:rsidR="00000000" w:rsidRPr="00000000">
        <w:rPr>
          <w:rtl w:val="0"/>
        </w:rPr>
      </w:r>
    </w:p>
    <w:p w:rsidR="00000000" w:rsidDel="00000000" w:rsidP="00000000" w:rsidRDefault="00000000" w:rsidRPr="00000000" w14:paraId="00000354">
      <w:pPr>
        <w:spacing w:after="0" w:lineRule="auto"/>
        <w:rPr/>
      </w:pPr>
      <w:r w:rsidDel="00000000" w:rsidR="00000000" w:rsidRPr="00000000">
        <w:rPr>
          <w:rFonts w:ascii="Arial" w:cs="Arial" w:eastAsia="Arial" w:hAnsi="Arial"/>
          <w:color w:val="5d7284"/>
          <w:sz w:val="22"/>
          <w:szCs w:val="22"/>
          <w:rtl w:val="0"/>
        </w:rPr>
        <w:t xml:space="preserve">52:14</w:t>
      </w:r>
      <w:r w:rsidDel="00000000" w:rsidR="00000000" w:rsidRPr="00000000">
        <w:rPr>
          <w:rtl w:val="0"/>
        </w:rPr>
      </w:r>
    </w:p>
    <w:p w:rsidR="00000000" w:rsidDel="00000000" w:rsidP="00000000" w:rsidRDefault="00000000" w:rsidRPr="00000000" w14:paraId="00000355">
      <w:pPr>
        <w:spacing w:after="0" w:lineRule="auto"/>
        <w:rPr/>
      </w:pPr>
      <w:r w:rsidDel="00000000" w:rsidR="00000000" w:rsidRPr="00000000">
        <w:rPr>
          <w:rFonts w:ascii="Arial" w:cs="Arial" w:eastAsia="Arial" w:hAnsi="Arial"/>
          <w:rtl w:val="0"/>
        </w:rPr>
        <w:t xml:space="preserve">I think</w:t>
      </w:r>
      <w:r w:rsidDel="00000000" w:rsidR="00000000" w:rsidRPr="00000000">
        <w:rPr>
          <w:rFonts w:ascii="Arial" w:cs="Arial" w:eastAsia="Arial" w:hAnsi="Arial"/>
          <w:sz w:val="22"/>
          <w:szCs w:val="22"/>
          <w:rtl w:val="0"/>
        </w:rPr>
        <w:t xml:space="preserve"> he would just depart. Yeah, you think strange, kind of nice in there, nocturnal, learned helplessness. They right, folks, I'm gonna have</w:t>
      </w:r>
      <w:r w:rsidDel="00000000" w:rsidR="00000000" w:rsidRPr="00000000">
        <w:rPr>
          <w:rtl w:val="0"/>
        </w:rPr>
      </w:r>
    </w:p>
    <w:p w:rsidR="00000000" w:rsidDel="00000000" w:rsidP="00000000" w:rsidRDefault="00000000" w:rsidRPr="00000000" w14:paraId="00000356">
      <w:pPr>
        <w:spacing w:after="0" w:lineRule="auto"/>
        <w:rPr/>
      </w:pPr>
      <w:r w:rsidDel="00000000" w:rsidR="00000000" w:rsidRPr="00000000">
        <w:rPr>
          <w:rtl w:val="0"/>
        </w:rPr>
      </w:r>
    </w:p>
    <w:p w:rsidR="00000000" w:rsidDel="00000000" w:rsidP="00000000" w:rsidRDefault="00000000" w:rsidRPr="00000000" w14:paraId="00000357">
      <w:pPr>
        <w:spacing w:after="0" w:lineRule="auto"/>
        <w:rPr/>
      </w:pPr>
      <w:r w:rsidDel="00000000" w:rsidR="00000000" w:rsidRPr="00000000">
        <w:rPr>
          <w:rFonts w:ascii="Arial" w:cs="Arial" w:eastAsia="Arial" w:hAnsi="Arial"/>
          <w:color w:val="5d7284"/>
          <w:sz w:val="22"/>
          <w:szCs w:val="22"/>
          <w:rtl w:val="0"/>
        </w:rPr>
        <w:t xml:space="preserve">52:28</w:t>
      </w:r>
      <w:r w:rsidDel="00000000" w:rsidR="00000000" w:rsidRPr="00000000">
        <w:rPr>
          <w:rtl w:val="0"/>
        </w:rPr>
      </w:r>
    </w:p>
    <w:p w:rsidR="00000000" w:rsidDel="00000000" w:rsidP="00000000" w:rsidRDefault="00000000" w:rsidRPr="00000000" w14:paraId="00000358">
      <w:pPr>
        <w:spacing w:after="0" w:lineRule="auto"/>
        <w:rPr/>
      </w:pPr>
      <w:r w:rsidDel="00000000" w:rsidR="00000000" w:rsidRPr="00000000">
        <w:rPr>
          <w:rFonts w:ascii="Arial" w:cs="Arial" w:eastAsia="Arial" w:hAnsi="Arial"/>
          <w:sz w:val="22"/>
          <w:szCs w:val="22"/>
          <w:rtl w:val="0"/>
        </w:rPr>
        <w:t xml:space="preserve">to pack it up.</w:t>
      </w:r>
      <w:r w:rsidDel="00000000" w:rsidR="00000000" w:rsidRPr="00000000">
        <w:rPr>
          <w:rtl w:val="0"/>
        </w:rPr>
      </w:r>
    </w:p>
    <w:p w:rsidR="00000000" w:rsidDel="00000000" w:rsidP="00000000" w:rsidRDefault="00000000" w:rsidRPr="00000000" w14:paraId="00000359">
      <w:pPr>
        <w:spacing w:after="0" w:lineRule="auto"/>
        <w:rPr/>
      </w:pPr>
      <w:r w:rsidDel="00000000" w:rsidR="00000000" w:rsidRPr="00000000">
        <w:rPr>
          <w:rtl w:val="0"/>
        </w:rPr>
      </w:r>
    </w:p>
    <w:p w:rsidR="00000000" w:rsidDel="00000000" w:rsidP="00000000" w:rsidRDefault="00000000" w:rsidRPr="00000000" w14:paraId="0000035A">
      <w:pPr>
        <w:spacing w:after="0" w:lineRule="auto"/>
        <w:rPr/>
      </w:pPr>
      <w:r w:rsidDel="00000000" w:rsidR="00000000" w:rsidRPr="00000000">
        <w:rPr>
          <w:rFonts w:ascii="Arial" w:cs="Arial" w:eastAsia="Arial" w:hAnsi="Arial"/>
          <w:color w:val="5d7284"/>
          <w:sz w:val="22"/>
          <w:szCs w:val="22"/>
          <w:rtl w:val="0"/>
        </w:rPr>
        <w:t xml:space="preserve">52:31</w:t>
      </w:r>
      <w:r w:rsidDel="00000000" w:rsidR="00000000" w:rsidRPr="00000000">
        <w:rPr>
          <w:rtl w:val="0"/>
        </w:rPr>
      </w:r>
    </w:p>
    <w:p w:rsidR="00000000" w:rsidDel="00000000" w:rsidP="00000000" w:rsidRDefault="00000000" w:rsidRPr="00000000" w14:paraId="0000035B">
      <w:pPr>
        <w:spacing w:after="0" w:lineRule="auto"/>
        <w:rPr/>
      </w:pPr>
      <w:r w:rsidDel="00000000" w:rsidR="00000000" w:rsidRPr="00000000">
        <w:rPr>
          <w:rFonts w:ascii="Arial" w:cs="Arial" w:eastAsia="Arial" w:hAnsi="Arial"/>
          <w:sz w:val="22"/>
          <w:szCs w:val="22"/>
          <w:rtl w:val="0"/>
        </w:rPr>
        <w:t xml:space="preserve">So should we stake our claim to the land? Jimmy? I think we should stake our claim </w:t>
      </w:r>
      <w:r w:rsidDel="00000000" w:rsidR="00000000" w:rsidRPr="00000000">
        <w:rPr>
          <w:rFonts w:ascii="Arial" w:cs="Arial" w:eastAsia="Arial" w:hAnsi="Arial"/>
          <w:rtl w:val="0"/>
        </w:rPr>
        <w:t xml:space="preserve">on the</w:t>
      </w:r>
      <w:r w:rsidDel="00000000" w:rsidR="00000000" w:rsidRPr="00000000">
        <w:rPr>
          <w:rFonts w:ascii="Arial" w:cs="Arial" w:eastAsia="Arial" w:hAnsi="Arial"/>
          <w:sz w:val="22"/>
          <w:szCs w:val="22"/>
          <w:rtl w:val="0"/>
        </w:rPr>
        <w:t xml:space="preserve"> cheese.</w:t>
      </w:r>
      <w:r w:rsidDel="00000000" w:rsidR="00000000" w:rsidRPr="00000000">
        <w:rPr>
          <w:rtl w:val="0"/>
        </w:rPr>
      </w:r>
    </w:p>
    <w:p w:rsidR="00000000" w:rsidDel="00000000" w:rsidP="00000000" w:rsidRDefault="00000000" w:rsidRPr="00000000" w14:paraId="0000035C">
      <w:pPr>
        <w:spacing w:after="0" w:lineRule="auto"/>
        <w:rPr/>
      </w:pPr>
      <w:r w:rsidDel="00000000" w:rsidR="00000000" w:rsidRPr="00000000">
        <w:rPr>
          <w:rtl w:val="0"/>
        </w:rPr>
      </w:r>
    </w:p>
    <w:p w:rsidR="00000000" w:rsidDel="00000000" w:rsidP="00000000" w:rsidRDefault="00000000" w:rsidRPr="00000000" w14:paraId="0000035D">
      <w:pPr>
        <w:spacing w:after="0" w:lineRule="auto"/>
        <w:rPr/>
      </w:pPr>
      <w:r w:rsidDel="00000000" w:rsidR="00000000" w:rsidRPr="00000000">
        <w:rPr>
          <w:rFonts w:ascii="Arial" w:cs="Arial" w:eastAsia="Arial" w:hAnsi="Arial"/>
          <w:color w:val="5d7284"/>
          <w:sz w:val="22"/>
          <w:szCs w:val="22"/>
          <w:rtl w:val="0"/>
        </w:rPr>
        <w:t xml:space="preserve">52:37</w:t>
      </w:r>
      <w:r w:rsidDel="00000000" w:rsidR="00000000" w:rsidRPr="00000000">
        <w:rPr>
          <w:rtl w:val="0"/>
        </w:rPr>
      </w:r>
    </w:p>
    <w:p w:rsidR="00000000" w:rsidDel="00000000" w:rsidP="00000000" w:rsidRDefault="00000000" w:rsidRPr="00000000" w14:paraId="0000035E">
      <w:pPr>
        <w:spacing w:after="0" w:lineRule="auto"/>
        <w:rPr/>
      </w:pPr>
      <w:r w:rsidDel="00000000" w:rsidR="00000000" w:rsidRPr="00000000">
        <w:rPr>
          <w:rFonts w:ascii="Arial" w:cs="Arial" w:eastAsia="Arial" w:hAnsi="Arial"/>
          <w:sz w:val="22"/>
          <w:szCs w:val="22"/>
          <w:rtl w:val="0"/>
        </w:rPr>
        <w:t xml:space="preserve">I think before everybody goes </w:t>
      </w:r>
      <w:r w:rsidDel="00000000" w:rsidR="00000000" w:rsidRPr="00000000">
        <w:rPr>
          <w:rFonts w:ascii="Arial" w:cs="Arial" w:eastAsia="Arial" w:hAnsi="Arial"/>
          <w:rtl w:val="0"/>
        </w:rPr>
        <w:t xml:space="preserve">this</w:t>
      </w:r>
      <w:r w:rsidDel="00000000" w:rsidR="00000000" w:rsidRPr="00000000">
        <w:rPr>
          <w:rFonts w:ascii="Arial" w:cs="Arial" w:eastAsia="Arial" w:hAnsi="Arial"/>
          <w:sz w:val="22"/>
          <w:szCs w:val="22"/>
          <w:rtl w:val="0"/>
        </w:rPr>
        <w:t xml:space="preserve"> has got to be done. I have a dad. I have to do it very much to build on the corner piece</w:t>
      </w:r>
      <w:r w:rsidDel="00000000" w:rsidR="00000000" w:rsidRPr="00000000">
        <w:rPr>
          <w:rtl w:val="0"/>
        </w:rPr>
      </w:r>
    </w:p>
    <w:p w:rsidR="00000000" w:rsidDel="00000000" w:rsidP="00000000" w:rsidRDefault="00000000" w:rsidRPr="00000000" w14:paraId="0000035F">
      <w:pPr>
        <w:spacing w:after="0" w:lineRule="auto"/>
        <w:rPr/>
      </w:pPr>
      <w:r w:rsidDel="00000000" w:rsidR="00000000" w:rsidRPr="00000000">
        <w:rPr>
          <w:rtl w:val="0"/>
        </w:rPr>
      </w:r>
    </w:p>
    <w:p w:rsidR="00000000" w:rsidDel="00000000" w:rsidP="00000000" w:rsidRDefault="00000000" w:rsidRPr="00000000" w14:paraId="00000360">
      <w:pPr>
        <w:spacing w:after="0" w:lineRule="auto"/>
        <w:rPr/>
      </w:pPr>
      <w:r w:rsidDel="00000000" w:rsidR="00000000" w:rsidRPr="00000000">
        <w:rPr>
          <w:rFonts w:ascii="Arial" w:cs="Arial" w:eastAsia="Arial" w:hAnsi="Arial"/>
          <w:color w:val="5d7284"/>
          <w:sz w:val="22"/>
          <w:szCs w:val="22"/>
          <w:rtl w:val="0"/>
        </w:rPr>
        <w:t xml:space="preserve">52:47</w:t>
      </w:r>
      <w:r w:rsidDel="00000000" w:rsidR="00000000" w:rsidRPr="00000000">
        <w:rPr>
          <w:rtl w:val="0"/>
        </w:rPr>
      </w:r>
    </w:p>
    <w:p w:rsidR="00000000" w:rsidDel="00000000" w:rsidP="00000000" w:rsidRDefault="00000000" w:rsidRPr="00000000" w14:paraId="00000361">
      <w:pPr>
        <w:spacing w:after="0" w:lineRule="auto"/>
        <w:rPr/>
      </w:pPr>
      <w:r w:rsidDel="00000000" w:rsidR="00000000" w:rsidRPr="00000000">
        <w:rPr>
          <w:rFonts w:ascii="Arial" w:cs="Arial" w:eastAsia="Arial" w:hAnsi="Arial"/>
          <w:sz w:val="22"/>
          <w:szCs w:val="22"/>
          <w:rtl w:val="0"/>
        </w:rPr>
        <w:t xml:space="preserve">down here. She lives in Italy. Now</w:t>
      </w:r>
      <w:r w:rsidDel="00000000" w:rsidR="00000000" w:rsidRPr="00000000">
        <w:rPr>
          <w:rtl w:val="0"/>
        </w:rPr>
      </w:r>
    </w:p>
    <w:p w:rsidR="00000000" w:rsidDel="00000000" w:rsidP="00000000" w:rsidRDefault="00000000" w:rsidRPr="00000000" w14:paraId="00000362">
      <w:pPr>
        <w:spacing w:after="0" w:lineRule="auto"/>
        <w:rPr/>
      </w:pPr>
      <w:r w:rsidDel="00000000" w:rsidR="00000000" w:rsidRPr="00000000">
        <w:rPr>
          <w:rtl w:val="0"/>
        </w:rPr>
      </w:r>
    </w:p>
    <w:p w:rsidR="00000000" w:rsidDel="00000000" w:rsidP="00000000" w:rsidRDefault="00000000" w:rsidRPr="00000000" w14:paraId="00000363">
      <w:pPr>
        <w:spacing w:after="0" w:lineRule="auto"/>
        <w:rPr/>
      </w:pPr>
      <w:r w:rsidDel="00000000" w:rsidR="00000000" w:rsidRPr="00000000">
        <w:rPr>
          <w:rFonts w:ascii="Arial" w:cs="Arial" w:eastAsia="Arial" w:hAnsi="Arial"/>
          <w:color w:val="5d7284"/>
          <w:sz w:val="22"/>
          <w:szCs w:val="22"/>
          <w:rtl w:val="0"/>
        </w:rPr>
        <w:t xml:space="preserve">52:49</w:t>
      </w:r>
      <w:r w:rsidDel="00000000" w:rsidR="00000000" w:rsidRPr="00000000">
        <w:rPr>
          <w:rtl w:val="0"/>
        </w:rPr>
      </w:r>
    </w:p>
    <w:p w:rsidR="00000000" w:rsidDel="00000000" w:rsidP="00000000" w:rsidRDefault="00000000" w:rsidRPr="00000000" w14:paraId="00000364">
      <w:pPr>
        <w:spacing w:after="0" w:lineRule="auto"/>
        <w:rPr/>
      </w:pPr>
      <w:r w:rsidDel="00000000" w:rsidR="00000000" w:rsidRPr="00000000">
        <w:rPr>
          <w:rFonts w:ascii="Arial" w:cs="Arial" w:eastAsia="Arial" w:hAnsi="Arial"/>
          <w:sz w:val="22"/>
          <w:szCs w:val="22"/>
          <w:rtl w:val="0"/>
        </w:rPr>
        <w:t xml:space="preserve">she happens to be home now,</w:t>
      </w:r>
      <w:r w:rsidDel="00000000" w:rsidR="00000000" w:rsidRPr="00000000">
        <w:rPr>
          <w:rtl w:val="0"/>
        </w:rPr>
      </w:r>
    </w:p>
    <w:p w:rsidR="00000000" w:rsidDel="00000000" w:rsidP="00000000" w:rsidRDefault="00000000" w:rsidRPr="00000000" w14:paraId="00000365">
      <w:pPr>
        <w:spacing w:after="0" w:lineRule="auto"/>
        <w:rPr/>
      </w:pPr>
      <w:r w:rsidDel="00000000" w:rsidR="00000000" w:rsidRPr="00000000">
        <w:rPr>
          <w:rtl w:val="0"/>
        </w:rPr>
      </w:r>
    </w:p>
    <w:p w:rsidR="00000000" w:rsidDel="00000000" w:rsidP="00000000" w:rsidRDefault="00000000" w:rsidRPr="00000000" w14:paraId="00000366">
      <w:pPr>
        <w:spacing w:after="0" w:lineRule="auto"/>
        <w:rPr/>
      </w:pPr>
      <w:r w:rsidDel="00000000" w:rsidR="00000000" w:rsidRPr="00000000">
        <w:rPr>
          <w:rFonts w:ascii="Arial" w:cs="Arial" w:eastAsia="Arial" w:hAnsi="Arial"/>
          <w:color w:val="5d7284"/>
          <w:sz w:val="22"/>
          <w:szCs w:val="22"/>
          <w:rtl w:val="0"/>
        </w:rPr>
        <w:t xml:space="preserve">52:57</w:t>
      </w:r>
      <w:r w:rsidDel="00000000" w:rsidR="00000000" w:rsidRPr="00000000">
        <w:rPr>
          <w:rtl w:val="0"/>
        </w:rPr>
      </w:r>
    </w:p>
    <w:p w:rsidR="00000000" w:rsidDel="00000000" w:rsidP="00000000" w:rsidRDefault="00000000" w:rsidRPr="00000000" w14:paraId="00000367">
      <w:pPr>
        <w:spacing w:after="0" w:lineRule="auto"/>
        <w:rPr/>
      </w:pPr>
      <w:r w:rsidDel="00000000" w:rsidR="00000000" w:rsidRPr="00000000">
        <w:rPr>
          <w:rFonts w:ascii="Arial" w:cs="Arial" w:eastAsia="Arial" w:hAnsi="Arial"/>
          <w:sz w:val="22"/>
          <w:szCs w:val="22"/>
          <w:rtl w:val="0"/>
        </w:rPr>
        <w:t xml:space="preserve">yes,</w:t>
      </w:r>
      <w:r w:rsidDel="00000000" w:rsidR="00000000" w:rsidRPr="00000000">
        <w:rPr>
          <w:rtl w:val="0"/>
        </w:rPr>
      </w:r>
    </w:p>
    <w:p w:rsidR="00000000" w:rsidDel="00000000" w:rsidP="00000000" w:rsidRDefault="00000000" w:rsidRPr="00000000" w14:paraId="00000368">
      <w:pPr>
        <w:spacing w:after="0" w:lineRule="auto"/>
        <w:rPr/>
      </w:pPr>
      <w:r w:rsidDel="00000000" w:rsidR="00000000" w:rsidRPr="00000000">
        <w:rPr>
          <w:rtl w:val="0"/>
        </w:rPr>
      </w:r>
    </w:p>
    <w:p w:rsidR="00000000" w:rsidDel="00000000" w:rsidP="00000000" w:rsidRDefault="00000000" w:rsidRPr="00000000" w14:paraId="00000369">
      <w:pPr>
        <w:spacing w:after="0" w:lineRule="auto"/>
        <w:rPr/>
      </w:pPr>
      <w:r w:rsidDel="00000000" w:rsidR="00000000" w:rsidRPr="00000000">
        <w:rPr>
          <w:rFonts w:ascii="Arial" w:cs="Arial" w:eastAsia="Arial" w:hAnsi="Arial"/>
          <w:color w:val="5d7284"/>
          <w:sz w:val="22"/>
          <w:szCs w:val="22"/>
          <w:rtl w:val="0"/>
        </w:rPr>
        <w:t xml:space="preserve">53:00</w:t>
      </w:r>
      <w:r w:rsidDel="00000000" w:rsidR="00000000" w:rsidRPr="00000000">
        <w:rPr>
          <w:rtl w:val="0"/>
        </w:rPr>
      </w:r>
    </w:p>
    <w:p w:rsidR="00000000" w:rsidDel="00000000" w:rsidP="00000000" w:rsidRDefault="00000000" w:rsidRPr="00000000" w14:paraId="0000036A">
      <w:pPr>
        <w:spacing w:after="0" w:lineRule="auto"/>
        <w:rPr/>
      </w:pPr>
      <w:r w:rsidDel="00000000" w:rsidR="00000000" w:rsidRPr="00000000">
        <w:rPr>
          <w:rFonts w:ascii="Arial" w:cs="Arial" w:eastAsia="Arial" w:hAnsi="Arial"/>
          <w:sz w:val="22"/>
          <w:szCs w:val="22"/>
          <w:rtl w:val="0"/>
        </w:rPr>
        <w:t xml:space="preserve">I found a grievance. Likewise, Underhill taxes increased my taxes</w:t>
      </w:r>
      <w:r w:rsidDel="00000000" w:rsidR="00000000" w:rsidRPr="00000000">
        <w:rPr>
          <w:rtl w:val="0"/>
        </w:rPr>
      </w:r>
    </w:p>
    <w:p w:rsidR="00000000" w:rsidDel="00000000" w:rsidP="00000000" w:rsidRDefault="00000000" w:rsidRPr="00000000" w14:paraId="0000036B">
      <w:pPr>
        <w:spacing w:after="0" w:lineRule="auto"/>
        <w:rPr/>
      </w:pPr>
      <w:r w:rsidDel="00000000" w:rsidR="00000000" w:rsidRPr="00000000">
        <w:rPr>
          <w:rtl w:val="0"/>
        </w:rPr>
      </w:r>
    </w:p>
    <w:p w:rsidR="00000000" w:rsidDel="00000000" w:rsidP="00000000" w:rsidRDefault="00000000" w:rsidRPr="00000000" w14:paraId="0000036C">
      <w:pPr>
        <w:spacing w:after="0" w:lineRule="auto"/>
        <w:rPr/>
      </w:pPr>
      <w:r w:rsidDel="00000000" w:rsidR="00000000" w:rsidRPr="00000000">
        <w:rPr>
          <w:rFonts w:ascii="Arial" w:cs="Arial" w:eastAsia="Arial" w:hAnsi="Arial"/>
          <w:color w:val="5d7284"/>
          <w:sz w:val="22"/>
          <w:szCs w:val="22"/>
          <w:rtl w:val="0"/>
        </w:rPr>
        <w:t xml:space="preserve">53:08</w:t>
      </w:r>
      <w:r w:rsidDel="00000000" w:rsidR="00000000" w:rsidRPr="00000000">
        <w:rPr>
          <w:rtl w:val="0"/>
        </w:rPr>
      </w:r>
    </w:p>
    <w:p w:rsidR="00000000" w:rsidDel="00000000" w:rsidP="00000000" w:rsidRDefault="00000000" w:rsidRPr="00000000" w14:paraId="0000036D">
      <w:pPr>
        <w:spacing w:after="0" w:lineRule="auto"/>
        <w:rPr/>
      </w:pPr>
      <w:r w:rsidDel="00000000" w:rsidR="00000000" w:rsidRPr="00000000">
        <w:rPr>
          <w:rFonts w:ascii="Arial" w:cs="Arial" w:eastAsia="Arial" w:hAnsi="Arial"/>
          <w:sz w:val="22"/>
          <w:szCs w:val="22"/>
          <w:rtl w:val="0"/>
        </w:rPr>
        <w:t xml:space="preserve">$1,400 a year to the value</w:t>
      </w:r>
      <w:r w:rsidDel="00000000" w:rsidR="00000000" w:rsidRPr="00000000">
        <w:rPr>
          <w:rtl w:val="0"/>
        </w:rPr>
      </w:r>
    </w:p>
    <w:p w:rsidR="00000000" w:rsidDel="00000000" w:rsidP="00000000" w:rsidRDefault="00000000" w:rsidRPr="00000000" w14:paraId="0000036E">
      <w:pPr>
        <w:spacing w:after="0" w:lineRule="auto"/>
        <w:rPr/>
      </w:pPr>
      <w:r w:rsidDel="00000000" w:rsidR="00000000" w:rsidRPr="00000000">
        <w:rPr>
          <w:rtl w:val="0"/>
        </w:rPr>
      </w:r>
    </w:p>
    <w:p w:rsidR="00000000" w:rsidDel="00000000" w:rsidP="00000000" w:rsidRDefault="00000000" w:rsidRPr="00000000" w14:paraId="0000036F">
      <w:pPr>
        <w:spacing w:after="0" w:lineRule="auto"/>
        <w:rPr/>
      </w:pPr>
      <w:r w:rsidDel="00000000" w:rsidR="00000000" w:rsidRPr="00000000">
        <w:rPr>
          <w:rFonts w:ascii="Arial" w:cs="Arial" w:eastAsia="Arial" w:hAnsi="Arial"/>
          <w:color w:val="5d7284"/>
          <w:sz w:val="22"/>
          <w:szCs w:val="22"/>
          <w:rtl w:val="0"/>
        </w:rPr>
        <w:t xml:space="preserve">53:11</w:t>
      </w:r>
      <w:r w:rsidDel="00000000" w:rsidR="00000000" w:rsidRPr="00000000">
        <w:rPr>
          <w:rtl w:val="0"/>
        </w:rPr>
      </w:r>
    </w:p>
    <w:p w:rsidR="00000000" w:rsidDel="00000000" w:rsidP="00000000" w:rsidRDefault="00000000" w:rsidRPr="00000000" w14:paraId="00000370">
      <w:pPr>
        <w:spacing w:after="0" w:lineRule="auto"/>
        <w:rPr/>
      </w:pPr>
      <w:r w:rsidDel="00000000" w:rsidR="00000000" w:rsidRPr="00000000">
        <w:rPr>
          <w:rFonts w:ascii="Arial" w:cs="Arial" w:eastAsia="Arial" w:hAnsi="Arial"/>
          <w:sz w:val="22"/>
          <w:szCs w:val="22"/>
          <w:rtl w:val="0"/>
        </w:rPr>
        <w:t xml:space="preserve">of $1,400 to $26,000</w:t>
      </w:r>
      <w:r w:rsidDel="00000000" w:rsidR="00000000" w:rsidRPr="00000000">
        <w:rPr>
          <w:rtl w:val="0"/>
        </w:rPr>
      </w:r>
    </w:p>
    <w:p w:rsidR="00000000" w:rsidDel="00000000" w:rsidP="00000000" w:rsidRDefault="00000000" w:rsidRPr="00000000" w14:paraId="00000371">
      <w:pPr>
        <w:spacing w:after="0" w:lineRule="auto"/>
        <w:rPr/>
      </w:pPr>
      <w:r w:rsidDel="00000000" w:rsidR="00000000" w:rsidRPr="00000000">
        <w:rPr>
          <w:rtl w:val="0"/>
        </w:rPr>
      </w:r>
    </w:p>
    <w:p w:rsidR="00000000" w:rsidDel="00000000" w:rsidP="00000000" w:rsidRDefault="00000000" w:rsidRPr="00000000" w14:paraId="00000372">
      <w:pPr>
        <w:spacing w:after="0" w:lineRule="auto"/>
        <w:rPr/>
      </w:pPr>
      <w:r w:rsidDel="00000000" w:rsidR="00000000" w:rsidRPr="00000000">
        <w:rPr>
          <w:rFonts w:ascii="Arial" w:cs="Arial" w:eastAsia="Arial" w:hAnsi="Arial"/>
          <w:color w:val="5d7284"/>
          <w:sz w:val="22"/>
          <w:szCs w:val="22"/>
          <w:rtl w:val="0"/>
        </w:rPr>
        <w:t xml:space="preserve">53:17</w:t>
      </w:r>
      <w:r w:rsidDel="00000000" w:rsidR="00000000" w:rsidRPr="00000000">
        <w:rPr>
          <w:rtl w:val="0"/>
        </w:rPr>
      </w:r>
    </w:p>
    <w:p w:rsidR="00000000" w:rsidDel="00000000" w:rsidP="00000000" w:rsidRDefault="00000000" w:rsidRPr="00000000" w14:paraId="00000373">
      <w:pPr>
        <w:spacing w:after="0" w:lineRule="auto"/>
        <w:rPr/>
      </w:pPr>
      <w:r w:rsidDel="00000000" w:rsidR="00000000" w:rsidRPr="00000000">
        <w:rPr>
          <w:rFonts w:ascii="Arial" w:cs="Arial" w:eastAsia="Arial" w:hAnsi="Arial"/>
          <w:sz w:val="22"/>
          <w:szCs w:val="22"/>
          <w:rtl w:val="0"/>
        </w:rPr>
        <w:t xml:space="preserve">well, when I agreed it,</w:t>
      </w:r>
      <w:r w:rsidDel="00000000" w:rsidR="00000000" w:rsidRPr="00000000">
        <w:rPr>
          <w:rtl w:val="0"/>
        </w:rPr>
      </w:r>
    </w:p>
    <w:p w:rsidR="00000000" w:rsidDel="00000000" w:rsidP="00000000" w:rsidRDefault="00000000" w:rsidRPr="00000000" w14:paraId="00000374">
      <w:pPr>
        <w:spacing w:after="0" w:lineRule="auto"/>
        <w:rPr/>
      </w:pPr>
      <w:r w:rsidDel="00000000" w:rsidR="00000000" w:rsidRPr="00000000">
        <w:rPr>
          <w:rtl w:val="0"/>
        </w:rPr>
      </w:r>
    </w:p>
    <w:p w:rsidR="00000000" w:rsidDel="00000000" w:rsidP="00000000" w:rsidRDefault="00000000" w:rsidRPr="00000000" w14:paraId="00000375">
      <w:pPr>
        <w:spacing w:after="0" w:lineRule="auto"/>
        <w:rPr/>
      </w:pPr>
      <w:r w:rsidDel="00000000" w:rsidR="00000000" w:rsidRPr="00000000">
        <w:rPr>
          <w:rFonts w:ascii="Arial" w:cs="Arial" w:eastAsia="Arial" w:hAnsi="Arial"/>
          <w:color w:val="5d7284"/>
          <w:sz w:val="22"/>
          <w:szCs w:val="22"/>
          <w:rtl w:val="0"/>
        </w:rPr>
        <w:t xml:space="preserve">53:20</w:t>
      </w:r>
      <w:r w:rsidDel="00000000" w:rsidR="00000000" w:rsidRPr="00000000">
        <w:rPr>
          <w:rtl w:val="0"/>
        </w:rPr>
      </w:r>
    </w:p>
    <w:p w:rsidR="00000000" w:rsidDel="00000000" w:rsidP="00000000" w:rsidRDefault="00000000" w:rsidRPr="00000000" w14:paraId="00000376">
      <w:pPr>
        <w:spacing w:after="0" w:lineRule="auto"/>
        <w:rPr/>
      </w:pPr>
      <w:r w:rsidDel="00000000" w:rsidR="00000000" w:rsidRPr="00000000">
        <w:rPr>
          <w:rFonts w:ascii="Arial" w:cs="Arial" w:eastAsia="Arial" w:hAnsi="Arial"/>
          <w:sz w:val="22"/>
          <w:szCs w:val="22"/>
          <w:rtl w:val="0"/>
        </w:rPr>
        <w:t xml:space="preserve">they came up</w:t>
      </w:r>
      <w:r w:rsidDel="00000000" w:rsidR="00000000" w:rsidRPr="00000000">
        <w:rPr>
          <w:rtl w:val="0"/>
        </w:rPr>
      </w:r>
    </w:p>
    <w:p w:rsidR="00000000" w:rsidDel="00000000" w:rsidP="00000000" w:rsidRDefault="00000000" w:rsidRPr="00000000" w14:paraId="00000377">
      <w:pPr>
        <w:spacing w:after="0" w:lineRule="auto"/>
        <w:rPr/>
      </w:pPr>
      <w:r w:rsidDel="00000000" w:rsidR="00000000" w:rsidRPr="00000000">
        <w:rPr>
          <w:rtl w:val="0"/>
        </w:rPr>
      </w:r>
    </w:p>
    <w:p w:rsidR="00000000" w:rsidDel="00000000" w:rsidP="00000000" w:rsidRDefault="00000000" w:rsidRPr="00000000" w14:paraId="00000378">
      <w:pPr>
        <w:spacing w:after="0" w:lineRule="auto"/>
        <w:rPr/>
      </w:pPr>
      <w:r w:rsidDel="00000000" w:rsidR="00000000" w:rsidRPr="00000000">
        <w:rPr>
          <w:rFonts w:ascii="Arial" w:cs="Arial" w:eastAsia="Arial" w:hAnsi="Arial"/>
          <w:color w:val="5d7284"/>
          <w:sz w:val="22"/>
          <w:szCs w:val="22"/>
          <w:rtl w:val="0"/>
        </w:rPr>
        <w:t xml:space="preserve">53:22</w:t>
      </w:r>
      <w:r w:rsidDel="00000000" w:rsidR="00000000" w:rsidRPr="00000000">
        <w:rPr>
          <w:rtl w:val="0"/>
        </w:rPr>
      </w:r>
    </w:p>
    <w:p w:rsidR="00000000" w:rsidDel="00000000" w:rsidP="00000000" w:rsidRDefault="00000000" w:rsidRPr="00000000" w14:paraId="00000379">
      <w:pPr>
        <w:spacing w:after="0" w:lineRule="auto"/>
        <w:rPr/>
      </w:pPr>
      <w:r w:rsidDel="00000000" w:rsidR="00000000" w:rsidRPr="00000000">
        <w:rPr>
          <w:rFonts w:ascii="Arial" w:cs="Arial" w:eastAsia="Arial" w:hAnsi="Arial"/>
          <w:sz w:val="22"/>
          <w:szCs w:val="22"/>
          <w:rtl w:val="0"/>
        </w:rPr>
        <w:t xml:space="preserve">and others on the board of listeners. I couldn't they basically agreed with the,</w:t>
      </w:r>
      <w:r w:rsidDel="00000000" w:rsidR="00000000" w:rsidRPr="00000000">
        <w:rPr>
          <w:rtl w:val="0"/>
        </w:rPr>
      </w:r>
    </w:p>
    <w:p w:rsidR="00000000" w:rsidDel="00000000" w:rsidP="00000000" w:rsidRDefault="00000000" w:rsidRPr="00000000" w14:paraId="0000037A">
      <w:pPr>
        <w:spacing w:after="0" w:lineRule="auto"/>
        <w:rPr/>
      </w:pPr>
      <w:r w:rsidDel="00000000" w:rsidR="00000000" w:rsidRPr="00000000">
        <w:rPr>
          <w:rtl w:val="0"/>
        </w:rPr>
      </w:r>
    </w:p>
    <w:p w:rsidR="00000000" w:rsidDel="00000000" w:rsidP="00000000" w:rsidRDefault="00000000" w:rsidRPr="00000000" w14:paraId="0000037B">
      <w:pPr>
        <w:spacing w:after="0" w:lineRule="auto"/>
        <w:rPr/>
      </w:pPr>
      <w:r w:rsidDel="00000000" w:rsidR="00000000" w:rsidRPr="00000000">
        <w:rPr>
          <w:rFonts w:ascii="Arial" w:cs="Arial" w:eastAsia="Arial" w:hAnsi="Arial"/>
          <w:color w:val="5d7284"/>
          <w:sz w:val="22"/>
          <w:szCs w:val="22"/>
          <w:rtl w:val="0"/>
        </w:rPr>
        <w:t xml:space="preserve">53:30</w:t>
      </w:r>
      <w:r w:rsidDel="00000000" w:rsidR="00000000" w:rsidRPr="00000000">
        <w:rPr>
          <w:rtl w:val="0"/>
        </w:rPr>
      </w:r>
    </w:p>
    <w:p w:rsidR="00000000" w:rsidDel="00000000" w:rsidP="00000000" w:rsidRDefault="00000000" w:rsidRPr="00000000" w14:paraId="0000037C">
      <w:pPr>
        <w:spacing w:after="0" w:lineRule="auto"/>
        <w:rPr/>
      </w:pPr>
      <w:r w:rsidDel="00000000" w:rsidR="00000000" w:rsidRPr="00000000">
        <w:rPr>
          <w:rFonts w:ascii="Arial" w:cs="Arial" w:eastAsia="Arial" w:hAnsi="Arial"/>
          <w:sz w:val="22"/>
          <w:szCs w:val="22"/>
          <w:rtl w:val="0"/>
        </w:rPr>
        <w:t xml:space="preserve">with the land surveyor who </w:t>
      </w:r>
      <w:r w:rsidDel="00000000" w:rsidR="00000000" w:rsidRPr="00000000">
        <w:rPr>
          <w:rFonts w:ascii="Arial" w:cs="Arial" w:eastAsia="Arial" w:hAnsi="Arial"/>
          <w:rtl w:val="0"/>
        </w:rPr>
        <w:t xml:space="preserve">did</w:t>
      </w:r>
      <w:r w:rsidDel="00000000" w:rsidR="00000000" w:rsidRPr="00000000">
        <w:rPr>
          <w:rFonts w:ascii="Arial" w:cs="Arial" w:eastAsia="Arial" w:hAnsi="Arial"/>
          <w:sz w:val="22"/>
          <w:szCs w:val="22"/>
          <w:rtl w:val="0"/>
        </w:rPr>
        <w:t xml:space="preserve"> all the work, the private guy they hired. </w:t>
      </w:r>
      <w:r w:rsidDel="00000000" w:rsidR="00000000" w:rsidRPr="00000000">
        <w:rPr>
          <w:rFonts w:ascii="Arial" w:cs="Arial" w:eastAsia="Arial" w:hAnsi="Arial"/>
          <w:rtl w:val="0"/>
        </w:rPr>
        <w:t xml:space="preserve">So I</w:t>
      </w:r>
      <w:r w:rsidDel="00000000" w:rsidR="00000000" w:rsidRPr="00000000">
        <w:rPr>
          <w:rFonts w:ascii="Arial" w:cs="Arial" w:eastAsia="Arial" w:hAnsi="Arial"/>
          <w:sz w:val="22"/>
          <w:szCs w:val="22"/>
          <w:rtl w:val="0"/>
        </w:rPr>
        <w:t xml:space="preserve"> got nailed with a very, very heavy tax increase.</w:t>
      </w:r>
      <w:r w:rsidDel="00000000" w:rsidR="00000000" w:rsidRPr="00000000">
        <w:rPr>
          <w:rtl w:val="0"/>
        </w:rPr>
      </w:r>
    </w:p>
    <w:p w:rsidR="00000000" w:rsidDel="00000000" w:rsidP="00000000" w:rsidRDefault="00000000" w:rsidRPr="00000000" w14:paraId="0000037D">
      <w:pPr>
        <w:spacing w:after="0" w:lineRule="auto"/>
        <w:rPr/>
      </w:pPr>
      <w:r w:rsidDel="00000000" w:rsidR="00000000" w:rsidRPr="00000000">
        <w:rPr>
          <w:rtl w:val="0"/>
        </w:rPr>
      </w:r>
    </w:p>
    <w:p w:rsidR="00000000" w:rsidDel="00000000" w:rsidP="00000000" w:rsidRDefault="00000000" w:rsidRPr="00000000" w14:paraId="0000037E">
      <w:pPr>
        <w:spacing w:after="0" w:lineRule="auto"/>
        <w:rPr/>
      </w:pPr>
      <w:r w:rsidDel="00000000" w:rsidR="00000000" w:rsidRPr="00000000">
        <w:rPr>
          <w:rFonts w:ascii="Arial" w:cs="Arial" w:eastAsia="Arial" w:hAnsi="Arial"/>
          <w:color w:val="5d7284"/>
          <w:sz w:val="22"/>
          <w:szCs w:val="22"/>
          <w:rtl w:val="0"/>
        </w:rPr>
        <w:t xml:space="preserve">53:40</w:t>
      </w:r>
      <w:r w:rsidDel="00000000" w:rsidR="00000000" w:rsidRPr="00000000">
        <w:rPr>
          <w:rtl w:val="0"/>
        </w:rPr>
      </w:r>
    </w:p>
    <w:p w:rsidR="00000000" w:rsidDel="00000000" w:rsidP="00000000" w:rsidRDefault="00000000" w:rsidRPr="00000000" w14:paraId="0000037F">
      <w:pPr>
        <w:spacing w:after="0" w:lineRule="auto"/>
        <w:rPr/>
      </w:pPr>
      <w:r w:rsidDel="00000000" w:rsidR="00000000" w:rsidRPr="00000000">
        <w:rPr>
          <w:rFonts w:ascii="Arial" w:cs="Arial" w:eastAsia="Arial" w:hAnsi="Arial"/>
          <w:sz w:val="22"/>
          <w:szCs w:val="22"/>
          <w:rtl w:val="0"/>
        </w:rPr>
        <w:t xml:space="preserve">Wow.</w:t>
      </w:r>
      <w:r w:rsidDel="00000000" w:rsidR="00000000" w:rsidRPr="00000000">
        <w:rPr>
          <w:rtl w:val="0"/>
        </w:rPr>
      </w:r>
    </w:p>
    <w:p w:rsidR="00000000" w:rsidDel="00000000" w:rsidP="00000000" w:rsidRDefault="00000000" w:rsidRPr="00000000" w14:paraId="00000380">
      <w:pPr>
        <w:spacing w:after="0" w:lineRule="auto"/>
        <w:rPr/>
      </w:pPr>
      <w:r w:rsidDel="00000000" w:rsidR="00000000" w:rsidRPr="00000000">
        <w:rPr>
          <w:rtl w:val="0"/>
        </w:rPr>
      </w:r>
    </w:p>
    <w:p w:rsidR="00000000" w:rsidDel="00000000" w:rsidP="00000000" w:rsidRDefault="00000000" w:rsidRPr="00000000" w14:paraId="00000381">
      <w:pPr>
        <w:spacing w:after="0" w:lineRule="auto"/>
        <w:rPr/>
      </w:pPr>
      <w:r w:rsidDel="00000000" w:rsidR="00000000" w:rsidRPr="00000000">
        <w:rPr>
          <w:rFonts w:ascii="Arial" w:cs="Arial" w:eastAsia="Arial" w:hAnsi="Arial"/>
          <w:color w:val="5d7284"/>
          <w:sz w:val="22"/>
          <w:szCs w:val="22"/>
          <w:rtl w:val="0"/>
        </w:rPr>
        <w:t xml:space="preserve">53:44</w:t>
      </w:r>
      <w:r w:rsidDel="00000000" w:rsidR="00000000" w:rsidRPr="00000000">
        <w:rPr>
          <w:rtl w:val="0"/>
        </w:rPr>
      </w:r>
    </w:p>
    <w:p w:rsidR="00000000" w:rsidDel="00000000" w:rsidP="00000000" w:rsidRDefault="00000000" w:rsidRPr="00000000" w14:paraId="00000382">
      <w:pPr>
        <w:spacing w:after="0" w:lineRule="auto"/>
        <w:rPr/>
      </w:pPr>
      <w:r w:rsidDel="00000000" w:rsidR="00000000" w:rsidRPr="00000000">
        <w:rPr>
          <w:rFonts w:ascii="Arial" w:cs="Arial" w:eastAsia="Arial" w:hAnsi="Arial"/>
          <w:sz w:val="22"/>
          <w:szCs w:val="22"/>
          <w:rtl w:val="0"/>
        </w:rPr>
        <w:t xml:space="preserve">Toilet.</w:t>
      </w:r>
      <w:r w:rsidDel="00000000" w:rsidR="00000000" w:rsidRPr="00000000">
        <w:rPr>
          <w:rtl w:val="0"/>
        </w:rPr>
      </w:r>
    </w:p>
    <w:p w:rsidR="00000000" w:rsidDel="00000000" w:rsidP="00000000" w:rsidRDefault="00000000" w:rsidRPr="00000000" w14:paraId="00000383">
      <w:pPr>
        <w:spacing w:after="0" w:lineRule="auto"/>
        <w:rPr/>
      </w:pPr>
      <w:r w:rsidDel="00000000" w:rsidR="00000000" w:rsidRPr="00000000">
        <w:rPr>
          <w:rtl w:val="0"/>
        </w:rPr>
      </w:r>
    </w:p>
    <w:p w:rsidR="00000000" w:rsidDel="00000000" w:rsidP="00000000" w:rsidRDefault="00000000" w:rsidRPr="00000000" w14:paraId="00000384">
      <w:pPr>
        <w:spacing w:after="0" w:lineRule="auto"/>
        <w:rPr/>
      </w:pPr>
      <w:r w:rsidDel="00000000" w:rsidR="00000000" w:rsidRPr="00000000">
        <w:rPr>
          <w:rFonts w:ascii="Arial" w:cs="Arial" w:eastAsia="Arial" w:hAnsi="Arial"/>
          <w:color w:val="5d7284"/>
          <w:sz w:val="22"/>
          <w:szCs w:val="22"/>
          <w:rtl w:val="0"/>
        </w:rPr>
        <w:t xml:space="preserve">53:47</w:t>
      </w:r>
      <w:r w:rsidDel="00000000" w:rsidR="00000000" w:rsidRPr="00000000">
        <w:rPr>
          <w:rtl w:val="0"/>
        </w:rPr>
      </w:r>
    </w:p>
    <w:p w:rsidR="00000000" w:rsidDel="00000000" w:rsidP="00000000" w:rsidRDefault="00000000" w:rsidRPr="00000000" w14:paraId="00000385">
      <w:pPr>
        <w:spacing w:after="0" w:lineRule="auto"/>
        <w:rPr/>
      </w:pPr>
      <w:r w:rsidDel="00000000" w:rsidR="00000000" w:rsidRPr="00000000">
        <w:rPr>
          <w:rFonts w:ascii="Arial" w:cs="Arial" w:eastAsia="Arial" w:hAnsi="Arial"/>
          <w:sz w:val="22"/>
          <w:szCs w:val="22"/>
          <w:rtl w:val="0"/>
        </w:rPr>
        <w:t xml:space="preserve">There must be one here somewhere. </w:t>
      </w:r>
      <w:r w:rsidDel="00000000" w:rsidR="00000000" w:rsidRPr="00000000">
        <w:rPr>
          <w:rFonts w:ascii="Arial" w:cs="Arial" w:eastAsia="Arial" w:hAnsi="Arial"/>
          <w:rtl w:val="0"/>
        </w:rPr>
        <w:t xml:space="preserve">I'm</w:t>
      </w:r>
      <w:r w:rsidDel="00000000" w:rsidR="00000000" w:rsidRPr="00000000">
        <w:rPr>
          <w:rFonts w:ascii="Arial" w:cs="Arial" w:eastAsia="Arial" w:hAnsi="Arial"/>
          <w:sz w:val="22"/>
          <w:szCs w:val="22"/>
          <w:rtl w:val="0"/>
        </w:rPr>
        <w:t xml:space="preserve"> trying to think of what </w:t>
      </w:r>
      <w:r w:rsidDel="00000000" w:rsidR="00000000" w:rsidRPr="00000000">
        <w:rPr>
          <w:rFonts w:ascii="Arial" w:cs="Arial" w:eastAsia="Arial" w:hAnsi="Arial"/>
          <w:rtl w:val="0"/>
        </w:rPr>
        <w:t xml:space="preserve">is</w:t>
      </w:r>
      <w:r w:rsidDel="00000000" w:rsidR="00000000" w:rsidRPr="00000000">
        <w:rPr>
          <w:rFonts w:ascii="Arial" w:cs="Arial" w:eastAsia="Arial" w:hAnsi="Arial"/>
          <w:sz w:val="22"/>
          <w:szCs w:val="22"/>
          <w:rtl w:val="0"/>
        </w:rPr>
        <w:t xml:space="preserve"> most convenient? Maybe the</w:t>
      </w:r>
      <w:r w:rsidDel="00000000" w:rsidR="00000000" w:rsidRPr="00000000">
        <w:rPr>
          <w:rtl w:val="0"/>
        </w:rPr>
      </w:r>
    </w:p>
    <w:p w:rsidR="00000000" w:rsidDel="00000000" w:rsidP="00000000" w:rsidRDefault="00000000" w:rsidRPr="00000000" w14:paraId="00000386">
      <w:pPr>
        <w:spacing w:after="0" w:lineRule="auto"/>
        <w:rPr/>
      </w:pPr>
      <w:r w:rsidDel="00000000" w:rsidR="00000000" w:rsidRPr="00000000">
        <w:rPr>
          <w:rtl w:val="0"/>
        </w:rPr>
      </w:r>
    </w:p>
    <w:p w:rsidR="00000000" w:rsidDel="00000000" w:rsidP="00000000" w:rsidRDefault="00000000" w:rsidRPr="00000000" w14:paraId="00000387">
      <w:pPr>
        <w:spacing w:after="0" w:lineRule="auto"/>
        <w:rPr/>
      </w:pPr>
      <w:r w:rsidDel="00000000" w:rsidR="00000000" w:rsidRPr="00000000">
        <w:rPr>
          <w:rFonts w:ascii="Arial" w:cs="Arial" w:eastAsia="Arial" w:hAnsi="Arial"/>
          <w:color w:val="5d7284"/>
          <w:sz w:val="22"/>
          <w:szCs w:val="22"/>
          <w:rtl w:val="0"/>
        </w:rPr>
        <w:t xml:space="preserve">53:53</w:t>
      </w:r>
      <w:r w:rsidDel="00000000" w:rsidR="00000000" w:rsidRPr="00000000">
        <w:rPr>
          <w:rtl w:val="0"/>
        </w:rPr>
      </w:r>
    </w:p>
    <w:p w:rsidR="00000000" w:rsidDel="00000000" w:rsidP="00000000" w:rsidRDefault="00000000" w:rsidRPr="00000000" w14:paraId="00000388">
      <w:pPr>
        <w:spacing w:after="0" w:lineRule="auto"/>
        <w:rPr/>
      </w:pPr>
      <w:r w:rsidDel="00000000" w:rsidR="00000000" w:rsidRPr="00000000">
        <w:rPr>
          <w:rFonts w:ascii="Arial" w:cs="Arial" w:eastAsia="Arial" w:hAnsi="Arial"/>
          <w:sz w:val="22"/>
          <w:szCs w:val="22"/>
          <w:rtl w:val="0"/>
        </w:rPr>
        <w:t xml:space="preserve">barn. What are we talking about for </w:t>
      </w:r>
      <w:r w:rsidDel="00000000" w:rsidR="00000000" w:rsidRPr="00000000">
        <w:rPr>
          <w:rFonts w:ascii="Arial" w:cs="Arial" w:eastAsia="Arial" w:hAnsi="Arial"/>
          <w:rtl w:val="0"/>
        </w:rPr>
        <w:t xml:space="preserve">toilets</w:t>
      </w:r>
      <w:r w:rsidDel="00000000" w:rsidR="00000000" w:rsidRPr="00000000">
        <w:rPr>
          <w:rFonts w:ascii="Arial" w:cs="Arial" w:eastAsia="Arial" w:hAnsi="Arial"/>
          <w:sz w:val="22"/>
          <w:szCs w:val="22"/>
          <w:rtl w:val="0"/>
        </w:rPr>
        <w:t xml:space="preserve">? Oh, that's actually, that's what I just said. I can show you this,</w:t>
      </w:r>
      <w:r w:rsidDel="00000000" w:rsidR="00000000" w:rsidRPr="00000000">
        <w:rPr>
          <w:rtl w:val="0"/>
        </w:rPr>
      </w:r>
    </w:p>
    <w:p w:rsidR="00000000" w:rsidDel="00000000" w:rsidP="00000000" w:rsidRDefault="00000000" w:rsidRPr="00000000" w14:paraId="00000389">
      <w:pPr>
        <w:spacing w:after="0" w:lineRule="auto"/>
        <w:rPr/>
      </w:pPr>
      <w:r w:rsidDel="00000000" w:rsidR="00000000" w:rsidRPr="00000000">
        <w:rPr>
          <w:rtl w:val="0"/>
        </w:rPr>
      </w:r>
    </w:p>
    <w:p w:rsidR="00000000" w:rsidDel="00000000" w:rsidP="00000000" w:rsidRDefault="00000000" w:rsidRPr="00000000" w14:paraId="0000038A">
      <w:pPr>
        <w:spacing w:after="0" w:lineRule="auto"/>
        <w:rPr/>
      </w:pPr>
      <w:r w:rsidDel="00000000" w:rsidR="00000000" w:rsidRPr="00000000">
        <w:rPr>
          <w:rFonts w:ascii="Arial" w:cs="Arial" w:eastAsia="Arial" w:hAnsi="Arial"/>
          <w:color w:val="5d7284"/>
          <w:sz w:val="22"/>
          <w:szCs w:val="22"/>
          <w:rtl w:val="0"/>
        </w:rPr>
        <w:t xml:space="preserve">54:04</w:t>
      </w:r>
      <w:r w:rsidDel="00000000" w:rsidR="00000000" w:rsidRPr="00000000">
        <w:rPr>
          <w:rtl w:val="0"/>
        </w:rPr>
      </w:r>
    </w:p>
    <w:p w:rsidR="00000000" w:rsidDel="00000000" w:rsidP="00000000" w:rsidRDefault="00000000" w:rsidRPr="00000000" w14:paraId="0000038B">
      <w:pPr>
        <w:spacing w:after="0" w:lineRule="auto"/>
        <w:rPr/>
      </w:pPr>
      <w:r w:rsidDel="00000000" w:rsidR="00000000" w:rsidRPr="00000000">
        <w:rPr>
          <w:rFonts w:ascii="Arial" w:cs="Arial" w:eastAsia="Arial" w:hAnsi="Arial"/>
          <w:sz w:val="22"/>
          <w:szCs w:val="22"/>
          <w:rtl w:val="0"/>
        </w:rPr>
        <w:t xml:space="preserve">Jane, Jane, don't get up</w:t>
      </w:r>
      <w:r w:rsidDel="00000000" w:rsidR="00000000" w:rsidRPr="00000000">
        <w:rPr>
          <w:rtl w:val="0"/>
        </w:rPr>
      </w:r>
    </w:p>
    <w:p w:rsidR="00000000" w:rsidDel="00000000" w:rsidP="00000000" w:rsidRDefault="00000000" w:rsidRPr="00000000" w14:paraId="0000038C">
      <w:pPr>
        <w:spacing w:after="0" w:lineRule="auto"/>
        <w:rPr/>
      </w:pPr>
      <w:r w:rsidDel="00000000" w:rsidR="00000000" w:rsidRPr="00000000">
        <w:rPr>
          <w:rtl w:val="0"/>
        </w:rPr>
      </w:r>
    </w:p>
    <w:p w:rsidR="00000000" w:rsidDel="00000000" w:rsidP="00000000" w:rsidRDefault="00000000" w:rsidRPr="00000000" w14:paraId="0000038D">
      <w:pPr>
        <w:spacing w:after="0" w:lineRule="auto"/>
        <w:rPr/>
      </w:pPr>
      <w:r w:rsidDel="00000000" w:rsidR="00000000" w:rsidRPr="00000000">
        <w:rPr>
          <w:rFonts w:ascii="Arial" w:cs="Arial" w:eastAsia="Arial" w:hAnsi="Arial"/>
          <w:color w:val="5d7284"/>
          <w:sz w:val="22"/>
          <w:szCs w:val="22"/>
          <w:rtl w:val="0"/>
        </w:rPr>
        <w:t xml:space="preserve">54:10</w:t>
      </w:r>
      <w:r w:rsidDel="00000000" w:rsidR="00000000" w:rsidRPr="00000000">
        <w:rPr>
          <w:rtl w:val="0"/>
        </w:rPr>
      </w:r>
    </w:p>
    <w:p w:rsidR="00000000" w:rsidDel="00000000" w:rsidP="00000000" w:rsidRDefault="00000000" w:rsidRPr="00000000" w14:paraId="0000038E">
      <w:pPr>
        <w:spacing w:after="0" w:lineRule="auto"/>
        <w:rPr/>
      </w:pPr>
      <w:r w:rsidDel="00000000" w:rsidR="00000000" w:rsidRPr="00000000">
        <w:rPr>
          <w:rFonts w:ascii="Arial" w:cs="Arial" w:eastAsia="Arial" w:hAnsi="Arial"/>
          <w:sz w:val="22"/>
          <w:szCs w:val="22"/>
          <w:rtl w:val="0"/>
        </w:rPr>
        <w:t xml:space="preserve">and thank you.</w:t>
      </w:r>
      <w:r w:rsidDel="00000000" w:rsidR="00000000" w:rsidRPr="00000000">
        <w:rPr>
          <w:rtl w:val="0"/>
        </w:rPr>
      </w:r>
    </w:p>
    <w:p w:rsidR="00000000" w:rsidDel="00000000" w:rsidP="00000000" w:rsidRDefault="00000000" w:rsidRPr="00000000" w14:paraId="0000038F">
      <w:pPr>
        <w:spacing w:after="0" w:lineRule="auto"/>
        <w:rPr/>
      </w:pPr>
      <w:r w:rsidDel="00000000" w:rsidR="00000000" w:rsidRPr="00000000">
        <w:rPr>
          <w:rtl w:val="0"/>
        </w:rPr>
      </w:r>
    </w:p>
    <w:p w:rsidR="00000000" w:rsidDel="00000000" w:rsidP="00000000" w:rsidRDefault="00000000" w:rsidRPr="00000000" w14:paraId="00000390">
      <w:pPr>
        <w:spacing w:after="0" w:lineRule="auto"/>
        <w:rPr/>
      </w:pPr>
      <w:r w:rsidDel="00000000" w:rsidR="00000000" w:rsidRPr="00000000">
        <w:rPr>
          <w:rFonts w:ascii="Arial" w:cs="Arial" w:eastAsia="Arial" w:hAnsi="Arial"/>
          <w:color w:val="5d7284"/>
          <w:sz w:val="22"/>
          <w:szCs w:val="22"/>
          <w:rtl w:val="0"/>
        </w:rPr>
        <w:t xml:space="preserve">54:12</w:t>
      </w:r>
      <w:r w:rsidDel="00000000" w:rsidR="00000000" w:rsidRPr="00000000">
        <w:rPr>
          <w:rtl w:val="0"/>
        </w:rPr>
      </w:r>
    </w:p>
    <w:p w:rsidR="00000000" w:rsidDel="00000000" w:rsidP="00000000" w:rsidRDefault="00000000" w:rsidRPr="00000000" w14:paraId="00000391">
      <w:pPr>
        <w:spacing w:after="0" w:lineRule="auto"/>
        <w:rPr/>
      </w:pPr>
      <w:r w:rsidDel="00000000" w:rsidR="00000000" w:rsidRPr="00000000">
        <w:rPr>
          <w:rFonts w:ascii="Arial" w:cs="Arial" w:eastAsia="Arial" w:hAnsi="Arial"/>
          <w:sz w:val="22"/>
          <w:szCs w:val="22"/>
          <w:rtl w:val="0"/>
        </w:rPr>
        <w:t xml:space="preserve">Let me know if you want to chat about rehab. I will. I will, always willing.</w:t>
      </w:r>
      <w:r w:rsidDel="00000000" w:rsidR="00000000" w:rsidRPr="00000000">
        <w:rPr>
          <w:rtl w:val="0"/>
        </w:rPr>
      </w:r>
    </w:p>
    <w:p w:rsidR="00000000" w:rsidDel="00000000" w:rsidP="00000000" w:rsidRDefault="00000000" w:rsidRPr="00000000" w14:paraId="00000392">
      <w:pPr>
        <w:spacing w:after="0" w:lineRule="auto"/>
        <w:rPr/>
      </w:pPr>
      <w:r w:rsidDel="00000000" w:rsidR="00000000" w:rsidRPr="00000000">
        <w:rPr>
          <w:rtl w:val="0"/>
        </w:rPr>
      </w:r>
    </w:p>
    <w:p w:rsidR="00000000" w:rsidDel="00000000" w:rsidP="00000000" w:rsidRDefault="00000000" w:rsidRPr="00000000" w14:paraId="00000393">
      <w:pPr>
        <w:spacing w:after="0" w:lineRule="auto"/>
        <w:rPr/>
      </w:pPr>
      <w:r w:rsidDel="00000000" w:rsidR="00000000" w:rsidRPr="00000000">
        <w:rPr>
          <w:rFonts w:ascii="Arial" w:cs="Arial" w:eastAsia="Arial" w:hAnsi="Arial"/>
          <w:color w:val="5d7284"/>
          <w:sz w:val="22"/>
          <w:szCs w:val="22"/>
          <w:rtl w:val="0"/>
        </w:rPr>
        <w:t xml:space="preserve">54:22</w:t>
      </w:r>
      <w:r w:rsidDel="00000000" w:rsidR="00000000" w:rsidRPr="00000000">
        <w:rPr>
          <w:rtl w:val="0"/>
        </w:rPr>
      </w:r>
    </w:p>
    <w:p w:rsidR="00000000" w:rsidDel="00000000" w:rsidP="00000000" w:rsidRDefault="00000000" w:rsidRPr="00000000" w14:paraId="00000394">
      <w:pPr>
        <w:spacing w:after="0" w:lineRule="auto"/>
        <w:rPr/>
      </w:pPr>
      <w:r w:rsidDel="00000000" w:rsidR="00000000" w:rsidRPr="00000000">
        <w:rPr>
          <w:rFonts w:ascii="Arial" w:cs="Arial" w:eastAsia="Arial" w:hAnsi="Arial"/>
          <w:sz w:val="22"/>
          <w:szCs w:val="22"/>
          <w:rtl w:val="0"/>
        </w:rPr>
        <w:t xml:space="preserve">Sure. So how old are you? Four years old.</w:t>
      </w:r>
      <w:r w:rsidDel="00000000" w:rsidR="00000000" w:rsidRPr="00000000">
        <w:rPr>
          <w:rtl w:val="0"/>
        </w:rPr>
      </w:r>
    </w:p>
    <w:p w:rsidR="00000000" w:rsidDel="00000000" w:rsidP="00000000" w:rsidRDefault="00000000" w:rsidRPr="00000000" w14:paraId="00000395">
      <w:pPr>
        <w:spacing w:after="0" w:lineRule="auto"/>
        <w:rPr/>
      </w:pPr>
      <w:r w:rsidDel="00000000" w:rsidR="00000000" w:rsidRPr="00000000">
        <w:rPr>
          <w:rtl w:val="0"/>
        </w:rPr>
      </w:r>
    </w:p>
    <w:p w:rsidR="00000000" w:rsidDel="00000000" w:rsidP="00000000" w:rsidRDefault="00000000" w:rsidRPr="00000000" w14:paraId="00000396">
      <w:pPr>
        <w:spacing w:after="0" w:lineRule="auto"/>
        <w:rPr/>
      </w:pPr>
      <w:r w:rsidDel="00000000" w:rsidR="00000000" w:rsidRPr="00000000">
        <w:rPr>
          <w:rFonts w:ascii="Arial" w:cs="Arial" w:eastAsia="Arial" w:hAnsi="Arial"/>
          <w:color w:val="5d7284"/>
          <w:sz w:val="22"/>
          <w:szCs w:val="22"/>
          <w:rtl w:val="0"/>
        </w:rPr>
        <w:t xml:space="preserve">54:25</w:t>
      </w:r>
      <w:r w:rsidDel="00000000" w:rsidR="00000000" w:rsidRPr="00000000">
        <w:rPr>
          <w:rtl w:val="0"/>
        </w:rPr>
      </w:r>
    </w:p>
    <w:p w:rsidR="00000000" w:rsidDel="00000000" w:rsidP="00000000" w:rsidRDefault="00000000" w:rsidRPr="00000000" w14:paraId="00000397">
      <w:pPr>
        <w:spacing w:after="0" w:lineRule="auto"/>
        <w:rPr/>
      </w:pPr>
      <w:r w:rsidDel="00000000" w:rsidR="00000000" w:rsidRPr="00000000">
        <w:rPr>
          <w:rFonts w:ascii="Arial" w:cs="Arial" w:eastAsia="Arial" w:hAnsi="Arial"/>
          <w:sz w:val="22"/>
          <w:szCs w:val="22"/>
          <w:rtl w:val="0"/>
        </w:rPr>
        <w:t xml:space="preserve">Five,</w:t>
      </w:r>
      <w:r w:rsidDel="00000000" w:rsidR="00000000" w:rsidRPr="00000000">
        <w:rPr>
          <w:rtl w:val="0"/>
        </w:rPr>
      </w:r>
    </w:p>
    <w:p w:rsidR="00000000" w:rsidDel="00000000" w:rsidP="00000000" w:rsidRDefault="00000000" w:rsidRPr="00000000" w14:paraId="00000398">
      <w:pPr>
        <w:spacing w:after="0" w:lineRule="auto"/>
        <w:rPr/>
      </w:pPr>
      <w:r w:rsidDel="00000000" w:rsidR="00000000" w:rsidRPr="00000000">
        <w:rPr>
          <w:rtl w:val="0"/>
        </w:rPr>
      </w:r>
    </w:p>
    <w:p w:rsidR="00000000" w:rsidDel="00000000" w:rsidP="00000000" w:rsidRDefault="00000000" w:rsidRPr="00000000" w14:paraId="00000399">
      <w:pPr>
        <w:spacing w:after="0" w:lineRule="auto"/>
        <w:rPr/>
      </w:pPr>
      <w:r w:rsidDel="00000000" w:rsidR="00000000" w:rsidRPr="00000000">
        <w:rPr>
          <w:rFonts w:ascii="Arial" w:cs="Arial" w:eastAsia="Arial" w:hAnsi="Arial"/>
          <w:color w:val="5d7284"/>
          <w:sz w:val="22"/>
          <w:szCs w:val="22"/>
          <w:rtl w:val="0"/>
        </w:rPr>
        <w:t xml:space="preserve">54:27</w:t>
      </w:r>
      <w:r w:rsidDel="00000000" w:rsidR="00000000" w:rsidRPr="00000000">
        <w:rPr>
          <w:rtl w:val="0"/>
        </w:rPr>
      </w:r>
    </w:p>
    <w:p w:rsidR="00000000" w:rsidDel="00000000" w:rsidP="00000000" w:rsidRDefault="00000000" w:rsidRPr="00000000" w14:paraId="0000039A">
      <w:pPr>
        <w:spacing w:after="0" w:lineRule="auto"/>
        <w:rPr/>
      </w:pPr>
      <w:r w:rsidDel="00000000" w:rsidR="00000000" w:rsidRPr="00000000">
        <w:rPr>
          <w:rFonts w:ascii="Arial" w:cs="Arial" w:eastAsia="Arial" w:hAnsi="Arial"/>
          <w:rtl w:val="0"/>
        </w:rPr>
        <w:t xml:space="preserve">Five</w:t>
      </w:r>
      <w:r w:rsidDel="00000000" w:rsidR="00000000" w:rsidRPr="00000000">
        <w:rPr>
          <w:rFonts w:ascii="Arial" w:cs="Arial" w:eastAsia="Arial" w:hAnsi="Arial"/>
          <w:sz w:val="22"/>
          <w:szCs w:val="22"/>
          <w:rtl w:val="0"/>
        </w:rPr>
        <w:t xml:space="preserve"> years old?</w:t>
      </w:r>
      <w:r w:rsidDel="00000000" w:rsidR="00000000" w:rsidRPr="00000000">
        <w:rPr>
          <w:rtl w:val="0"/>
        </w:rPr>
      </w:r>
    </w:p>
    <w:p w:rsidR="00000000" w:rsidDel="00000000" w:rsidP="00000000" w:rsidRDefault="00000000" w:rsidRPr="00000000" w14:paraId="0000039B">
      <w:pPr>
        <w:spacing w:after="0" w:lineRule="auto"/>
        <w:rPr/>
      </w:pPr>
      <w:r w:rsidDel="00000000" w:rsidR="00000000" w:rsidRPr="00000000">
        <w:rPr>
          <w:rtl w:val="0"/>
        </w:rPr>
      </w:r>
    </w:p>
    <w:p w:rsidR="00000000" w:rsidDel="00000000" w:rsidP="00000000" w:rsidRDefault="00000000" w:rsidRPr="00000000" w14:paraId="0000039C">
      <w:pPr>
        <w:spacing w:after="0" w:lineRule="auto"/>
        <w:rPr/>
      </w:pPr>
      <w:r w:rsidDel="00000000" w:rsidR="00000000" w:rsidRPr="00000000">
        <w:rPr>
          <w:rFonts w:ascii="Arial" w:cs="Arial" w:eastAsia="Arial" w:hAnsi="Arial"/>
          <w:color w:val="5d7284"/>
          <w:sz w:val="22"/>
          <w:szCs w:val="22"/>
          <w:rtl w:val="0"/>
        </w:rPr>
        <w:t xml:space="preserve">54:30</w:t>
      </w:r>
      <w:r w:rsidDel="00000000" w:rsidR="00000000" w:rsidRPr="00000000">
        <w:rPr>
          <w:rtl w:val="0"/>
        </w:rPr>
      </w:r>
    </w:p>
    <w:p w:rsidR="00000000" w:rsidDel="00000000" w:rsidP="00000000" w:rsidRDefault="00000000" w:rsidRPr="00000000" w14:paraId="0000039D">
      <w:pPr>
        <w:spacing w:after="0" w:lineRule="auto"/>
        <w:rPr/>
      </w:pPr>
      <w:r w:rsidDel="00000000" w:rsidR="00000000" w:rsidRPr="00000000">
        <w:rPr>
          <w:rFonts w:ascii="Arial" w:cs="Arial" w:eastAsia="Arial" w:hAnsi="Arial"/>
          <w:sz w:val="22"/>
          <w:szCs w:val="22"/>
          <w:rtl w:val="0"/>
        </w:rPr>
        <w:t xml:space="preserve">Are you sure</w:t>
      </w:r>
      <w:r w:rsidDel="00000000" w:rsidR="00000000" w:rsidRPr="00000000">
        <w:rPr>
          <w:rtl w:val="0"/>
        </w:rPr>
      </w:r>
    </w:p>
    <w:p w:rsidR="00000000" w:rsidDel="00000000" w:rsidP="00000000" w:rsidRDefault="00000000" w:rsidRPr="00000000" w14:paraId="0000039E">
      <w:pPr>
        <w:spacing w:after="0" w:lineRule="auto"/>
        <w:rPr/>
      </w:pPr>
      <w:r w:rsidDel="00000000" w:rsidR="00000000" w:rsidRPr="00000000">
        <w:rPr>
          <w:rtl w:val="0"/>
        </w:rPr>
      </w:r>
    </w:p>
    <w:p w:rsidR="00000000" w:rsidDel="00000000" w:rsidP="00000000" w:rsidRDefault="00000000" w:rsidRPr="00000000" w14:paraId="0000039F">
      <w:pPr>
        <w:spacing w:after="0" w:lineRule="auto"/>
        <w:rPr/>
      </w:pPr>
      <w:r w:rsidDel="00000000" w:rsidR="00000000" w:rsidRPr="00000000">
        <w:rPr>
          <w:rFonts w:ascii="Arial" w:cs="Arial" w:eastAsia="Arial" w:hAnsi="Arial"/>
          <w:color w:val="5d7284"/>
          <w:sz w:val="22"/>
          <w:szCs w:val="22"/>
          <w:rtl w:val="0"/>
        </w:rPr>
        <w:t xml:space="preserve">54:40</w:t>
      </w:r>
      <w:r w:rsidDel="00000000" w:rsidR="00000000" w:rsidRPr="00000000">
        <w:rPr>
          <w:rtl w:val="0"/>
        </w:rPr>
      </w:r>
    </w:p>
    <w:p w:rsidR="00000000" w:rsidDel="00000000" w:rsidP="00000000" w:rsidRDefault="00000000" w:rsidRPr="00000000" w14:paraId="000003A0">
      <w:pPr>
        <w:spacing w:after="0" w:lineRule="auto"/>
        <w:rPr/>
      </w:pPr>
      <w:r w:rsidDel="00000000" w:rsidR="00000000" w:rsidRPr="00000000">
        <w:rPr>
          <w:rFonts w:ascii="Arial" w:cs="Arial" w:eastAsia="Arial" w:hAnsi="Arial"/>
          <w:sz w:val="22"/>
          <w:szCs w:val="22"/>
          <w:rtl w:val="0"/>
        </w:rPr>
        <w:t xml:space="preserve">at the beach.</w:t>
      </w:r>
      <w:r w:rsidDel="00000000" w:rsidR="00000000" w:rsidRPr="00000000">
        <w:rPr>
          <w:rtl w:val="0"/>
        </w:rPr>
      </w:r>
    </w:p>
    <w:p w:rsidR="00000000" w:rsidDel="00000000" w:rsidP="00000000" w:rsidRDefault="00000000" w:rsidRPr="00000000" w14:paraId="000003A1">
      <w:pPr>
        <w:spacing w:after="0" w:lineRule="auto"/>
        <w:rPr/>
      </w:pPr>
      <w:r w:rsidDel="00000000" w:rsidR="00000000" w:rsidRPr="00000000">
        <w:rPr>
          <w:rtl w:val="0"/>
        </w:rPr>
      </w:r>
    </w:p>
    <w:p w:rsidR="00000000" w:rsidDel="00000000" w:rsidP="00000000" w:rsidRDefault="00000000" w:rsidRPr="00000000" w14:paraId="000003A2">
      <w:pPr>
        <w:spacing w:after="0" w:lineRule="auto"/>
        <w:rPr/>
      </w:pPr>
      <w:r w:rsidDel="00000000" w:rsidR="00000000" w:rsidRPr="00000000">
        <w:rPr>
          <w:rFonts w:ascii="Arial" w:cs="Arial" w:eastAsia="Arial" w:hAnsi="Arial"/>
          <w:color w:val="5d7284"/>
          <w:sz w:val="22"/>
          <w:szCs w:val="22"/>
          <w:rtl w:val="0"/>
        </w:rPr>
        <w:t xml:space="preserve">54:47</w:t>
      </w:r>
      <w:r w:rsidDel="00000000" w:rsidR="00000000" w:rsidRPr="00000000">
        <w:rPr>
          <w:rtl w:val="0"/>
        </w:rPr>
      </w:r>
    </w:p>
    <w:p w:rsidR="00000000" w:rsidDel="00000000" w:rsidP="00000000" w:rsidRDefault="00000000" w:rsidRPr="00000000" w14:paraId="000003A3">
      <w:pPr>
        <w:spacing w:after="0" w:lineRule="auto"/>
        <w:rPr/>
      </w:pPr>
      <w:r w:rsidDel="00000000" w:rsidR="00000000" w:rsidRPr="00000000">
        <w:rPr>
          <w:rFonts w:ascii="Arial" w:cs="Arial" w:eastAsia="Arial" w:hAnsi="Arial"/>
          <w:sz w:val="22"/>
          <w:szCs w:val="22"/>
          <w:rtl w:val="0"/>
        </w:rPr>
        <w:t xml:space="preserve">I </w:t>
      </w:r>
      <w:r w:rsidDel="00000000" w:rsidR="00000000" w:rsidRPr="00000000">
        <w:rPr>
          <w:rFonts w:ascii="Arial" w:cs="Arial" w:eastAsia="Arial" w:hAnsi="Arial"/>
          <w:rtl w:val="0"/>
        </w:rPr>
        <w:t xml:space="preserve">know my grandson</w:t>
      </w:r>
      <w:r w:rsidDel="00000000" w:rsidR="00000000" w:rsidRPr="00000000">
        <w:rPr>
          <w:rFonts w:ascii="Arial" w:cs="Arial" w:eastAsia="Arial" w:hAnsi="Arial"/>
          <w:sz w:val="22"/>
          <w:szCs w:val="22"/>
          <w:rtl w:val="0"/>
        </w:rPr>
        <w:t xml:space="preserve"> was four years old.</w:t>
      </w:r>
      <w:r w:rsidDel="00000000" w:rsidR="00000000" w:rsidRPr="00000000">
        <w:rPr>
          <w:rtl w:val="0"/>
        </w:rPr>
      </w:r>
    </w:p>
    <w:p w:rsidR="00000000" w:rsidDel="00000000" w:rsidP="00000000" w:rsidRDefault="00000000" w:rsidRPr="00000000" w14:paraId="000003A4">
      <w:pPr>
        <w:spacing w:after="0" w:lineRule="auto"/>
        <w:rPr/>
      </w:pPr>
      <w:r w:rsidDel="00000000" w:rsidR="00000000" w:rsidRPr="00000000">
        <w:rPr>
          <w:rtl w:val="0"/>
        </w:rPr>
      </w:r>
    </w:p>
    <w:p w:rsidR="00000000" w:rsidDel="00000000" w:rsidP="00000000" w:rsidRDefault="00000000" w:rsidRPr="00000000" w14:paraId="000003A5">
      <w:pPr>
        <w:spacing w:after="0" w:lineRule="auto"/>
        <w:rPr/>
      </w:pPr>
      <w:r w:rsidDel="00000000" w:rsidR="00000000" w:rsidRPr="00000000">
        <w:rPr>
          <w:rFonts w:ascii="Arial" w:cs="Arial" w:eastAsia="Arial" w:hAnsi="Arial"/>
          <w:color w:val="5d7284"/>
          <w:sz w:val="22"/>
          <w:szCs w:val="22"/>
          <w:rtl w:val="0"/>
        </w:rPr>
        <w:t xml:space="preserve">54:50</w:t>
      </w:r>
      <w:r w:rsidDel="00000000" w:rsidR="00000000" w:rsidRPr="00000000">
        <w:rPr>
          <w:rtl w:val="0"/>
        </w:rPr>
      </w:r>
    </w:p>
    <w:p w:rsidR="00000000" w:rsidDel="00000000" w:rsidP="00000000" w:rsidRDefault="00000000" w:rsidRPr="00000000" w14:paraId="000003A6">
      <w:pPr>
        <w:spacing w:after="0" w:lineRule="auto"/>
        <w:rPr/>
      </w:pPr>
      <w:r w:rsidDel="00000000" w:rsidR="00000000" w:rsidRPr="00000000">
        <w:rPr>
          <w:rFonts w:ascii="Arial" w:cs="Arial" w:eastAsia="Arial" w:hAnsi="Arial"/>
          <w:sz w:val="22"/>
          <w:szCs w:val="22"/>
          <w:rtl w:val="0"/>
        </w:rPr>
        <w:t xml:space="preserve">Do you know Paige at school?</w:t>
      </w:r>
      <w:r w:rsidDel="00000000" w:rsidR="00000000" w:rsidRPr="00000000">
        <w:rPr>
          <w:rtl w:val="0"/>
        </w:rPr>
      </w:r>
    </w:p>
    <w:p w:rsidR="00000000" w:rsidDel="00000000" w:rsidP="00000000" w:rsidRDefault="00000000" w:rsidRPr="00000000" w14:paraId="000003A7">
      <w:pPr>
        <w:spacing w:after="0" w:lineRule="auto"/>
        <w:rPr/>
      </w:pPr>
      <w:r w:rsidDel="00000000" w:rsidR="00000000" w:rsidRPr="00000000">
        <w:rPr>
          <w:rtl w:val="0"/>
        </w:rPr>
      </w:r>
    </w:p>
    <w:p w:rsidR="00000000" w:rsidDel="00000000" w:rsidP="00000000" w:rsidRDefault="00000000" w:rsidRPr="00000000" w14:paraId="000003A8">
      <w:pPr>
        <w:spacing w:after="0" w:lineRule="auto"/>
        <w:rPr/>
      </w:pPr>
      <w:r w:rsidDel="00000000" w:rsidR="00000000" w:rsidRPr="00000000">
        <w:rPr>
          <w:rFonts w:ascii="Arial" w:cs="Arial" w:eastAsia="Arial" w:hAnsi="Arial"/>
          <w:color w:val="5d7284"/>
          <w:sz w:val="22"/>
          <w:szCs w:val="22"/>
          <w:rtl w:val="0"/>
        </w:rPr>
        <w:t xml:space="preserve">54:55</w:t>
      </w:r>
      <w:r w:rsidDel="00000000" w:rsidR="00000000" w:rsidRPr="00000000">
        <w:rPr>
          <w:rtl w:val="0"/>
        </w:rPr>
      </w:r>
    </w:p>
    <w:p w:rsidR="00000000" w:rsidDel="00000000" w:rsidP="00000000" w:rsidRDefault="00000000" w:rsidRPr="00000000" w14:paraId="000003A9">
      <w:pPr>
        <w:spacing w:after="0" w:lineRule="auto"/>
        <w:rPr/>
      </w:pPr>
      <w:r w:rsidDel="00000000" w:rsidR="00000000" w:rsidRPr="00000000">
        <w:rPr>
          <w:rFonts w:ascii="Arial" w:cs="Arial" w:eastAsia="Arial" w:hAnsi="Arial"/>
          <w:sz w:val="22"/>
          <w:szCs w:val="22"/>
          <w:rtl w:val="0"/>
        </w:rPr>
        <w:t xml:space="preserve">That's my brother's picture. And</w:t>
      </w:r>
      <w:r w:rsidDel="00000000" w:rsidR="00000000" w:rsidRPr="00000000">
        <w:rPr>
          <w:rtl w:val="0"/>
        </w:rPr>
      </w:r>
    </w:p>
    <w:p w:rsidR="00000000" w:rsidDel="00000000" w:rsidP="00000000" w:rsidRDefault="00000000" w:rsidRPr="00000000" w14:paraId="000003AA">
      <w:pPr>
        <w:spacing w:after="0" w:lineRule="auto"/>
        <w:rPr/>
      </w:pPr>
      <w:r w:rsidDel="00000000" w:rsidR="00000000" w:rsidRPr="00000000">
        <w:rPr>
          <w:rtl w:val="0"/>
        </w:rPr>
      </w:r>
    </w:p>
    <w:p w:rsidR="00000000" w:rsidDel="00000000" w:rsidP="00000000" w:rsidRDefault="00000000" w:rsidRPr="00000000" w14:paraId="000003AB">
      <w:pPr>
        <w:spacing w:after="0" w:lineRule="auto"/>
        <w:rPr/>
      </w:pPr>
      <w:r w:rsidDel="00000000" w:rsidR="00000000" w:rsidRPr="00000000">
        <w:rPr>
          <w:rFonts w:ascii="Arial" w:cs="Arial" w:eastAsia="Arial" w:hAnsi="Arial"/>
          <w:color w:val="5d7284"/>
          <w:sz w:val="22"/>
          <w:szCs w:val="22"/>
          <w:rtl w:val="0"/>
        </w:rPr>
        <w:t xml:space="preserve">54:58</w:t>
      </w:r>
      <w:r w:rsidDel="00000000" w:rsidR="00000000" w:rsidRPr="00000000">
        <w:rPr>
          <w:rtl w:val="0"/>
        </w:rPr>
      </w:r>
    </w:p>
    <w:p w:rsidR="00000000" w:rsidDel="00000000" w:rsidP="00000000" w:rsidRDefault="00000000" w:rsidRPr="00000000" w14:paraId="000003AC">
      <w:pPr>
        <w:spacing w:after="0" w:lineRule="auto"/>
        <w:rPr/>
      </w:pPr>
      <w:r w:rsidDel="00000000" w:rsidR="00000000" w:rsidRPr="00000000">
        <w:rPr>
          <w:rFonts w:ascii="Arial" w:cs="Arial" w:eastAsia="Arial" w:hAnsi="Arial"/>
          <w:sz w:val="22"/>
          <w:szCs w:val="22"/>
          <w:rtl w:val="0"/>
        </w:rPr>
        <w:t xml:space="preserve">then do something else when the bell rings.</w:t>
      </w:r>
      <w:r w:rsidDel="00000000" w:rsidR="00000000" w:rsidRPr="00000000">
        <w:rPr>
          <w:rtl w:val="0"/>
        </w:rPr>
      </w:r>
    </w:p>
    <w:p w:rsidR="00000000" w:rsidDel="00000000" w:rsidP="00000000" w:rsidRDefault="00000000" w:rsidRPr="00000000" w14:paraId="000003AD">
      <w:pPr>
        <w:spacing w:after="0" w:lineRule="auto"/>
        <w:rPr/>
      </w:pPr>
      <w:r w:rsidDel="00000000" w:rsidR="00000000" w:rsidRPr="00000000">
        <w:rPr>
          <w:rtl w:val="0"/>
        </w:rPr>
      </w:r>
    </w:p>
    <w:p w:rsidR="00000000" w:rsidDel="00000000" w:rsidP="00000000" w:rsidRDefault="00000000" w:rsidRPr="00000000" w14:paraId="000003AE">
      <w:pPr>
        <w:spacing w:after="0" w:lineRule="auto"/>
        <w:rPr/>
      </w:pPr>
      <w:r w:rsidDel="00000000" w:rsidR="00000000" w:rsidRPr="00000000">
        <w:rPr>
          <w:rFonts w:ascii="Arial" w:cs="Arial" w:eastAsia="Arial" w:hAnsi="Arial"/>
          <w:color w:val="5d7284"/>
          <w:sz w:val="22"/>
          <w:szCs w:val="22"/>
          <w:rtl w:val="0"/>
        </w:rPr>
        <w:t xml:space="preserve">55:00</w:t>
      </w:r>
      <w:r w:rsidDel="00000000" w:rsidR="00000000" w:rsidRPr="00000000">
        <w:rPr>
          <w:rtl w:val="0"/>
        </w:rPr>
      </w:r>
    </w:p>
    <w:p w:rsidR="00000000" w:rsidDel="00000000" w:rsidP="00000000" w:rsidRDefault="00000000" w:rsidRPr="00000000" w14:paraId="000003AF">
      <w:pPr>
        <w:spacing w:after="0" w:lineRule="auto"/>
        <w:rPr/>
      </w:pPr>
      <w:r w:rsidDel="00000000" w:rsidR="00000000" w:rsidRPr="00000000">
        <w:rPr>
          <w:rFonts w:ascii="Arial" w:cs="Arial" w:eastAsia="Arial" w:hAnsi="Arial"/>
          <w:sz w:val="22"/>
          <w:szCs w:val="22"/>
          <w:rtl w:val="0"/>
        </w:rPr>
        <w:t xml:space="preserve">My grandson</w:t>
      </w:r>
      <w:r w:rsidDel="00000000" w:rsidR="00000000" w:rsidRPr="00000000">
        <w:rPr>
          <w:rtl w:val="0"/>
        </w:rPr>
      </w:r>
    </w:p>
    <w:p w:rsidR="00000000" w:rsidDel="00000000" w:rsidP="00000000" w:rsidRDefault="00000000" w:rsidRPr="00000000" w14:paraId="000003B0">
      <w:pPr>
        <w:spacing w:after="0" w:lineRule="auto"/>
        <w:rPr/>
      </w:pPr>
      <w:r w:rsidDel="00000000" w:rsidR="00000000" w:rsidRPr="00000000">
        <w:rPr>
          <w:rtl w:val="0"/>
        </w:rPr>
      </w:r>
    </w:p>
    <w:p w:rsidR="00000000" w:rsidDel="00000000" w:rsidP="00000000" w:rsidRDefault="00000000" w:rsidRPr="00000000" w14:paraId="000003B1">
      <w:pPr>
        <w:spacing w:after="0" w:lineRule="auto"/>
        <w:rPr/>
      </w:pPr>
      <w:r w:rsidDel="00000000" w:rsidR="00000000" w:rsidRPr="00000000">
        <w:rPr>
          <w:rFonts w:ascii="Arial" w:cs="Arial" w:eastAsia="Arial" w:hAnsi="Arial"/>
          <w:color w:val="5d7284"/>
          <w:sz w:val="22"/>
          <w:szCs w:val="22"/>
          <w:rtl w:val="0"/>
        </w:rPr>
        <w:t xml:space="preserve">55:02</w:t>
      </w:r>
      <w:r w:rsidDel="00000000" w:rsidR="00000000" w:rsidRPr="00000000">
        <w:rPr>
          <w:rtl w:val="0"/>
        </w:rPr>
      </w:r>
    </w:p>
    <w:p w:rsidR="00000000" w:rsidDel="00000000" w:rsidP="00000000" w:rsidRDefault="00000000" w:rsidRPr="00000000" w14:paraId="000003B2">
      <w:pPr>
        <w:spacing w:after="0" w:lineRule="auto"/>
        <w:rPr/>
      </w:pPr>
      <w:r w:rsidDel="00000000" w:rsidR="00000000" w:rsidRPr="00000000">
        <w:rPr>
          <w:rFonts w:ascii="Arial" w:cs="Arial" w:eastAsia="Arial" w:hAnsi="Arial"/>
          <w:rtl w:val="0"/>
        </w:rPr>
        <w:t xml:space="preserve">I am here</w:t>
      </w:r>
      <w:r w:rsidDel="00000000" w:rsidR="00000000" w:rsidRPr="00000000">
        <w:rPr>
          <w:rFonts w:ascii="Arial" w:cs="Arial" w:eastAsia="Arial" w:hAnsi="Arial"/>
          <w:sz w:val="22"/>
          <w:szCs w:val="22"/>
          <w:rtl w:val="0"/>
        </w:rPr>
        <w:t xml:space="preserve"> now.</w:t>
      </w:r>
      <w:r w:rsidDel="00000000" w:rsidR="00000000" w:rsidRPr="00000000">
        <w:rPr>
          <w:rtl w:val="0"/>
        </w:rPr>
      </w:r>
    </w:p>
    <w:p w:rsidR="00000000" w:rsidDel="00000000" w:rsidP="00000000" w:rsidRDefault="00000000" w:rsidRPr="00000000" w14:paraId="000003B3">
      <w:pPr>
        <w:spacing w:after="0" w:lineRule="auto"/>
        <w:rPr/>
      </w:pPr>
      <w:r w:rsidDel="00000000" w:rsidR="00000000" w:rsidRPr="00000000">
        <w:rPr>
          <w:rtl w:val="0"/>
        </w:rPr>
      </w:r>
    </w:p>
    <w:p w:rsidR="00000000" w:rsidDel="00000000" w:rsidP="00000000" w:rsidRDefault="00000000" w:rsidRPr="00000000" w14:paraId="000003B4">
      <w:pPr>
        <w:spacing w:after="0" w:lineRule="auto"/>
        <w:rPr/>
      </w:pPr>
      <w:r w:rsidDel="00000000" w:rsidR="00000000" w:rsidRPr="00000000">
        <w:rPr>
          <w:rFonts w:ascii="Arial" w:cs="Arial" w:eastAsia="Arial" w:hAnsi="Arial"/>
          <w:color w:val="5d7284"/>
          <w:sz w:val="22"/>
          <w:szCs w:val="22"/>
          <w:rtl w:val="0"/>
        </w:rPr>
        <w:t xml:space="preserve">55:07</w:t>
      </w:r>
      <w:r w:rsidDel="00000000" w:rsidR="00000000" w:rsidRPr="00000000">
        <w:rPr>
          <w:rtl w:val="0"/>
        </w:rPr>
      </w:r>
    </w:p>
    <w:p w:rsidR="00000000" w:rsidDel="00000000" w:rsidP="00000000" w:rsidRDefault="00000000" w:rsidRPr="00000000" w14:paraId="000003B5">
      <w:pPr>
        <w:spacing w:after="0" w:lineRule="auto"/>
        <w:rPr/>
      </w:pPr>
      <w:r w:rsidDel="00000000" w:rsidR="00000000" w:rsidRPr="00000000">
        <w:rPr>
          <w:rFonts w:ascii="Arial" w:cs="Arial" w:eastAsia="Arial" w:hAnsi="Arial"/>
          <w:sz w:val="22"/>
          <w:szCs w:val="22"/>
          <w:rtl w:val="0"/>
        </w:rPr>
        <w:t xml:space="preserve">Do you know that </w:t>
      </w:r>
      <w:r w:rsidDel="00000000" w:rsidR="00000000" w:rsidRPr="00000000">
        <w:rPr>
          <w:rFonts w:ascii="Arial" w:cs="Arial" w:eastAsia="Arial" w:hAnsi="Arial"/>
          <w:rtl w:val="0"/>
        </w:rPr>
        <w:t xml:space="preserve">P</w:t>
      </w:r>
      <w:r w:rsidDel="00000000" w:rsidR="00000000" w:rsidRPr="00000000">
        <w:rPr>
          <w:rFonts w:ascii="Arial" w:cs="Arial" w:eastAsia="Arial" w:hAnsi="Arial"/>
          <w:sz w:val="22"/>
          <w:szCs w:val="22"/>
          <w:rtl w:val="0"/>
        </w:rPr>
        <w:t xml:space="preserve">aiges Grandpa is</w:t>
      </w:r>
      <w:r w:rsidDel="00000000" w:rsidR="00000000" w:rsidRPr="00000000">
        <w:rPr>
          <w:rtl w:val="0"/>
        </w:rPr>
      </w:r>
    </w:p>
    <w:p w:rsidR="00000000" w:rsidDel="00000000" w:rsidP="00000000" w:rsidRDefault="00000000" w:rsidRPr="00000000" w14:paraId="000003B6">
      <w:pPr>
        <w:spacing w:after="0" w:lineRule="auto"/>
        <w:rPr/>
      </w:pPr>
      <w:r w:rsidDel="00000000" w:rsidR="00000000" w:rsidRPr="00000000">
        <w:rPr>
          <w:rtl w:val="0"/>
        </w:rPr>
      </w:r>
    </w:p>
    <w:p w:rsidR="00000000" w:rsidDel="00000000" w:rsidP="00000000" w:rsidRDefault="00000000" w:rsidRPr="00000000" w14:paraId="000003B7">
      <w:pPr>
        <w:spacing w:after="0" w:lineRule="auto"/>
        <w:rPr/>
      </w:pPr>
      <w:r w:rsidDel="00000000" w:rsidR="00000000" w:rsidRPr="00000000">
        <w:rPr>
          <w:rFonts w:ascii="Arial" w:cs="Arial" w:eastAsia="Arial" w:hAnsi="Arial"/>
          <w:color w:val="5d7284"/>
          <w:sz w:val="22"/>
          <w:szCs w:val="22"/>
          <w:rtl w:val="0"/>
        </w:rPr>
        <w:t xml:space="preserve">55:12</w:t>
      </w:r>
      <w:r w:rsidDel="00000000" w:rsidR="00000000" w:rsidRPr="00000000">
        <w:rPr>
          <w:rtl w:val="0"/>
        </w:rPr>
      </w:r>
    </w:p>
    <w:p w:rsidR="00000000" w:rsidDel="00000000" w:rsidP="00000000" w:rsidRDefault="00000000" w:rsidRPr="00000000" w14:paraId="000003B8">
      <w:pPr>
        <w:spacing w:after="0" w:lineRule="auto"/>
        <w:rPr/>
      </w:pPr>
      <w:r w:rsidDel="00000000" w:rsidR="00000000" w:rsidRPr="00000000">
        <w:rPr>
          <w:rFonts w:ascii="Arial" w:cs="Arial" w:eastAsia="Arial" w:hAnsi="Arial"/>
          <w:sz w:val="22"/>
          <w:szCs w:val="22"/>
          <w:rtl w:val="0"/>
        </w:rPr>
        <w:t xml:space="preserve"> the other man that was here, John,</w:t>
      </w:r>
      <w:r w:rsidDel="00000000" w:rsidR="00000000" w:rsidRPr="00000000">
        <w:rPr>
          <w:rtl w:val="0"/>
        </w:rPr>
      </w:r>
    </w:p>
    <w:p w:rsidR="00000000" w:rsidDel="00000000" w:rsidP="00000000" w:rsidRDefault="00000000" w:rsidRPr="00000000" w14:paraId="000003B9">
      <w:pPr>
        <w:spacing w:after="0" w:lineRule="auto"/>
        <w:rPr/>
      </w:pPr>
      <w:r w:rsidDel="00000000" w:rsidR="00000000" w:rsidRPr="00000000">
        <w:rPr>
          <w:rtl w:val="0"/>
        </w:rPr>
      </w:r>
    </w:p>
    <w:p w:rsidR="00000000" w:rsidDel="00000000" w:rsidP="00000000" w:rsidRDefault="00000000" w:rsidRPr="00000000" w14:paraId="000003BA">
      <w:pPr>
        <w:spacing w:after="0" w:lineRule="auto"/>
        <w:rPr/>
      </w:pPr>
      <w:r w:rsidDel="00000000" w:rsidR="00000000" w:rsidRPr="00000000">
        <w:rPr>
          <w:rFonts w:ascii="Arial" w:cs="Arial" w:eastAsia="Arial" w:hAnsi="Arial"/>
          <w:color w:val="5d7284"/>
          <w:sz w:val="22"/>
          <w:szCs w:val="22"/>
          <w:rtl w:val="0"/>
        </w:rPr>
        <w:t xml:space="preserve">55:17</w:t>
      </w:r>
      <w:r w:rsidDel="00000000" w:rsidR="00000000" w:rsidRPr="00000000">
        <w:rPr>
          <w:rtl w:val="0"/>
        </w:rPr>
      </w:r>
    </w:p>
    <w:p w:rsidR="00000000" w:rsidDel="00000000" w:rsidP="00000000" w:rsidRDefault="00000000" w:rsidRPr="00000000" w14:paraId="000003BB">
      <w:pPr>
        <w:spacing w:after="0" w:lineRule="auto"/>
        <w:rPr/>
      </w:pPr>
      <w:r w:rsidDel="00000000" w:rsidR="00000000" w:rsidRPr="00000000">
        <w:rPr>
          <w:rFonts w:ascii="Arial" w:cs="Arial" w:eastAsia="Arial" w:hAnsi="Arial"/>
          <w:sz w:val="22"/>
          <w:szCs w:val="22"/>
          <w:rtl w:val="0"/>
        </w:rPr>
        <w:t xml:space="preserve">the guy that was sitting here</w:t>
      </w:r>
      <w:r w:rsidDel="00000000" w:rsidR="00000000" w:rsidRPr="00000000">
        <w:rPr>
          <w:rFonts w:ascii="Arial" w:cs="Arial" w:eastAsia="Arial" w:hAnsi="Arial"/>
          <w:rtl w:val="0"/>
        </w:rPr>
        <w:t xml:space="preserve"> Paige</w:t>
      </w:r>
      <w:r w:rsidDel="00000000" w:rsidR="00000000" w:rsidRPr="00000000">
        <w:rPr>
          <w:rFonts w:ascii="Arial" w:cs="Arial" w:eastAsia="Arial" w:hAnsi="Arial"/>
          <w:sz w:val="22"/>
          <w:szCs w:val="22"/>
          <w:rtl w:val="0"/>
        </w:rPr>
        <w:t xml:space="preserve"> at school.</w:t>
      </w:r>
      <w:r w:rsidDel="00000000" w:rsidR="00000000" w:rsidRPr="00000000">
        <w:rPr>
          <w:rtl w:val="0"/>
        </w:rPr>
      </w:r>
    </w:p>
    <w:p w:rsidR="00000000" w:rsidDel="00000000" w:rsidP="00000000" w:rsidRDefault="00000000" w:rsidRPr="00000000" w14:paraId="000003BC">
      <w:pPr>
        <w:spacing w:after="0" w:lineRule="auto"/>
        <w:rPr/>
      </w:pPr>
      <w:r w:rsidDel="00000000" w:rsidR="00000000" w:rsidRPr="00000000">
        <w:rPr>
          <w:rtl w:val="0"/>
        </w:rPr>
      </w:r>
    </w:p>
    <w:p w:rsidR="00000000" w:rsidDel="00000000" w:rsidP="00000000" w:rsidRDefault="00000000" w:rsidRPr="00000000" w14:paraId="000003BD">
      <w:pPr>
        <w:spacing w:after="0" w:lineRule="auto"/>
        <w:rPr/>
      </w:pPr>
      <w:r w:rsidDel="00000000" w:rsidR="00000000" w:rsidRPr="00000000">
        <w:rPr>
          <w:rFonts w:ascii="Arial" w:cs="Arial" w:eastAsia="Arial" w:hAnsi="Arial"/>
          <w:color w:val="5d7284"/>
          <w:sz w:val="22"/>
          <w:szCs w:val="22"/>
          <w:rtl w:val="0"/>
        </w:rPr>
        <w:t xml:space="preserve">55:21</w:t>
      </w:r>
      <w:r w:rsidDel="00000000" w:rsidR="00000000" w:rsidRPr="00000000">
        <w:rPr>
          <w:rtl w:val="0"/>
        </w:rPr>
      </w:r>
    </w:p>
    <w:p w:rsidR="00000000" w:rsidDel="00000000" w:rsidP="00000000" w:rsidRDefault="00000000" w:rsidRPr="00000000" w14:paraId="000003BE">
      <w:pPr>
        <w:spacing w:after="0" w:lineRule="auto"/>
        <w:rPr/>
      </w:pPr>
      <w:r w:rsidDel="00000000" w:rsidR="00000000" w:rsidRPr="00000000">
        <w:rPr>
          <w:rFonts w:ascii="Arial" w:cs="Arial" w:eastAsia="Arial" w:hAnsi="Arial"/>
          <w:sz w:val="22"/>
          <w:szCs w:val="22"/>
          <w:rtl w:val="0"/>
        </w:rPr>
        <w:t xml:space="preserve">Well,</w:t>
      </w:r>
      <w:r w:rsidDel="00000000" w:rsidR="00000000" w:rsidRPr="00000000">
        <w:rPr>
          <w:rtl w:val="0"/>
        </w:rPr>
      </w:r>
    </w:p>
    <w:p w:rsidR="00000000" w:rsidDel="00000000" w:rsidP="00000000" w:rsidRDefault="00000000" w:rsidRPr="00000000" w14:paraId="000003BF">
      <w:pPr>
        <w:spacing w:after="0" w:lineRule="auto"/>
        <w:rPr/>
      </w:pPr>
      <w:r w:rsidDel="00000000" w:rsidR="00000000" w:rsidRPr="00000000">
        <w:rPr>
          <w:rtl w:val="0"/>
        </w:rPr>
      </w:r>
    </w:p>
    <w:p w:rsidR="00000000" w:rsidDel="00000000" w:rsidP="00000000" w:rsidRDefault="00000000" w:rsidRPr="00000000" w14:paraId="000003C0">
      <w:pPr>
        <w:spacing w:after="0" w:lineRule="auto"/>
        <w:rPr/>
      </w:pPr>
      <w:r w:rsidDel="00000000" w:rsidR="00000000" w:rsidRPr="00000000">
        <w:rPr>
          <w:rFonts w:ascii="Arial" w:cs="Arial" w:eastAsia="Arial" w:hAnsi="Arial"/>
          <w:color w:val="5d7284"/>
          <w:sz w:val="22"/>
          <w:szCs w:val="22"/>
          <w:rtl w:val="0"/>
        </w:rPr>
        <w:t xml:space="preserve">55:27</w:t>
      </w:r>
      <w:r w:rsidDel="00000000" w:rsidR="00000000" w:rsidRPr="00000000">
        <w:rPr>
          <w:rtl w:val="0"/>
        </w:rPr>
      </w:r>
    </w:p>
    <w:p w:rsidR="00000000" w:rsidDel="00000000" w:rsidP="00000000" w:rsidRDefault="00000000" w:rsidRPr="00000000" w14:paraId="000003C1">
      <w:pPr>
        <w:spacing w:after="0" w:lineRule="auto"/>
        <w:rPr/>
      </w:pPr>
      <w:r w:rsidDel="00000000" w:rsidR="00000000" w:rsidRPr="00000000">
        <w:rPr>
          <w:rFonts w:ascii="Arial" w:cs="Arial" w:eastAsia="Arial" w:hAnsi="Arial"/>
          <w:rtl w:val="0"/>
        </w:rPr>
        <w:t xml:space="preserve">Thanks</w:t>
      </w:r>
      <w:r w:rsidDel="00000000" w:rsidR="00000000" w:rsidRPr="00000000">
        <w:rPr>
          <w:rFonts w:ascii="Arial" w:cs="Arial" w:eastAsia="Arial" w:hAnsi="Arial"/>
          <w:sz w:val="22"/>
          <w:szCs w:val="22"/>
          <w:rtl w:val="0"/>
        </w:rPr>
        <w:t xml:space="preserve"> for taking me outside. I wasn't too hip on it, but it turned out to be great.</w:t>
      </w:r>
      <w:r w:rsidDel="00000000" w:rsidR="00000000" w:rsidRPr="00000000">
        <w:rPr>
          <w:rtl w:val="0"/>
        </w:rPr>
      </w:r>
    </w:p>
    <w:p w:rsidR="00000000" w:rsidDel="00000000" w:rsidP="00000000" w:rsidRDefault="00000000" w:rsidRPr="00000000" w14:paraId="000003C2">
      <w:pPr>
        <w:spacing w:after="0" w:lineRule="auto"/>
        <w:rPr/>
      </w:pPr>
      <w:r w:rsidDel="00000000" w:rsidR="00000000" w:rsidRPr="00000000">
        <w:rPr>
          <w:rtl w:val="0"/>
        </w:rPr>
      </w:r>
    </w:p>
    <w:p w:rsidR="00000000" w:rsidDel="00000000" w:rsidP="00000000" w:rsidRDefault="00000000" w:rsidRPr="00000000" w14:paraId="000003C3">
      <w:pPr>
        <w:spacing w:after="0" w:lineRule="auto"/>
        <w:rPr/>
      </w:pPr>
      <w:r w:rsidDel="00000000" w:rsidR="00000000" w:rsidRPr="00000000">
        <w:rPr>
          <w:rFonts w:ascii="Arial" w:cs="Arial" w:eastAsia="Arial" w:hAnsi="Arial"/>
          <w:color w:val="5d7284"/>
          <w:sz w:val="22"/>
          <w:szCs w:val="22"/>
          <w:rtl w:val="0"/>
        </w:rPr>
        <w:t xml:space="preserve">55:33</w:t>
      </w:r>
      <w:r w:rsidDel="00000000" w:rsidR="00000000" w:rsidRPr="00000000">
        <w:rPr>
          <w:rtl w:val="0"/>
        </w:rPr>
      </w:r>
    </w:p>
    <w:p w:rsidR="00000000" w:rsidDel="00000000" w:rsidP="00000000" w:rsidRDefault="00000000" w:rsidRPr="00000000" w14:paraId="000003C4">
      <w:pPr>
        <w:spacing w:after="0" w:lineRule="auto"/>
        <w:rPr/>
      </w:pPr>
      <w:r w:rsidDel="00000000" w:rsidR="00000000" w:rsidRPr="00000000">
        <w:rPr>
          <w:rFonts w:ascii="Arial" w:cs="Arial" w:eastAsia="Arial" w:hAnsi="Arial"/>
          <w:sz w:val="22"/>
          <w:szCs w:val="22"/>
          <w:rtl w:val="0"/>
        </w:rPr>
        <w:t xml:space="preserve">Yeah, it got </w:t>
      </w:r>
      <w:r w:rsidDel="00000000" w:rsidR="00000000" w:rsidRPr="00000000">
        <w:rPr>
          <w:rFonts w:ascii="Arial" w:cs="Arial" w:eastAsia="Arial" w:hAnsi="Arial"/>
          <w:rtl w:val="0"/>
        </w:rPr>
        <w:t xml:space="preserve">sunny</w:t>
      </w:r>
      <w:r w:rsidDel="00000000" w:rsidR="00000000" w:rsidRPr="00000000">
        <w:rPr>
          <w:rFonts w:ascii="Arial" w:cs="Arial" w:eastAsia="Arial" w:hAnsi="Arial"/>
          <w:sz w:val="22"/>
          <w:szCs w:val="22"/>
          <w:rtl w:val="0"/>
        </w:rPr>
        <w:t xml:space="preserve">. Yeah, yeah.</w:t>
      </w:r>
      <w:r w:rsidDel="00000000" w:rsidR="00000000" w:rsidRPr="00000000">
        <w:rPr>
          <w:rtl w:val="0"/>
        </w:rPr>
      </w:r>
    </w:p>
    <w:p w:rsidR="00000000" w:rsidDel="00000000" w:rsidP="00000000" w:rsidRDefault="00000000" w:rsidRPr="00000000" w14:paraId="000003C5">
      <w:pPr>
        <w:spacing w:after="0" w:lineRule="auto"/>
        <w:rPr/>
      </w:pPr>
      <w:r w:rsidDel="00000000" w:rsidR="00000000" w:rsidRPr="00000000">
        <w:rPr>
          <w:rtl w:val="0"/>
        </w:rPr>
      </w:r>
    </w:p>
    <w:p w:rsidR="00000000" w:rsidDel="00000000" w:rsidP="00000000" w:rsidRDefault="00000000" w:rsidRPr="00000000" w14:paraId="000003C6">
      <w:pPr>
        <w:spacing w:after="0" w:lineRule="auto"/>
        <w:rPr/>
      </w:pPr>
      <w:r w:rsidDel="00000000" w:rsidR="00000000" w:rsidRPr="00000000">
        <w:rPr>
          <w:rFonts w:ascii="Arial" w:cs="Arial" w:eastAsia="Arial" w:hAnsi="Arial"/>
          <w:color w:val="5d7284"/>
          <w:sz w:val="22"/>
          <w:szCs w:val="22"/>
          <w:rtl w:val="0"/>
        </w:rPr>
        <w:t xml:space="preserve">55:37</w:t>
      </w:r>
      <w:r w:rsidDel="00000000" w:rsidR="00000000" w:rsidRPr="00000000">
        <w:rPr>
          <w:rtl w:val="0"/>
        </w:rPr>
      </w:r>
    </w:p>
    <w:p w:rsidR="00000000" w:rsidDel="00000000" w:rsidP="00000000" w:rsidRDefault="00000000" w:rsidRPr="00000000" w14:paraId="000003C7">
      <w:pPr>
        <w:spacing w:after="0" w:lineRule="auto"/>
        <w:rPr/>
      </w:pPr>
      <w:r w:rsidDel="00000000" w:rsidR="00000000" w:rsidRPr="00000000">
        <w:rPr>
          <w:rFonts w:ascii="Arial" w:cs="Arial" w:eastAsia="Arial" w:hAnsi="Arial"/>
          <w:sz w:val="22"/>
          <w:szCs w:val="22"/>
          <w:rtl w:val="0"/>
        </w:rPr>
        <w:t xml:space="preserve">Do you </w:t>
      </w:r>
      <w:r w:rsidDel="00000000" w:rsidR="00000000" w:rsidRPr="00000000">
        <w:rPr>
          <w:rFonts w:ascii="Arial" w:cs="Arial" w:eastAsia="Arial" w:hAnsi="Arial"/>
          <w:rtl w:val="0"/>
        </w:rPr>
        <w:t xml:space="preserve">have a</w:t>
      </w:r>
      <w:r w:rsidDel="00000000" w:rsidR="00000000" w:rsidRPr="00000000">
        <w:rPr>
          <w:rFonts w:ascii="Arial" w:cs="Arial" w:eastAsia="Arial" w:hAnsi="Arial"/>
          <w:sz w:val="22"/>
          <w:szCs w:val="22"/>
          <w:rtl w:val="0"/>
        </w:rPr>
        <w:t xml:space="preserve"> brochure or anything?</w:t>
      </w:r>
      <w:r w:rsidDel="00000000" w:rsidR="00000000" w:rsidRPr="00000000">
        <w:rPr>
          <w:rtl w:val="0"/>
        </w:rPr>
      </w:r>
    </w:p>
    <w:p w:rsidR="00000000" w:rsidDel="00000000" w:rsidP="00000000" w:rsidRDefault="00000000" w:rsidRPr="00000000" w14:paraId="000003C8">
      <w:pPr>
        <w:spacing w:after="0" w:lineRule="auto"/>
        <w:rPr/>
      </w:pPr>
      <w:r w:rsidDel="00000000" w:rsidR="00000000" w:rsidRPr="00000000">
        <w:rPr>
          <w:rtl w:val="0"/>
        </w:rPr>
      </w:r>
    </w:p>
    <w:p w:rsidR="00000000" w:rsidDel="00000000" w:rsidP="00000000" w:rsidRDefault="00000000" w:rsidRPr="00000000" w14:paraId="000003C9">
      <w:pPr>
        <w:spacing w:after="0" w:lineRule="auto"/>
        <w:rPr/>
      </w:pPr>
      <w:r w:rsidDel="00000000" w:rsidR="00000000" w:rsidRPr="00000000">
        <w:rPr>
          <w:rFonts w:ascii="Arial" w:cs="Arial" w:eastAsia="Arial" w:hAnsi="Arial"/>
          <w:color w:val="5d7284"/>
          <w:sz w:val="22"/>
          <w:szCs w:val="22"/>
          <w:rtl w:val="0"/>
        </w:rPr>
        <w:t xml:space="preserve">55:42</w:t>
      </w:r>
      <w:r w:rsidDel="00000000" w:rsidR="00000000" w:rsidRPr="00000000">
        <w:rPr>
          <w:rtl w:val="0"/>
        </w:rPr>
      </w:r>
    </w:p>
    <w:p w:rsidR="00000000" w:rsidDel="00000000" w:rsidP="00000000" w:rsidRDefault="00000000" w:rsidRPr="00000000" w14:paraId="000003CA">
      <w:pPr>
        <w:spacing w:after="0" w:lineRule="auto"/>
        <w:rPr/>
      </w:pPr>
      <w:r w:rsidDel="00000000" w:rsidR="00000000" w:rsidRPr="00000000">
        <w:rPr>
          <w:rFonts w:ascii="Arial" w:cs="Arial" w:eastAsia="Arial" w:hAnsi="Arial"/>
          <w:sz w:val="22"/>
          <w:szCs w:val="22"/>
          <w:rtl w:val="0"/>
        </w:rPr>
        <w:t xml:space="preserve">Yeah, we might</w:t>
      </w:r>
      <w:r w:rsidDel="00000000" w:rsidR="00000000" w:rsidRPr="00000000">
        <w:rPr>
          <w:rtl w:val="0"/>
        </w:rPr>
      </w:r>
    </w:p>
    <w:p w:rsidR="00000000" w:rsidDel="00000000" w:rsidP="00000000" w:rsidRDefault="00000000" w:rsidRPr="00000000" w14:paraId="000003CB">
      <w:pPr>
        <w:spacing w:after="0" w:lineRule="auto"/>
        <w:rPr/>
      </w:pPr>
      <w:r w:rsidDel="00000000" w:rsidR="00000000" w:rsidRPr="00000000">
        <w:rPr>
          <w:rtl w:val="0"/>
        </w:rPr>
      </w:r>
    </w:p>
    <w:p w:rsidR="00000000" w:rsidDel="00000000" w:rsidP="00000000" w:rsidRDefault="00000000" w:rsidRPr="00000000" w14:paraId="000003CC">
      <w:pPr>
        <w:spacing w:after="0" w:lineRule="auto"/>
        <w:rPr/>
      </w:pPr>
      <w:r w:rsidDel="00000000" w:rsidR="00000000" w:rsidRPr="00000000">
        <w:rPr>
          <w:rFonts w:ascii="Arial" w:cs="Arial" w:eastAsia="Arial" w:hAnsi="Arial"/>
          <w:color w:val="5d7284"/>
          <w:sz w:val="22"/>
          <w:szCs w:val="22"/>
          <w:rtl w:val="0"/>
        </w:rPr>
        <w:t xml:space="preserve">55:44</w:t>
      </w:r>
      <w:r w:rsidDel="00000000" w:rsidR="00000000" w:rsidRPr="00000000">
        <w:rPr>
          <w:rtl w:val="0"/>
        </w:rPr>
      </w:r>
    </w:p>
    <w:p w:rsidR="00000000" w:rsidDel="00000000" w:rsidP="00000000" w:rsidRDefault="00000000" w:rsidRPr="00000000" w14:paraId="000003CD">
      <w:pPr>
        <w:spacing w:after="0" w:lineRule="auto"/>
        <w:rPr/>
      </w:pPr>
      <w:r w:rsidDel="00000000" w:rsidR="00000000" w:rsidRPr="00000000">
        <w:rPr>
          <w:rFonts w:ascii="Arial" w:cs="Arial" w:eastAsia="Arial" w:hAnsi="Arial"/>
          <w:sz w:val="22"/>
          <w:szCs w:val="22"/>
          <w:rtl w:val="0"/>
        </w:rPr>
        <w:t xml:space="preserve">Yeah, yeah. Let me check in the barn. We had some that we got kind of low on them, but I think we still</w:t>
      </w:r>
      <w:r w:rsidDel="00000000" w:rsidR="00000000" w:rsidRPr="00000000">
        <w:rPr>
          <w:rtl w:val="0"/>
        </w:rPr>
      </w:r>
    </w:p>
    <w:p w:rsidR="00000000" w:rsidDel="00000000" w:rsidP="00000000" w:rsidRDefault="00000000" w:rsidRPr="00000000" w14:paraId="000003CE">
      <w:pPr>
        <w:spacing w:after="0" w:lineRule="auto"/>
        <w:rPr/>
      </w:pPr>
      <w:r w:rsidDel="00000000" w:rsidR="00000000" w:rsidRPr="00000000">
        <w:rPr>
          <w:rtl w:val="0"/>
        </w:rPr>
      </w:r>
    </w:p>
    <w:p w:rsidR="00000000" w:rsidDel="00000000" w:rsidP="00000000" w:rsidRDefault="00000000" w:rsidRPr="00000000" w14:paraId="000003CF">
      <w:pPr>
        <w:spacing w:after="0" w:lineRule="auto"/>
        <w:rPr/>
      </w:pPr>
      <w:r w:rsidDel="00000000" w:rsidR="00000000" w:rsidRPr="00000000">
        <w:rPr>
          <w:rFonts w:ascii="Arial" w:cs="Arial" w:eastAsia="Arial" w:hAnsi="Arial"/>
          <w:color w:val="5d7284"/>
          <w:sz w:val="22"/>
          <w:szCs w:val="22"/>
          <w:rtl w:val="0"/>
        </w:rPr>
        <w:t xml:space="preserve">55:52</w:t>
      </w:r>
      <w:r w:rsidDel="00000000" w:rsidR="00000000" w:rsidRPr="00000000">
        <w:rPr>
          <w:rtl w:val="0"/>
        </w:rPr>
      </w:r>
    </w:p>
    <w:p w:rsidR="00000000" w:rsidDel="00000000" w:rsidP="00000000" w:rsidRDefault="00000000" w:rsidRPr="00000000" w14:paraId="000003D0">
      <w:pPr>
        <w:spacing w:after="0" w:lineRule="auto"/>
        <w:rPr/>
      </w:pPr>
      <w:r w:rsidDel="00000000" w:rsidR="00000000" w:rsidRPr="00000000">
        <w:rPr>
          <w:rFonts w:ascii="Arial" w:cs="Arial" w:eastAsia="Arial" w:hAnsi="Arial"/>
          <w:sz w:val="22"/>
          <w:szCs w:val="22"/>
          <w:rtl w:val="0"/>
        </w:rPr>
        <w:t xml:space="preserve">have a few.</w:t>
      </w:r>
      <w:r w:rsidDel="00000000" w:rsidR="00000000" w:rsidRPr="00000000">
        <w:rPr>
          <w:rtl w:val="0"/>
        </w:rPr>
      </w:r>
    </w:p>
    <w:p w:rsidR="00000000" w:rsidDel="00000000" w:rsidP="00000000" w:rsidRDefault="00000000" w:rsidRPr="00000000" w14:paraId="000003D1">
      <w:pPr>
        <w:spacing w:after="0" w:lineRule="auto"/>
        <w:rPr/>
      </w:pPr>
      <w:r w:rsidDel="00000000" w:rsidR="00000000" w:rsidRPr="00000000">
        <w:rPr>
          <w:rtl w:val="0"/>
        </w:rPr>
      </w:r>
    </w:p>
    <w:p w:rsidR="00000000" w:rsidDel="00000000" w:rsidP="00000000" w:rsidRDefault="00000000" w:rsidRPr="00000000" w14:paraId="000003D2">
      <w:pPr>
        <w:spacing w:after="0" w:lineRule="auto"/>
        <w:rPr/>
      </w:pPr>
      <w:r w:rsidDel="00000000" w:rsidR="00000000" w:rsidRPr="00000000">
        <w:rPr>
          <w:rFonts w:ascii="Arial" w:cs="Arial" w:eastAsia="Arial" w:hAnsi="Arial"/>
          <w:color w:val="5d7284"/>
          <w:sz w:val="22"/>
          <w:szCs w:val="22"/>
          <w:rtl w:val="0"/>
        </w:rPr>
        <w:t xml:space="preserve">55:54</w:t>
      </w:r>
      <w:r w:rsidDel="00000000" w:rsidR="00000000" w:rsidRPr="00000000">
        <w:rPr>
          <w:rtl w:val="0"/>
        </w:rPr>
      </w:r>
    </w:p>
    <w:p w:rsidR="00000000" w:rsidDel="00000000" w:rsidP="00000000" w:rsidRDefault="00000000" w:rsidRPr="00000000" w14:paraId="000003D3">
      <w:pPr>
        <w:spacing w:after="0" w:lineRule="auto"/>
        <w:rPr/>
      </w:pPr>
      <w:r w:rsidDel="00000000" w:rsidR="00000000" w:rsidRPr="00000000">
        <w:rPr>
          <w:rFonts w:ascii="Arial" w:cs="Arial" w:eastAsia="Arial" w:hAnsi="Arial"/>
          <w:sz w:val="22"/>
          <w:szCs w:val="22"/>
          <w:rtl w:val="0"/>
        </w:rPr>
        <w:t xml:space="preserve">Have you ever met with? I don't know who was involved when you took over </w:t>
      </w:r>
      <w:r w:rsidDel="00000000" w:rsidR="00000000" w:rsidRPr="00000000">
        <w:rPr>
          <w:rFonts w:ascii="Arial" w:cs="Arial" w:eastAsia="Arial" w:hAnsi="Arial"/>
          <w:rtl w:val="0"/>
        </w:rPr>
        <w:t xml:space="preserve">and</w:t>
      </w:r>
      <w:r w:rsidDel="00000000" w:rsidR="00000000" w:rsidRPr="00000000">
        <w:rPr>
          <w:rFonts w:ascii="Arial" w:cs="Arial" w:eastAsia="Arial" w:hAnsi="Arial"/>
          <w:sz w:val="22"/>
          <w:szCs w:val="22"/>
          <w:rtl w:val="0"/>
        </w:rPr>
        <w:t xml:space="preserve"> bought it from Maple </w:t>
      </w:r>
      <w:r w:rsidDel="00000000" w:rsidR="00000000" w:rsidRPr="00000000">
        <w:rPr>
          <w:rFonts w:ascii="Arial" w:cs="Arial" w:eastAsia="Arial" w:hAnsi="Arial"/>
          <w:rtl w:val="0"/>
        </w:rPr>
        <w:t xml:space="preserve">Leaf</w:t>
      </w:r>
      <w:r w:rsidDel="00000000" w:rsidR="00000000" w:rsidRPr="00000000">
        <w:rPr>
          <w:rtl w:val="0"/>
        </w:rPr>
      </w:r>
    </w:p>
    <w:p w:rsidR="00000000" w:rsidDel="00000000" w:rsidP="00000000" w:rsidRDefault="00000000" w:rsidRPr="00000000" w14:paraId="000003D4">
      <w:pPr>
        <w:spacing w:after="0" w:lineRule="auto"/>
        <w:rPr/>
      </w:pPr>
      <w:r w:rsidDel="00000000" w:rsidR="00000000" w:rsidRPr="00000000">
        <w:rPr>
          <w:rtl w:val="0"/>
        </w:rPr>
      </w:r>
    </w:p>
    <w:p w:rsidR="00000000" w:rsidDel="00000000" w:rsidP="00000000" w:rsidRDefault="00000000" w:rsidRPr="00000000" w14:paraId="000003D5">
      <w:pPr>
        <w:spacing w:after="0" w:lineRule="auto"/>
        <w:rPr/>
      </w:pPr>
      <w:r w:rsidDel="00000000" w:rsidR="00000000" w:rsidRPr="00000000">
        <w:rPr>
          <w:rFonts w:ascii="Arial" w:cs="Arial" w:eastAsia="Arial" w:hAnsi="Arial"/>
          <w:color w:val="5d7284"/>
          <w:sz w:val="22"/>
          <w:szCs w:val="22"/>
          <w:rtl w:val="0"/>
        </w:rPr>
        <w:t xml:space="preserve">56:02</w:t>
      </w:r>
      <w:r w:rsidDel="00000000" w:rsidR="00000000" w:rsidRPr="00000000">
        <w:rPr>
          <w:rtl w:val="0"/>
        </w:rPr>
      </w:r>
    </w:p>
    <w:p w:rsidR="00000000" w:rsidDel="00000000" w:rsidP="00000000" w:rsidRDefault="00000000" w:rsidRPr="00000000" w14:paraId="000003D6">
      <w:pPr>
        <w:spacing w:after="0" w:lineRule="auto"/>
        <w:rPr/>
      </w:pPr>
      <w:r w:rsidDel="00000000" w:rsidR="00000000" w:rsidRPr="00000000">
        <w:rPr>
          <w:rFonts w:ascii="Arial" w:cs="Arial" w:eastAsia="Arial" w:hAnsi="Arial"/>
          <w:sz w:val="22"/>
          <w:szCs w:val="22"/>
          <w:rtl w:val="0"/>
        </w:rPr>
        <w:t xml:space="preserve">I you done any</w:t>
      </w:r>
      <w:r w:rsidDel="00000000" w:rsidR="00000000" w:rsidRPr="00000000">
        <w:rPr>
          <w:rtl w:val="0"/>
        </w:rPr>
      </w:r>
    </w:p>
    <w:p w:rsidR="00000000" w:rsidDel="00000000" w:rsidP="00000000" w:rsidRDefault="00000000" w:rsidRPr="00000000" w14:paraId="000003D7">
      <w:pPr>
        <w:spacing w:after="0" w:lineRule="auto"/>
        <w:rPr/>
      </w:pPr>
      <w:r w:rsidDel="00000000" w:rsidR="00000000" w:rsidRPr="00000000">
        <w:rPr>
          <w:rtl w:val="0"/>
        </w:rPr>
      </w:r>
    </w:p>
    <w:p w:rsidR="00000000" w:rsidDel="00000000" w:rsidP="00000000" w:rsidRDefault="00000000" w:rsidRPr="00000000" w14:paraId="000003D8">
      <w:pPr>
        <w:spacing w:after="0" w:lineRule="auto"/>
        <w:rPr/>
      </w:pPr>
      <w:r w:rsidDel="00000000" w:rsidR="00000000" w:rsidRPr="00000000">
        <w:rPr>
          <w:rFonts w:ascii="Arial" w:cs="Arial" w:eastAsia="Arial" w:hAnsi="Arial"/>
          <w:color w:val="5d7284"/>
          <w:sz w:val="22"/>
          <w:szCs w:val="22"/>
          <w:rtl w:val="0"/>
        </w:rPr>
        <w:t xml:space="preserve">56:06</w:t>
      </w:r>
      <w:r w:rsidDel="00000000" w:rsidR="00000000" w:rsidRPr="00000000">
        <w:rPr>
          <w:rtl w:val="0"/>
        </w:rPr>
      </w:r>
    </w:p>
    <w:p w:rsidR="00000000" w:rsidDel="00000000" w:rsidP="00000000" w:rsidRDefault="00000000" w:rsidRPr="00000000" w14:paraId="000003D9">
      <w:pPr>
        <w:spacing w:after="0" w:lineRule="auto"/>
        <w:rPr/>
      </w:pPr>
      <w:r w:rsidDel="00000000" w:rsidR="00000000" w:rsidRPr="00000000">
        <w:rPr>
          <w:rFonts w:ascii="Arial" w:cs="Arial" w:eastAsia="Arial" w:hAnsi="Arial"/>
          <w:sz w:val="22"/>
          <w:szCs w:val="22"/>
          <w:rtl w:val="0"/>
        </w:rPr>
        <w:t xml:space="preserve">thing with any of the people from Maple Leaf around their history and everything? No, we actually wanted a lot of people </w:t>
      </w:r>
      <w:r w:rsidDel="00000000" w:rsidR="00000000" w:rsidRPr="00000000">
        <w:rPr>
          <w:rFonts w:ascii="Arial" w:cs="Arial" w:eastAsia="Arial" w:hAnsi="Arial"/>
          <w:rtl w:val="0"/>
        </w:rPr>
        <w:t xml:space="preserve">to</w:t>
      </w:r>
      <w:r w:rsidDel="00000000" w:rsidR="00000000" w:rsidRPr="00000000">
        <w:rPr>
          <w:rFonts w:ascii="Arial" w:cs="Arial" w:eastAsia="Arial" w:hAnsi="Arial"/>
          <w:sz w:val="22"/>
          <w:szCs w:val="22"/>
          <w:rtl w:val="0"/>
        </w:rPr>
        <w:t xml:space="preserve"> coming around and </w:t>
      </w:r>
      <w:r w:rsidDel="00000000" w:rsidR="00000000" w:rsidRPr="00000000">
        <w:rPr>
          <w:rFonts w:ascii="Arial" w:cs="Arial" w:eastAsia="Arial" w:hAnsi="Arial"/>
          <w:rtl w:val="0"/>
        </w:rPr>
        <w:t xml:space="preserve">say</w:t>
      </w:r>
      <w:r w:rsidDel="00000000" w:rsidR="00000000" w:rsidRPr="00000000">
        <w:rPr>
          <w:rFonts w:ascii="Arial" w:cs="Arial" w:eastAsia="Arial" w:hAnsi="Arial"/>
          <w:sz w:val="22"/>
          <w:szCs w:val="22"/>
          <w:rtl w:val="0"/>
        </w:rPr>
        <w:t xml:space="preserve"> that they used to have a barbecue every year. And we wanted to go like, Okay, you guys could have your barbecue here, but we didn't know.</w:t>
      </w:r>
      <w:r w:rsidDel="00000000" w:rsidR="00000000" w:rsidRPr="00000000">
        <w:rPr>
          <w:rtl w:val="0"/>
        </w:rPr>
      </w:r>
    </w:p>
    <w:p w:rsidR="00000000" w:rsidDel="00000000" w:rsidP="00000000" w:rsidRDefault="00000000" w:rsidRPr="00000000" w14:paraId="000003DA">
      <w:pPr>
        <w:spacing w:after="0" w:lineRule="auto"/>
        <w:rPr/>
      </w:pPr>
      <w:r w:rsidDel="00000000" w:rsidR="00000000" w:rsidRPr="00000000">
        <w:rPr>
          <w:rtl w:val="0"/>
        </w:rPr>
      </w:r>
    </w:p>
    <w:p w:rsidR="00000000" w:rsidDel="00000000" w:rsidP="00000000" w:rsidRDefault="00000000" w:rsidRPr="00000000" w14:paraId="000003DB">
      <w:pPr>
        <w:spacing w:after="0" w:lineRule="auto"/>
        <w:rPr/>
      </w:pPr>
      <w:r w:rsidDel="00000000" w:rsidR="00000000" w:rsidRPr="00000000">
        <w:rPr>
          <w:rFonts w:ascii="Arial" w:cs="Arial" w:eastAsia="Arial" w:hAnsi="Arial"/>
          <w:color w:val="5d7284"/>
          <w:sz w:val="22"/>
          <w:szCs w:val="22"/>
          <w:rtl w:val="0"/>
        </w:rPr>
        <w:t xml:space="preserve">56:24</w:t>
      </w:r>
      <w:r w:rsidDel="00000000" w:rsidR="00000000" w:rsidRPr="00000000">
        <w:rPr>
          <w:rtl w:val="0"/>
        </w:rPr>
      </w:r>
    </w:p>
    <w:p w:rsidR="00000000" w:rsidDel="00000000" w:rsidP="00000000" w:rsidRDefault="00000000" w:rsidRPr="00000000" w14:paraId="000003DC">
      <w:pPr>
        <w:spacing w:after="0" w:lineRule="auto"/>
        <w:rPr/>
      </w:pPr>
      <w:r w:rsidDel="00000000" w:rsidR="00000000" w:rsidRPr="00000000">
        <w:rPr>
          <w:rFonts w:ascii="Arial" w:cs="Arial" w:eastAsia="Arial" w:hAnsi="Arial"/>
          <w:sz w:val="22"/>
          <w:szCs w:val="22"/>
          <w:rtl w:val="0"/>
        </w:rPr>
        <w:t xml:space="preserve">I wouldn't know. I mean, the mic connections, they're all as old</w:t>
      </w:r>
      <w:r w:rsidDel="00000000" w:rsidR="00000000" w:rsidRPr="00000000">
        <w:rPr>
          <w:rtl w:val="0"/>
        </w:rPr>
      </w:r>
    </w:p>
    <w:p w:rsidR="00000000" w:rsidDel="00000000" w:rsidP="00000000" w:rsidRDefault="00000000" w:rsidRPr="00000000" w14:paraId="000003DD">
      <w:pPr>
        <w:spacing w:after="0" w:lineRule="auto"/>
        <w:rPr/>
      </w:pPr>
      <w:r w:rsidDel="00000000" w:rsidR="00000000" w:rsidRPr="00000000">
        <w:rPr>
          <w:rtl w:val="0"/>
        </w:rPr>
      </w:r>
    </w:p>
    <w:p w:rsidR="00000000" w:rsidDel="00000000" w:rsidP="00000000" w:rsidRDefault="00000000" w:rsidRPr="00000000" w14:paraId="000003DE">
      <w:pPr>
        <w:spacing w:after="0" w:lineRule="auto"/>
        <w:rPr/>
      </w:pPr>
      <w:r w:rsidDel="00000000" w:rsidR="00000000" w:rsidRPr="00000000">
        <w:rPr>
          <w:rFonts w:ascii="Arial" w:cs="Arial" w:eastAsia="Arial" w:hAnsi="Arial"/>
          <w:color w:val="5d7284"/>
          <w:sz w:val="22"/>
          <w:szCs w:val="22"/>
          <w:rtl w:val="0"/>
        </w:rPr>
        <w:t xml:space="preserve">56:31</w:t>
      </w:r>
      <w:r w:rsidDel="00000000" w:rsidR="00000000" w:rsidRPr="00000000">
        <w:rPr>
          <w:rtl w:val="0"/>
        </w:rPr>
      </w:r>
    </w:p>
    <w:p w:rsidR="00000000" w:rsidDel="00000000" w:rsidP="00000000" w:rsidRDefault="00000000" w:rsidRPr="00000000" w14:paraId="000003DF">
      <w:pPr>
        <w:spacing w:after="0" w:lineRule="auto"/>
        <w:rPr/>
      </w:pPr>
      <w:r w:rsidDel="00000000" w:rsidR="00000000" w:rsidRPr="00000000">
        <w:rPr>
          <w:rFonts w:ascii="Arial" w:cs="Arial" w:eastAsia="Arial" w:hAnsi="Arial"/>
          <w:sz w:val="22"/>
          <w:szCs w:val="22"/>
          <w:rtl w:val="0"/>
        </w:rPr>
        <w:t xml:space="preserve">at St Stephen's cemetery or St Thomas,</w:t>
      </w:r>
      <w:r w:rsidDel="00000000" w:rsidR="00000000" w:rsidRPr="00000000">
        <w:rPr>
          <w:rtl w:val="0"/>
        </w:rPr>
      </w:r>
    </w:p>
    <w:p w:rsidR="00000000" w:rsidDel="00000000" w:rsidP="00000000" w:rsidRDefault="00000000" w:rsidRPr="00000000" w14:paraId="000003E0">
      <w:pPr>
        <w:spacing w:after="0" w:lineRule="auto"/>
        <w:rPr/>
      </w:pPr>
      <w:r w:rsidDel="00000000" w:rsidR="00000000" w:rsidRPr="00000000">
        <w:rPr>
          <w:rtl w:val="0"/>
        </w:rPr>
      </w:r>
    </w:p>
    <w:p w:rsidR="00000000" w:rsidDel="00000000" w:rsidP="00000000" w:rsidRDefault="00000000" w:rsidRPr="00000000" w14:paraId="000003E1">
      <w:pPr>
        <w:spacing w:after="0" w:lineRule="auto"/>
        <w:rPr/>
      </w:pPr>
      <w:r w:rsidDel="00000000" w:rsidR="00000000" w:rsidRPr="00000000">
        <w:rPr>
          <w:rFonts w:ascii="Arial" w:cs="Arial" w:eastAsia="Arial" w:hAnsi="Arial"/>
          <w:color w:val="5d7284"/>
          <w:sz w:val="22"/>
          <w:szCs w:val="22"/>
          <w:rtl w:val="0"/>
        </w:rPr>
        <w:t xml:space="preserve">56:36</w:t>
      </w:r>
      <w:r w:rsidDel="00000000" w:rsidR="00000000" w:rsidRPr="00000000">
        <w:rPr>
          <w:rtl w:val="0"/>
        </w:rPr>
      </w:r>
    </w:p>
    <w:p w:rsidR="00000000" w:rsidDel="00000000" w:rsidP="00000000" w:rsidRDefault="00000000" w:rsidRPr="00000000" w14:paraId="000003E2">
      <w:pPr>
        <w:spacing w:after="0" w:lineRule="auto"/>
        <w:rPr/>
      </w:pPr>
      <w:r w:rsidDel="00000000" w:rsidR="00000000" w:rsidRPr="00000000">
        <w:rPr>
          <w:rFonts w:ascii="Arial" w:cs="Arial" w:eastAsia="Arial" w:hAnsi="Arial"/>
          <w:sz w:val="22"/>
          <w:szCs w:val="22"/>
          <w:rtl w:val="0"/>
        </w:rPr>
        <w:t xml:space="preserve">but they had a very loyal </w:t>
      </w:r>
      <w:r w:rsidDel="00000000" w:rsidR="00000000" w:rsidRPr="00000000">
        <w:rPr>
          <w:rFonts w:ascii="Arial" w:cs="Arial" w:eastAsia="Arial" w:hAnsi="Arial"/>
          <w:rtl w:val="0"/>
        </w:rPr>
        <w:t xml:space="preserve">following of people</w:t>
      </w:r>
      <w:r w:rsidDel="00000000" w:rsidR="00000000" w:rsidRPr="00000000">
        <w:rPr>
          <w:rFonts w:ascii="Arial" w:cs="Arial" w:eastAsia="Arial" w:hAnsi="Arial"/>
          <w:sz w:val="22"/>
          <w:szCs w:val="22"/>
          <w:rtl w:val="0"/>
        </w:rPr>
        <w:t xml:space="preserve"> who are grateful, yes, having their life saved. And we wanted to keep that going and let them connect with each other again, but we didn't know how to and then it became covid. So that wasn't even happening. Changes.</w:t>
      </w:r>
      <w:r w:rsidDel="00000000" w:rsidR="00000000" w:rsidRPr="00000000">
        <w:rPr>
          <w:rtl w:val="0"/>
        </w:rPr>
      </w:r>
    </w:p>
    <w:p w:rsidR="00000000" w:rsidDel="00000000" w:rsidP="00000000" w:rsidRDefault="00000000" w:rsidRPr="00000000" w14:paraId="000003E3">
      <w:pPr>
        <w:spacing w:after="0" w:lineRule="auto"/>
        <w:rPr/>
      </w:pPr>
      <w:r w:rsidDel="00000000" w:rsidR="00000000" w:rsidRPr="00000000">
        <w:rPr>
          <w:rtl w:val="0"/>
        </w:rPr>
      </w:r>
    </w:p>
    <w:p w:rsidR="00000000" w:rsidDel="00000000" w:rsidP="00000000" w:rsidRDefault="00000000" w:rsidRPr="00000000" w14:paraId="000003E4">
      <w:pPr>
        <w:spacing w:after="0" w:lineRule="auto"/>
        <w:rPr/>
      </w:pPr>
      <w:r w:rsidDel="00000000" w:rsidR="00000000" w:rsidRPr="00000000">
        <w:rPr>
          <w:rFonts w:ascii="Arial" w:cs="Arial" w:eastAsia="Arial" w:hAnsi="Arial"/>
          <w:color w:val="5d7284"/>
          <w:sz w:val="22"/>
          <w:szCs w:val="22"/>
          <w:rtl w:val="0"/>
        </w:rPr>
        <w:t xml:space="preserve">56:56</w:t>
      </w:r>
      <w:r w:rsidDel="00000000" w:rsidR="00000000" w:rsidRPr="00000000">
        <w:rPr>
          <w:rtl w:val="0"/>
        </w:rPr>
      </w:r>
    </w:p>
    <w:p w:rsidR="00000000" w:rsidDel="00000000" w:rsidP="00000000" w:rsidRDefault="00000000" w:rsidRPr="00000000" w14:paraId="000003E5">
      <w:pPr>
        <w:spacing w:after="0" w:lineRule="auto"/>
        <w:rPr/>
      </w:pPr>
      <w:r w:rsidDel="00000000" w:rsidR="00000000" w:rsidRPr="00000000">
        <w:rPr>
          <w:rFonts w:ascii="Arial" w:cs="Arial" w:eastAsia="Arial" w:hAnsi="Arial"/>
          <w:sz w:val="22"/>
          <w:szCs w:val="22"/>
          <w:rtl w:val="0"/>
        </w:rPr>
        <w:t xml:space="preserve">We still got mail for some of the people that worked at the </w:t>
      </w:r>
      <w:r w:rsidDel="00000000" w:rsidR="00000000" w:rsidRPr="00000000">
        <w:rPr>
          <w:rFonts w:ascii="Arial" w:cs="Arial" w:eastAsia="Arial" w:hAnsi="Arial"/>
          <w:rtl w:val="0"/>
        </w:rPr>
        <w:t xml:space="preserve">M</w:t>
      </w:r>
      <w:r w:rsidDel="00000000" w:rsidR="00000000" w:rsidRPr="00000000">
        <w:rPr>
          <w:rFonts w:ascii="Arial" w:cs="Arial" w:eastAsia="Arial" w:hAnsi="Arial"/>
          <w:sz w:val="22"/>
          <w:szCs w:val="22"/>
          <w:rtl w:val="0"/>
        </w:rPr>
        <w:t xml:space="preserve">aple </w:t>
      </w:r>
      <w:r w:rsidDel="00000000" w:rsidR="00000000" w:rsidRPr="00000000">
        <w:rPr>
          <w:rFonts w:ascii="Arial" w:cs="Arial" w:eastAsia="Arial" w:hAnsi="Arial"/>
          <w:rtl w:val="0"/>
        </w:rPr>
        <w:t xml:space="preserve">L</w:t>
      </w:r>
      <w:r w:rsidDel="00000000" w:rsidR="00000000" w:rsidRPr="00000000">
        <w:rPr>
          <w:rFonts w:ascii="Arial" w:cs="Arial" w:eastAsia="Arial" w:hAnsi="Arial"/>
          <w:sz w:val="22"/>
          <w:szCs w:val="22"/>
          <w:rtl w:val="0"/>
        </w:rPr>
        <w:t xml:space="preserve">eaf. We </w:t>
      </w:r>
      <w:r w:rsidDel="00000000" w:rsidR="00000000" w:rsidRPr="00000000">
        <w:rPr>
          <w:rFonts w:ascii="Arial" w:cs="Arial" w:eastAsia="Arial" w:hAnsi="Arial"/>
          <w:rtl w:val="0"/>
        </w:rPr>
        <w:t xml:space="preserve">are</w:t>
      </w:r>
      <w:r w:rsidDel="00000000" w:rsidR="00000000" w:rsidRPr="00000000">
        <w:rPr>
          <w:rFonts w:ascii="Arial" w:cs="Arial" w:eastAsia="Arial" w:hAnsi="Arial"/>
          <w:sz w:val="22"/>
          <w:szCs w:val="22"/>
          <w:rtl w:val="0"/>
        </w:rPr>
        <w:t xml:space="preserve"> positively</w:t>
      </w:r>
      <w:r w:rsidDel="00000000" w:rsidR="00000000" w:rsidRPr="00000000">
        <w:rPr>
          <w:rtl w:val="0"/>
        </w:rPr>
      </w:r>
    </w:p>
    <w:p w:rsidR="00000000" w:rsidDel="00000000" w:rsidP="00000000" w:rsidRDefault="00000000" w:rsidRPr="00000000" w14:paraId="000003E6">
      <w:pPr>
        <w:spacing w:after="0" w:lineRule="auto"/>
        <w:rPr/>
      </w:pPr>
      <w:r w:rsidDel="00000000" w:rsidR="00000000" w:rsidRPr="00000000">
        <w:rPr>
          <w:rtl w:val="0"/>
        </w:rPr>
      </w:r>
    </w:p>
    <w:p w:rsidR="00000000" w:rsidDel="00000000" w:rsidP="00000000" w:rsidRDefault="00000000" w:rsidRPr="00000000" w14:paraId="000003E7">
      <w:pPr>
        <w:spacing w:after="0" w:lineRule="auto"/>
        <w:rPr/>
      </w:pPr>
      <w:r w:rsidDel="00000000" w:rsidR="00000000" w:rsidRPr="00000000">
        <w:rPr>
          <w:rFonts w:ascii="Arial" w:cs="Arial" w:eastAsia="Arial" w:hAnsi="Arial"/>
          <w:color w:val="5d7284"/>
          <w:sz w:val="22"/>
          <w:szCs w:val="22"/>
          <w:rtl w:val="0"/>
        </w:rPr>
        <w:t xml:space="preserve">57:15</w:t>
      </w:r>
      <w:r w:rsidDel="00000000" w:rsidR="00000000" w:rsidRPr="00000000">
        <w:rPr>
          <w:rtl w:val="0"/>
        </w:rPr>
      </w:r>
    </w:p>
    <w:p w:rsidR="00000000" w:rsidDel="00000000" w:rsidP="00000000" w:rsidRDefault="00000000" w:rsidRPr="00000000" w14:paraId="000003E8">
      <w:pPr>
        <w:spacing w:after="0" w:lineRule="auto"/>
        <w:rPr/>
      </w:pPr>
      <w:r w:rsidDel="00000000" w:rsidR="00000000" w:rsidRPr="00000000">
        <w:rPr>
          <w:rFonts w:ascii="Arial" w:cs="Arial" w:eastAsia="Arial" w:hAnsi="Arial"/>
          <w:sz w:val="22"/>
          <w:szCs w:val="22"/>
          <w:rtl w:val="0"/>
        </w:rPr>
        <w:t xml:space="preserve">magical, no</w:t>
      </w:r>
      <w:r w:rsidDel="00000000" w:rsidR="00000000" w:rsidRPr="00000000">
        <w:rPr>
          <w:rtl w:val="0"/>
        </w:rPr>
      </w:r>
    </w:p>
    <w:p w:rsidR="00000000" w:rsidDel="00000000" w:rsidP="00000000" w:rsidRDefault="00000000" w:rsidRPr="00000000" w14:paraId="000003E9">
      <w:pPr>
        <w:spacing w:after="0" w:lineRule="auto"/>
        <w:rPr/>
      </w:pPr>
      <w:r w:rsidDel="00000000" w:rsidR="00000000" w:rsidRPr="00000000">
        <w:rPr>
          <w:rtl w:val="0"/>
        </w:rPr>
      </w:r>
    </w:p>
    <w:p w:rsidR="00000000" w:rsidDel="00000000" w:rsidP="00000000" w:rsidRDefault="00000000" w:rsidRPr="00000000" w14:paraId="000003EA">
      <w:pPr>
        <w:spacing w:after="0" w:lineRule="auto"/>
        <w:rPr/>
      </w:pPr>
      <w:r w:rsidDel="00000000" w:rsidR="00000000" w:rsidRPr="00000000">
        <w:rPr>
          <w:rFonts w:ascii="Arial" w:cs="Arial" w:eastAsia="Arial" w:hAnsi="Arial"/>
          <w:color w:val="5d7284"/>
          <w:sz w:val="22"/>
          <w:szCs w:val="22"/>
          <w:rtl w:val="0"/>
        </w:rPr>
        <w:t xml:space="preserve">57:22</w:t>
      </w:r>
      <w:r w:rsidDel="00000000" w:rsidR="00000000" w:rsidRPr="00000000">
        <w:rPr>
          <w:rtl w:val="0"/>
        </w:rPr>
      </w:r>
    </w:p>
    <w:p w:rsidR="00000000" w:rsidDel="00000000" w:rsidP="00000000" w:rsidRDefault="00000000" w:rsidRPr="00000000" w14:paraId="000003EB">
      <w:pPr>
        <w:spacing w:after="0" w:lineRule="auto"/>
        <w:rPr/>
      </w:pPr>
      <w:r w:rsidDel="00000000" w:rsidR="00000000" w:rsidRPr="00000000">
        <w:rPr>
          <w:rFonts w:ascii="Arial" w:cs="Arial" w:eastAsia="Arial" w:hAnsi="Arial"/>
          <w:sz w:val="22"/>
          <w:szCs w:val="22"/>
          <w:rtl w:val="0"/>
        </w:rPr>
        <w:t xml:space="preserve">doubt about that. Oh. Saturday nights</w:t>
      </w:r>
      <w:r w:rsidDel="00000000" w:rsidR="00000000" w:rsidRPr="00000000">
        <w:rPr>
          <w:rtl w:val="0"/>
        </w:rPr>
      </w:r>
    </w:p>
    <w:p w:rsidR="00000000" w:rsidDel="00000000" w:rsidP="00000000" w:rsidRDefault="00000000" w:rsidRPr="00000000" w14:paraId="000003EC">
      <w:pPr>
        <w:spacing w:after="0" w:lineRule="auto"/>
        <w:rPr/>
      </w:pPr>
      <w:r w:rsidDel="00000000" w:rsidR="00000000" w:rsidRPr="00000000">
        <w:rPr>
          <w:rtl w:val="0"/>
        </w:rPr>
      </w:r>
    </w:p>
    <w:p w:rsidR="00000000" w:rsidDel="00000000" w:rsidP="00000000" w:rsidRDefault="00000000" w:rsidRPr="00000000" w14:paraId="000003ED">
      <w:pPr>
        <w:spacing w:after="0" w:lineRule="auto"/>
        <w:rPr/>
      </w:pPr>
      <w:r w:rsidDel="00000000" w:rsidR="00000000" w:rsidRPr="00000000">
        <w:rPr>
          <w:rFonts w:ascii="Arial" w:cs="Arial" w:eastAsia="Arial" w:hAnsi="Arial"/>
          <w:color w:val="5d7284"/>
          <w:sz w:val="22"/>
          <w:szCs w:val="22"/>
          <w:rtl w:val="0"/>
        </w:rPr>
        <w:t xml:space="preserve">57:26</w:t>
      </w:r>
      <w:r w:rsidDel="00000000" w:rsidR="00000000" w:rsidRPr="00000000">
        <w:rPr>
          <w:rtl w:val="0"/>
        </w:rPr>
      </w:r>
    </w:p>
    <w:p w:rsidR="00000000" w:rsidDel="00000000" w:rsidP="00000000" w:rsidRDefault="00000000" w:rsidRPr="00000000" w14:paraId="000003EE">
      <w:pPr>
        <w:spacing w:after="0" w:lineRule="auto"/>
        <w:rPr/>
      </w:pPr>
      <w:r w:rsidDel="00000000" w:rsidR="00000000" w:rsidRPr="00000000">
        <w:rPr>
          <w:rFonts w:ascii="Arial" w:cs="Arial" w:eastAsia="Arial" w:hAnsi="Arial"/>
          <w:sz w:val="22"/>
          <w:szCs w:val="22"/>
          <w:rtl w:val="0"/>
        </w:rPr>
        <w:t xml:space="preserve">meetings up here. Legend, yeah,</w:t>
      </w:r>
      <w:r w:rsidDel="00000000" w:rsidR="00000000" w:rsidRPr="00000000">
        <w:rPr>
          <w:rtl w:val="0"/>
        </w:rPr>
      </w:r>
    </w:p>
    <w:p w:rsidR="00000000" w:rsidDel="00000000" w:rsidP="00000000" w:rsidRDefault="00000000" w:rsidRPr="00000000" w14:paraId="000003EF">
      <w:pPr>
        <w:spacing w:after="0" w:lineRule="auto"/>
        <w:rPr/>
      </w:pPr>
      <w:r w:rsidDel="00000000" w:rsidR="00000000" w:rsidRPr="00000000">
        <w:rPr>
          <w:rtl w:val="0"/>
        </w:rPr>
      </w:r>
    </w:p>
    <w:p w:rsidR="00000000" w:rsidDel="00000000" w:rsidP="00000000" w:rsidRDefault="00000000" w:rsidRPr="00000000" w14:paraId="000003F0">
      <w:pPr>
        <w:spacing w:after="0" w:lineRule="auto"/>
        <w:rPr/>
      </w:pPr>
      <w:r w:rsidDel="00000000" w:rsidR="00000000" w:rsidRPr="00000000">
        <w:rPr>
          <w:rFonts w:ascii="Arial" w:cs="Arial" w:eastAsia="Arial" w:hAnsi="Arial"/>
          <w:color w:val="5d7284"/>
          <w:sz w:val="22"/>
          <w:szCs w:val="22"/>
          <w:rtl w:val="0"/>
        </w:rPr>
        <w:t xml:space="preserve">57:30</w:t>
      </w:r>
      <w:r w:rsidDel="00000000" w:rsidR="00000000" w:rsidRPr="00000000">
        <w:rPr>
          <w:rtl w:val="0"/>
        </w:rPr>
      </w:r>
    </w:p>
    <w:p w:rsidR="00000000" w:rsidDel="00000000" w:rsidP="00000000" w:rsidRDefault="00000000" w:rsidRPr="00000000" w14:paraId="000003F1">
      <w:pPr>
        <w:spacing w:after="0" w:lineRule="auto"/>
        <w:rPr/>
      </w:pPr>
      <w:r w:rsidDel="00000000" w:rsidR="00000000" w:rsidRPr="00000000">
        <w:rPr>
          <w:rFonts w:ascii="Arial" w:cs="Arial" w:eastAsia="Arial" w:hAnsi="Arial"/>
          <w:sz w:val="22"/>
          <w:szCs w:val="22"/>
          <w:rtl w:val="0"/>
        </w:rPr>
        <w:t xml:space="preserve">breakfast, yeah.</w:t>
      </w:r>
      <w:r w:rsidDel="00000000" w:rsidR="00000000" w:rsidRPr="00000000">
        <w:rPr>
          <w:rtl w:val="0"/>
        </w:rPr>
      </w:r>
    </w:p>
    <w:p w:rsidR="00000000" w:rsidDel="00000000" w:rsidP="00000000" w:rsidRDefault="00000000" w:rsidRPr="00000000" w14:paraId="000003F2">
      <w:pPr>
        <w:spacing w:after="0" w:lineRule="auto"/>
        <w:rPr/>
      </w:pPr>
      <w:r w:rsidDel="00000000" w:rsidR="00000000" w:rsidRPr="00000000">
        <w:rPr>
          <w:rtl w:val="0"/>
        </w:rPr>
      </w:r>
    </w:p>
    <w:p w:rsidR="00000000" w:rsidDel="00000000" w:rsidP="00000000" w:rsidRDefault="00000000" w:rsidRPr="00000000" w14:paraId="000003F3">
      <w:pPr>
        <w:spacing w:after="0" w:lineRule="auto"/>
        <w:rPr/>
      </w:pPr>
      <w:r w:rsidDel="00000000" w:rsidR="00000000" w:rsidRPr="00000000">
        <w:rPr>
          <w:rFonts w:ascii="Arial" w:cs="Arial" w:eastAsia="Arial" w:hAnsi="Arial"/>
          <w:color w:val="5d7284"/>
          <w:sz w:val="22"/>
          <w:szCs w:val="22"/>
          <w:rtl w:val="0"/>
        </w:rPr>
        <w:t xml:space="preserve">57:33</w:t>
      </w:r>
      <w:r w:rsidDel="00000000" w:rsidR="00000000" w:rsidRPr="00000000">
        <w:rPr>
          <w:rtl w:val="0"/>
        </w:rPr>
      </w:r>
    </w:p>
    <w:p w:rsidR="00000000" w:rsidDel="00000000" w:rsidP="00000000" w:rsidRDefault="00000000" w:rsidRPr="00000000" w14:paraId="000003F4">
      <w:pPr>
        <w:spacing w:after="0" w:lineRule="auto"/>
        <w:rPr/>
      </w:pPr>
      <w:r w:rsidDel="00000000" w:rsidR="00000000" w:rsidRPr="00000000">
        <w:rPr>
          <w:rFonts w:ascii="Arial" w:cs="Arial" w:eastAsia="Arial" w:hAnsi="Arial"/>
          <w:sz w:val="22"/>
          <w:szCs w:val="22"/>
          <w:rtl w:val="0"/>
        </w:rPr>
        <w:t xml:space="preserve">I've heard there's still people that show up occasionally looking for a meeting.</w:t>
      </w:r>
      <w:r w:rsidDel="00000000" w:rsidR="00000000" w:rsidRPr="00000000">
        <w:rPr>
          <w:rtl w:val="0"/>
        </w:rPr>
      </w:r>
    </w:p>
    <w:p w:rsidR="00000000" w:rsidDel="00000000" w:rsidP="00000000" w:rsidRDefault="00000000" w:rsidRPr="00000000" w14:paraId="000003F5">
      <w:pPr>
        <w:spacing w:after="0" w:lineRule="auto"/>
        <w:rPr/>
      </w:pPr>
      <w:r w:rsidDel="00000000" w:rsidR="00000000" w:rsidRPr="00000000">
        <w:rPr>
          <w:rtl w:val="0"/>
        </w:rPr>
      </w:r>
    </w:p>
    <w:p w:rsidR="00000000" w:rsidDel="00000000" w:rsidP="00000000" w:rsidRDefault="00000000" w:rsidRPr="00000000" w14:paraId="000003F6">
      <w:pPr>
        <w:spacing w:after="0" w:lineRule="auto"/>
        <w:rPr/>
      </w:pPr>
      <w:r w:rsidDel="00000000" w:rsidR="00000000" w:rsidRPr="00000000">
        <w:rPr>
          <w:rFonts w:ascii="Arial" w:cs="Arial" w:eastAsia="Arial" w:hAnsi="Arial"/>
          <w:color w:val="5d7284"/>
          <w:sz w:val="22"/>
          <w:szCs w:val="22"/>
          <w:rtl w:val="0"/>
        </w:rPr>
        <w:t xml:space="preserve">57:39</w:t>
      </w:r>
      <w:r w:rsidDel="00000000" w:rsidR="00000000" w:rsidRPr="00000000">
        <w:rPr>
          <w:rtl w:val="0"/>
        </w:rPr>
      </w:r>
    </w:p>
    <w:p w:rsidR="00000000" w:rsidDel="00000000" w:rsidP="00000000" w:rsidRDefault="00000000" w:rsidRPr="00000000" w14:paraId="000003F7">
      <w:pPr>
        <w:spacing w:after="0" w:lineRule="auto"/>
        <w:rPr/>
      </w:pPr>
      <w:r w:rsidDel="00000000" w:rsidR="00000000" w:rsidRPr="00000000">
        <w:rPr>
          <w:rFonts w:ascii="Arial" w:cs="Arial" w:eastAsia="Arial" w:hAnsi="Arial"/>
          <w:sz w:val="22"/>
          <w:szCs w:val="22"/>
          <w:rtl w:val="0"/>
        </w:rPr>
        <w:t xml:space="preserve">My history teacher. The first fall we were here, he was walking around taking pictures. I didn't know who he was at first. I was like, Excuse me. Like, hello. And he was like, Oh, this place saved my life, and he was my history teacher in high school. He had gotten clean before high school, but he had actually built a water feature over there, and it's all gone now, just the electric line, but he's showing it to me. We talked for a bit, so here's a brochure.</w:t>
      </w:r>
      <w:r w:rsidDel="00000000" w:rsidR="00000000" w:rsidRPr="00000000">
        <w:rPr>
          <w:rtl w:val="0"/>
        </w:rPr>
      </w:r>
    </w:p>
    <w:p w:rsidR="00000000" w:rsidDel="00000000" w:rsidP="00000000" w:rsidRDefault="00000000" w:rsidRPr="00000000" w14:paraId="000003F8">
      <w:pPr>
        <w:spacing w:after="0" w:lineRule="auto"/>
        <w:rPr/>
      </w:pPr>
      <w:r w:rsidDel="00000000" w:rsidR="00000000" w:rsidRPr="00000000">
        <w:rPr>
          <w:rtl w:val="0"/>
        </w:rPr>
      </w:r>
    </w:p>
    <w:p w:rsidR="00000000" w:rsidDel="00000000" w:rsidP="00000000" w:rsidRDefault="00000000" w:rsidRPr="00000000" w14:paraId="000003F9">
      <w:pPr>
        <w:spacing w:after="0" w:lineRule="auto"/>
        <w:rPr/>
      </w:pPr>
      <w:r w:rsidDel="00000000" w:rsidR="00000000" w:rsidRPr="00000000">
        <w:rPr>
          <w:rFonts w:ascii="Arial" w:cs="Arial" w:eastAsia="Arial" w:hAnsi="Arial"/>
          <w:color w:val="5d7284"/>
          <w:sz w:val="22"/>
          <w:szCs w:val="22"/>
          <w:rtl w:val="0"/>
        </w:rPr>
        <w:t xml:space="preserve">58:09</w:t>
      </w:r>
      <w:r w:rsidDel="00000000" w:rsidR="00000000" w:rsidRPr="00000000">
        <w:rPr>
          <w:rtl w:val="0"/>
        </w:rPr>
      </w:r>
    </w:p>
    <w:p w:rsidR="00000000" w:rsidDel="00000000" w:rsidP="00000000" w:rsidRDefault="00000000" w:rsidRPr="00000000" w14:paraId="000003FA">
      <w:pPr>
        <w:spacing w:after="0" w:lineRule="auto"/>
        <w:rPr/>
      </w:pPr>
      <w:r w:rsidDel="00000000" w:rsidR="00000000" w:rsidRPr="00000000">
        <w:rPr>
          <w:rFonts w:ascii="Arial" w:cs="Arial" w:eastAsia="Arial" w:hAnsi="Arial"/>
          <w:sz w:val="22"/>
          <w:szCs w:val="22"/>
          <w:rtl w:val="0"/>
        </w:rPr>
        <w:t xml:space="preserve">Yeah? </w:t>
      </w:r>
      <w:r w:rsidDel="00000000" w:rsidR="00000000" w:rsidRPr="00000000">
        <w:rPr>
          <w:rFonts w:ascii="Arial" w:cs="Arial" w:eastAsia="Arial" w:hAnsi="Arial"/>
          <w:rtl w:val="0"/>
        </w:rPr>
        <w:t xml:space="preserve">Give</w:t>
      </w:r>
      <w:r w:rsidDel="00000000" w:rsidR="00000000" w:rsidRPr="00000000">
        <w:rPr>
          <w:rFonts w:ascii="Arial" w:cs="Arial" w:eastAsia="Arial" w:hAnsi="Arial"/>
          <w:sz w:val="22"/>
          <w:szCs w:val="22"/>
          <w:rtl w:val="0"/>
        </w:rPr>
        <w:t xml:space="preserve"> you some </w:t>
      </w:r>
      <w:r w:rsidDel="00000000" w:rsidR="00000000" w:rsidRPr="00000000">
        <w:rPr>
          <w:rFonts w:ascii="Arial" w:cs="Arial" w:eastAsia="Arial" w:hAnsi="Arial"/>
          <w:rtl w:val="0"/>
        </w:rPr>
        <w:t xml:space="preserve">ideas</w:t>
      </w:r>
      <w:r w:rsidDel="00000000" w:rsidR="00000000" w:rsidRPr="00000000">
        <w:rPr>
          <w:rFonts w:ascii="Arial" w:cs="Arial" w:eastAsia="Arial" w:hAnsi="Arial"/>
          <w:sz w:val="22"/>
          <w:szCs w:val="22"/>
          <w:rtl w:val="0"/>
        </w:rPr>
        <w:t xml:space="preserve">. My</w:t>
      </w:r>
      <w:r w:rsidDel="00000000" w:rsidR="00000000" w:rsidRPr="00000000">
        <w:rPr>
          <w:rtl w:val="0"/>
        </w:rPr>
      </w:r>
    </w:p>
    <w:p w:rsidR="00000000" w:rsidDel="00000000" w:rsidP="00000000" w:rsidRDefault="00000000" w:rsidRPr="00000000" w14:paraId="000003FB">
      <w:pPr>
        <w:spacing w:after="0" w:lineRule="auto"/>
        <w:rPr/>
      </w:pPr>
      <w:r w:rsidDel="00000000" w:rsidR="00000000" w:rsidRPr="00000000">
        <w:rPr>
          <w:rtl w:val="0"/>
        </w:rPr>
      </w:r>
    </w:p>
    <w:p w:rsidR="00000000" w:rsidDel="00000000" w:rsidP="00000000" w:rsidRDefault="00000000" w:rsidRPr="00000000" w14:paraId="000003FC">
      <w:pPr>
        <w:spacing w:after="0" w:lineRule="auto"/>
        <w:rPr/>
      </w:pPr>
      <w:r w:rsidDel="00000000" w:rsidR="00000000" w:rsidRPr="00000000">
        <w:rPr>
          <w:rFonts w:ascii="Arial" w:cs="Arial" w:eastAsia="Arial" w:hAnsi="Arial"/>
          <w:color w:val="5d7284"/>
          <w:sz w:val="22"/>
          <w:szCs w:val="22"/>
          <w:rtl w:val="0"/>
        </w:rPr>
        <w:t xml:space="preserve">58:13</w:t>
      </w:r>
      <w:r w:rsidDel="00000000" w:rsidR="00000000" w:rsidRPr="00000000">
        <w:rPr>
          <w:rtl w:val="0"/>
        </w:rPr>
      </w:r>
    </w:p>
    <w:p w:rsidR="00000000" w:rsidDel="00000000" w:rsidP="00000000" w:rsidRDefault="00000000" w:rsidRPr="00000000" w14:paraId="000003FD">
      <w:pPr>
        <w:spacing w:after="0" w:lineRule="auto"/>
        <w:rPr/>
      </w:pPr>
      <w:r w:rsidDel="00000000" w:rsidR="00000000" w:rsidRPr="00000000">
        <w:rPr>
          <w:rFonts w:ascii="Arial" w:cs="Arial" w:eastAsia="Arial" w:hAnsi="Arial"/>
          <w:rtl w:val="0"/>
        </w:rPr>
        <w:t xml:space="preserve">My grandfather </w:t>
      </w:r>
      <w:r w:rsidDel="00000000" w:rsidR="00000000" w:rsidRPr="00000000">
        <w:rPr>
          <w:rFonts w:ascii="Arial" w:cs="Arial" w:eastAsia="Arial" w:hAnsi="Arial"/>
          <w:sz w:val="22"/>
          <w:szCs w:val="22"/>
          <w:rtl w:val="0"/>
        </w:rPr>
        <w:t xml:space="preserve"> grew up in West Addison. You know where the bridge comes over? Yeah, my parents have a farm there. They sold the cows in 2020 but they're still on the farm. But my dad does carpentry now, and my mom works at thrift stores.</w:t>
      </w:r>
      <w:r w:rsidDel="00000000" w:rsidR="00000000" w:rsidRPr="00000000">
        <w:rPr>
          <w:rtl w:val="0"/>
        </w:rPr>
      </w:r>
    </w:p>
    <w:p w:rsidR="00000000" w:rsidDel="00000000" w:rsidP="00000000" w:rsidRDefault="00000000" w:rsidRPr="00000000" w14:paraId="000003FE">
      <w:pPr>
        <w:spacing w:after="0" w:lineRule="auto"/>
        <w:rPr/>
      </w:pPr>
      <w:r w:rsidDel="00000000" w:rsidR="00000000" w:rsidRPr="00000000">
        <w:rPr>
          <w:rtl w:val="0"/>
        </w:rPr>
      </w:r>
    </w:p>
    <w:p w:rsidR="00000000" w:rsidDel="00000000" w:rsidP="00000000" w:rsidRDefault="00000000" w:rsidRPr="00000000" w14:paraId="000003FF">
      <w:pPr>
        <w:spacing w:after="0" w:lineRule="auto"/>
        <w:rPr/>
      </w:pPr>
      <w:r w:rsidDel="00000000" w:rsidR="00000000" w:rsidRPr="00000000">
        <w:rPr>
          <w:rFonts w:ascii="Arial" w:cs="Arial" w:eastAsia="Arial" w:hAnsi="Arial"/>
          <w:color w:val="5d7284"/>
          <w:sz w:val="22"/>
          <w:szCs w:val="22"/>
          <w:rtl w:val="0"/>
        </w:rPr>
        <w:t xml:space="preserve">58:38</w:t>
      </w:r>
      <w:r w:rsidDel="00000000" w:rsidR="00000000" w:rsidRPr="00000000">
        <w:rPr>
          <w:rtl w:val="0"/>
        </w:rPr>
      </w:r>
    </w:p>
    <w:p w:rsidR="00000000" w:rsidDel="00000000" w:rsidP="00000000" w:rsidRDefault="00000000" w:rsidRPr="00000000" w14:paraId="00000400">
      <w:pPr>
        <w:spacing w:after="0" w:lineRule="auto"/>
        <w:rPr/>
      </w:pPr>
      <w:r w:rsidDel="00000000" w:rsidR="00000000" w:rsidRPr="00000000">
        <w:rPr>
          <w:rFonts w:ascii="Arial" w:cs="Arial" w:eastAsia="Arial" w:hAnsi="Arial"/>
          <w:sz w:val="22"/>
          <w:szCs w:val="22"/>
          <w:rtl w:val="0"/>
        </w:rPr>
        <w:t xml:space="preserve">I don't remember the</w:t>
      </w:r>
      <w:r w:rsidDel="00000000" w:rsidR="00000000" w:rsidRPr="00000000">
        <w:rPr>
          <w:rtl w:val="0"/>
        </w:rPr>
      </w:r>
    </w:p>
    <w:p w:rsidR="00000000" w:rsidDel="00000000" w:rsidP="00000000" w:rsidRDefault="00000000" w:rsidRPr="00000000" w14:paraId="00000401">
      <w:pPr>
        <w:spacing w:after="0" w:lineRule="auto"/>
        <w:rPr/>
      </w:pPr>
      <w:r w:rsidDel="00000000" w:rsidR="00000000" w:rsidRPr="00000000">
        <w:rPr>
          <w:rtl w:val="0"/>
        </w:rPr>
      </w:r>
    </w:p>
    <w:p w:rsidR="00000000" w:rsidDel="00000000" w:rsidP="00000000" w:rsidRDefault="00000000" w:rsidRPr="00000000" w14:paraId="00000402">
      <w:pPr>
        <w:spacing w:after="0" w:lineRule="auto"/>
        <w:rPr/>
      </w:pPr>
      <w:r w:rsidDel="00000000" w:rsidR="00000000" w:rsidRPr="00000000">
        <w:rPr>
          <w:rFonts w:ascii="Arial" w:cs="Arial" w:eastAsia="Arial" w:hAnsi="Arial"/>
          <w:color w:val="5d7284"/>
          <w:sz w:val="22"/>
          <w:szCs w:val="22"/>
          <w:rtl w:val="0"/>
        </w:rPr>
        <w:t xml:space="preserve">58:40</w:t>
      </w:r>
      <w:r w:rsidDel="00000000" w:rsidR="00000000" w:rsidRPr="00000000">
        <w:rPr>
          <w:rtl w:val="0"/>
        </w:rPr>
      </w:r>
    </w:p>
    <w:p w:rsidR="00000000" w:rsidDel="00000000" w:rsidP="00000000" w:rsidRDefault="00000000" w:rsidRPr="00000000" w14:paraId="00000403">
      <w:pPr>
        <w:spacing w:after="0" w:lineRule="auto"/>
        <w:rPr/>
      </w:pPr>
      <w:r w:rsidDel="00000000" w:rsidR="00000000" w:rsidRPr="00000000">
        <w:rPr>
          <w:rFonts w:ascii="Arial" w:cs="Arial" w:eastAsia="Arial" w:hAnsi="Arial"/>
          <w:rtl w:val="0"/>
        </w:rPr>
        <w:t xml:space="preserve">R</w:t>
      </w:r>
      <w:r w:rsidDel="00000000" w:rsidR="00000000" w:rsidRPr="00000000">
        <w:rPr>
          <w:rFonts w:ascii="Arial" w:cs="Arial" w:eastAsia="Arial" w:hAnsi="Arial"/>
          <w:sz w:val="22"/>
          <w:szCs w:val="22"/>
          <w:rtl w:val="0"/>
        </w:rPr>
        <w:t xml:space="preserve">ange.</w:t>
      </w:r>
      <w:r w:rsidDel="00000000" w:rsidR="00000000" w:rsidRPr="00000000">
        <w:rPr>
          <w:rtl w:val="0"/>
        </w:rPr>
      </w:r>
    </w:p>
    <w:p w:rsidR="00000000" w:rsidDel="00000000" w:rsidP="00000000" w:rsidRDefault="00000000" w:rsidRPr="00000000" w14:paraId="00000404">
      <w:pPr>
        <w:spacing w:after="0" w:lineRule="auto"/>
        <w:rPr/>
      </w:pPr>
      <w:r w:rsidDel="00000000" w:rsidR="00000000" w:rsidRPr="00000000">
        <w:rPr>
          <w:rtl w:val="0"/>
        </w:rPr>
      </w:r>
    </w:p>
    <w:p w:rsidR="00000000" w:rsidDel="00000000" w:rsidP="00000000" w:rsidRDefault="00000000" w:rsidRPr="00000000" w14:paraId="00000405">
      <w:pPr>
        <w:spacing w:after="0" w:lineRule="auto"/>
        <w:rPr/>
      </w:pPr>
      <w:r w:rsidDel="00000000" w:rsidR="00000000" w:rsidRPr="00000000">
        <w:rPr>
          <w:rFonts w:ascii="Arial" w:cs="Arial" w:eastAsia="Arial" w:hAnsi="Arial"/>
          <w:color w:val="5d7284"/>
          <w:sz w:val="22"/>
          <w:szCs w:val="22"/>
          <w:rtl w:val="0"/>
        </w:rPr>
        <w:t xml:space="preserve">58:42</w:t>
      </w:r>
      <w:r w:rsidDel="00000000" w:rsidR="00000000" w:rsidRPr="00000000">
        <w:rPr>
          <w:rtl w:val="0"/>
        </w:rPr>
      </w:r>
    </w:p>
    <w:p w:rsidR="00000000" w:rsidDel="00000000" w:rsidP="00000000" w:rsidRDefault="00000000" w:rsidRPr="00000000" w14:paraId="00000406">
      <w:pPr>
        <w:spacing w:after="0" w:lineRule="auto"/>
        <w:rPr/>
      </w:pPr>
      <w:r w:rsidDel="00000000" w:rsidR="00000000" w:rsidRPr="00000000">
        <w:rPr>
          <w:rFonts w:ascii="Arial" w:cs="Arial" w:eastAsia="Arial" w:hAnsi="Arial"/>
          <w:sz w:val="22"/>
          <w:szCs w:val="22"/>
          <w:rtl w:val="0"/>
        </w:rPr>
        <w:t xml:space="preserve">So close. Oh, they're loud.</w:t>
      </w:r>
      <w:r w:rsidDel="00000000" w:rsidR="00000000" w:rsidRPr="00000000">
        <w:rPr>
          <w:rtl w:val="0"/>
        </w:rPr>
      </w:r>
    </w:p>
    <w:p w:rsidR="00000000" w:rsidDel="00000000" w:rsidP="00000000" w:rsidRDefault="00000000" w:rsidRPr="00000000" w14:paraId="00000407">
      <w:pPr>
        <w:spacing w:after="0" w:lineRule="auto"/>
        <w:rPr/>
      </w:pPr>
      <w:r w:rsidDel="00000000" w:rsidR="00000000" w:rsidRPr="00000000">
        <w:rPr>
          <w:rtl w:val="0"/>
        </w:rPr>
      </w:r>
    </w:p>
    <w:p w:rsidR="00000000" w:rsidDel="00000000" w:rsidP="00000000" w:rsidRDefault="00000000" w:rsidRPr="00000000" w14:paraId="00000408">
      <w:pPr>
        <w:spacing w:after="0" w:lineRule="auto"/>
        <w:rPr/>
      </w:pPr>
      <w:r w:rsidDel="00000000" w:rsidR="00000000" w:rsidRPr="00000000">
        <w:rPr>
          <w:rFonts w:ascii="Arial" w:cs="Arial" w:eastAsia="Arial" w:hAnsi="Arial"/>
          <w:color w:val="5d7284"/>
          <w:sz w:val="22"/>
          <w:szCs w:val="22"/>
          <w:rtl w:val="0"/>
        </w:rPr>
        <w:t xml:space="preserve">58:46</w:t>
      </w:r>
      <w:r w:rsidDel="00000000" w:rsidR="00000000" w:rsidRPr="00000000">
        <w:rPr>
          <w:rtl w:val="0"/>
        </w:rPr>
      </w:r>
    </w:p>
    <w:p w:rsidR="00000000" w:rsidDel="00000000" w:rsidP="00000000" w:rsidRDefault="00000000" w:rsidRPr="00000000" w14:paraId="00000409">
      <w:pPr>
        <w:spacing w:after="0" w:lineRule="auto"/>
        <w:rPr/>
      </w:pPr>
      <w:r w:rsidDel="00000000" w:rsidR="00000000" w:rsidRPr="00000000">
        <w:rPr>
          <w:rFonts w:ascii="Arial" w:cs="Arial" w:eastAsia="Arial" w:hAnsi="Arial"/>
          <w:sz w:val="22"/>
          <w:szCs w:val="22"/>
          <w:rtl w:val="0"/>
        </w:rPr>
        <w:t xml:space="preserve">This is a lower level. I mean, a lot of days are quiet, but then </w:t>
      </w:r>
      <w:r w:rsidDel="00000000" w:rsidR="00000000" w:rsidRPr="00000000">
        <w:rPr>
          <w:rtl w:val="0"/>
        </w:rPr>
      </w:r>
    </w:p>
    <w:p w:rsidR="00000000" w:rsidDel="00000000" w:rsidP="00000000" w:rsidRDefault="00000000" w:rsidRPr="00000000" w14:paraId="0000040A">
      <w:pPr>
        <w:spacing w:after="0" w:lineRule="auto"/>
        <w:rPr/>
      </w:pPr>
      <w:r w:rsidDel="00000000" w:rsidR="00000000" w:rsidRPr="00000000">
        <w:rPr>
          <w:rtl w:val="0"/>
        </w:rPr>
      </w:r>
    </w:p>
    <w:p w:rsidR="00000000" w:rsidDel="00000000" w:rsidP="00000000" w:rsidRDefault="00000000" w:rsidRPr="00000000" w14:paraId="0000040B">
      <w:pPr>
        <w:spacing w:after="0" w:lineRule="auto"/>
        <w:rPr/>
      </w:pPr>
      <w:r w:rsidDel="00000000" w:rsidR="00000000" w:rsidRPr="00000000">
        <w:rPr>
          <w:rFonts w:ascii="Arial" w:cs="Arial" w:eastAsia="Arial" w:hAnsi="Arial"/>
          <w:color w:val="5d7284"/>
          <w:sz w:val="22"/>
          <w:szCs w:val="22"/>
          <w:rtl w:val="0"/>
        </w:rPr>
        <w:t xml:space="preserve">58:52</w:t>
      </w:r>
      <w:r w:rsidDel="00000000" w:rsidR="00000000" w:rsidRPr="00000000">
        <w:rPr>
          <w:rtl w:val="0"/>
        </w:rPr>
      </w:r>
    </w:p>
    <w:p w:rsidR="00000000" w:rsidDel="00000000" w:rsidP="00000000" w:rsidRDefault="00000000" w:rsidRPr="00000000" w14:paraId="0000040C">
      <w:pPr>
        <w:spacing w:after="0" w:lineRule="auto"/>
        <w:rPr/>
      </w:pPr>
      <w:r w:rsidDel="00000000" w:rsidR="00000000" w:rsidRPr="00000000">
        <w:rPr>
          <w:rFonts w:ascii="Arial" w:cs="Arial" w:eastAsia="Arial" w:hAnsi="Arial"/>
          <w:rtl w:val="0"/>
        </w:rPr>
        <w:t xml:space="preserve">It</w:t>
      </w:r>
      <w:r w:rsidDel="00000000" w:rsidR="00000000" w:rsidRPr="00000000">
        <w:rPr>
          <w:rFonts w:ascii="Arial" w:cs="Arial" w:eastAsia="Arial" w:hAnsi="Arial"/>
          <w:sz w:val="22"/>
          <w:szCs w:val="22"/>
          <w:rtl w:val="0"/>
        </w:rPr>
        <w:t xml:space="preserve"> can shake our house. Sometimes these different artillery out there, a lot crazier, yeah, like things have fallen off the shelves in the house. Used to be just a Vermont garden.</w:t>
      </w:r>
      <w:r w:rsidDel="00000000" w:rsidR="00000000" w:rsidRPr="00000000">
        <w:rPr>
          <w:rtl w:val="0"/>
        </w:rPr>
      </w:r>
    </w:p>
    <w:p w:rsidR="00000000" w:rsidDel="00000000" w:rsidP="00000000" w:rsidRDefault="00000000" w:rsidRPr="00000000" w14:paraId="0000040D">
      <w:pPr>
        <w:spacing w:after="0" w:lineRule="auto"/>
        <w:rPr/>
      </w:pPr>
      <w:r w:rsidDel="00000000" w:rsidR="00000000" w:rsidRPr="00000000">
        <w:rPr>
          <w:rtl w:val="0"/>
        </w:rPr>
      </w:r>
    </w:p>
    <w:p w:rsidR="00000000" w:rsidDel="00000000" w:rsidP="00000000" w:rsidRDefault="00000000" w:rsidRPr="00000000" w14:paraId="0000040E">
      <w:pPr>
        <w:spacing w:after="0" w:lineRule="auto"/>
        <w:rPr/>
      </w:pPr>
      <w:r w:rsidDel="00000000" w:rsidR="00000000" w:rsidRPr="00000000">
        <w:rPr>
          <w:rFonts w:ascii="Arial" w:cs="Arial" w:eastAsia="Arial" w:hAnsi="Arial"/>
          <w:color w:val="5d7284"/>
          <w:sz w:val="22"/>
          <w:szCs w:val="22"/>
          <w:rtl w:val="0"/>
        </w:rPr>
        <w:t xml:space="preserve">59:07</w:t>
      </w:r>
      <w:r w:rsidDel="00000000" w:rsidR="00000000" w:rsidRPr="00000000">
        <w:rPr>
          <w:rtl w:val="0"/>
        </w:rPr>
      </w:r>
    </w:p>
    <w:p w:rsidR="00000000" w:rsidDel="00000000" w:rsidP="00000000" w:rsidRDefault="00000000" w:rsidRPr="00000000" w14:paraId="0000040F">
      <w:pPr>
        <w:spacing w:after="0" w:lineRule="auto"/>
        <w:rPr/>
      </w:pPr>
      <w:r w:rsidDel="00000000" w:rsidR="00000000" w:rsidRPr="00000000">
        <w:rPr>
          <w:rFonts w:ascii="Arial" w:cs="Arial" w:eastAsia="Arial" w:hAnsi="Arial"/>
          <w:sz w:val="22"/>
          <w:szCs w:val="22"/>
          <w:rtl w:val="0"/>
        </w:rPr>
        <w:t xml:space="preserve">They come from all over the</w:t>
      </w:r>
      <w:r w:rsidDel="00000000" w:rsidR="00000000" w:rsidRPr="00000000">
        <w:rPr>
          <w:rtl w:val="0"/>
        </w:rPr>
      </w:r>
    </w:p>
    <w:p w:rsidR="00000000" w:rsidDel="00000000" w:rsidP="00000000" w:rsidRDefault="00000000" w:rsidRPr="00000000" w14:paraId="00000410">
      <w:pPr>
        <w:spacing w:after="0" w:lineRule="auto"/>
        <w:rPr/>
      </w:pPr>
      <w:r w:rsidDel="00000000" w:rsidR="00000000" w:rsidRPr="00000000">
        <w:rPr>
          <w:rtl w:val="0"/>
        </w:rPr>
      </w:r>
    </w:p>
    <w:p w:rsidR="00000000" w:rsidDel="00000000" w:rsidP="00000000" w:rsidRDefault="00000000" w:rsidRPr="00000000" w14:paraId="00000411">
      <w:pPr>
        <w:spacing w:after="0" w:lineRule="auto"/>
        <w:rPr/>
      </w:pPr>
      <w:r w:rsidDel="00000000" w:rsidR="00000000" w:rsidRPr="00000000">
        <w:rPr>
          <w:rFonts w:ascii="Arial" w:cs="Arial" w:eastAsia="Arial" w:hAnsi="Arial"/>
          <w:color w:val="5d7284"/>
          <w:sz w:val="22"/>
          <w:szCs w:val="22"/>
          <w:rtl w:val="0"/>
        </w:rPr>
        <w:t xml:space="preserve">59:09</w:t>
      </w:r>
      <w:r w:rsidDel="00000000" w:rsidR="00000000" w:rsidRPr="00000000">
        <w:rPr>
          <w:rtl w:val="0"/>
        </w:rPr>
      </w:r>
    </w:p>
    <w:p w:rsidR="00000000" w:rsidDel="00000000" w:rsidP="00000000" w:rsidRDefault="00000000" w:rsidRPr="00000000" w14:paraId="00000412">
      <w:pPr>
        <w:spacing w:after="0" w:lineRule="auto"/>
        <w:rPr/>
      </w:pPr>
      <w:r w:rsidDel="00000000" w:rsidR="00000000" w:rsidRPr="00000000">
        <w:rPr>
          <w:rFonts w:ascii="Arial" w:cs="Arial" w:eastAsia="Arial" w:hAnsi="Arial"/>
          <w:sz w:val="22"/>
          <w:szCs w:val="22"/>
          <w:rtl w:val="0"/>
        </w:rPr>
        <w:t xml:space="preserve">country.</w:t>
      </w:r>
      <w:r w:rsidDel="00000000" w:rsidR="00000000" w:rsidRPr="00000000">
        <w:rPr>
          <w:rtl w:val="0"/>
        </w:rPr>
      </w:r>
    </w:p>
    <w:p w:rsidR="00000000" w:rsidDel="00000000" w:rsidP="00000000" w:rsidRDefault="00000000" w:rsidRPr="00000000" w14:paraId="00000413">
      <w:pPr>
        <w:spacing w:after="0" w:lineRule="auto"/>
        <w:rPr/>
      </w:pPr>
      <w:r w:rsidDel="00000000" w:rsidR="00000000" w:rsidRPr="00000000">
        <w:rPr>
          <w:rtl w:val="0"/>
        </w:rPr>
      </w:r>
    </w:p>
    <w:p w:rsidR="00000000" w:rsidDel="00000000" w:rsidP="00000000" w:rsidRDefault="00000000" w:rsidRPr="00000000" w14:paraId="00000414">
      <w:pPr>
        <w:spacing w:after="0" w:lineRule="auto"/>
        <w:rPr/>
      </w:pPr>
      <w:r w:rsidDel="00000000" w:rsidR="00000000" w:rsidRPr="00000000">
        <w:rPr>
          <w:rFonts w:ascii="Arial" w:cs="Arial" w:eastAsia="Arial" w:hAnsi="Arial"/>
          <w:color w:val="5d7284"/>
          <w:sz w:val="22"/>
          <w:szCs w:val="22"/>
          <w:rtl w:val="0"/>
        </w:rPr>
        <w:t xml:space="preserve">59:11</w:t>
      </w:r>
      <w:r w:rsidDel="00000000" w:rsidR="00000000" w:rsidRPr="00000000">
        <w:rPr>
          <w:rtl w:val="0"/>
        </w:rPr>
      </w:r>
    </w:p>
    <w:p w:rsidR="00000000" w:rsidDel="00000000" w:rsidP="00000000" w:rsidRDefault="00000000" w:rsidRPr="00000000" w14:paraId="00000415">
      <w:pPr>
        <w:spacing w:after="0" w:lineRule="auto"/>
        <w:rPr/>
      </w:pPr>
      <w:r w:rsidDel="00000000" w:rsidR="00000000" w:rsidRPr="00000000">
        <w:rPr>
          <w:rFonts w:ascii="Arial" w:cs="Arial" w:eastAsia="Arial" w:hAnsi="Arial"/>
          <w:sz w:val="22"/>
          <w:szCs w:val="22"/>
          <w:rtl w:val="0"/>
        </w:rPr>
        <w:t xml:space="preserve">During the pandemic, when other military training facilities were shut down, they were bringing people out here from out of state to train.</w:t>
      </w:r>
      <w:r w:rsidDel="00000000" w:rsidR="00000000" w:rsidRPr="00000000">
        <w:rPr>
          <w:rtl w:val="0"/>
        </w:rPr>
      </w:r>
    </w:p>
    <w:p w:rsidR="00000000" w:rsidDel="00000000" w:rsidP="00000000" w:rsidRDefault="00000000" w:rsidRPr="00000000" w14:paraId="00000416">
      <w:pPr>
        <w:spacing w:after="0" w:lineRule="auto"/>
        <w:rPr/>
      </w:pPr>
      <w:r w:rsidDel="00000000" w:rsidR="00000000" w:rsidRPr="00000000">
        <w:rPr>
          <w:rtl w:val="0"/>
        </w:rPr>
      </w:r>
    </w:p>
    <w:p w:rsidR="00000000" w:rsidDel="00000000" w:rsidP="00000000" w:rsidRDefault="00000000" w:rsidRPr="00000000" w14:paraId="00000417">
      <w:pPr>
        <w:spacing w:after="0" w:lineRule="auto"/>
        <w:rPr/>
      </w:pPr>
      <w:r w:rsidDel="00000000" w:rsidR="00000000" w:rsidRPr="00000000">
        <w:rPr>
          <w:rFonts w:ascii="Arial" w:cs="Arial" w:eastAsia="Arial" w:hAnsi="Arial"/>
          <w:color w:val="5d7284"/>
          <w:sz w:val="22"/>
          <w:szCs w:val="22"/>
          <w:rtl w:val="0"/>
        </w:rPr>
        <w:t xml:space="preserve">59:20</w:t>
      </w:r>
      <w:r w:rsidDel="00000000" w:rsidR="00000000" w:rsidRPr="00000000">
        <w:rPr>
          <w:rtl w:val="0"/>
        </w:rPr>
      </w:r>
    </w:p>
    <w:p w:rsidR="00000000" w:rsidDel="00000000" w:rsidP="00000000" w:rsidRDefault="00000000" w:rsidRPr="00000000" w14:paraId="00000418">
      <w:pPr>
        <w:spacing w:after="0" w:lineRule="auto"/>
        <w:rPr/>
      </w:pPr>
      <w:r w:rsidDel="00000000" w:rsidR="00000000" w:rsidRPr="00000000">
        <w:rPr>
          <w:rFonts w:ascii="Arial" w:cs="Arial" w:eastAsia="Arial" w:hAnsi="Arial"/>
          <w:sz w:val="22"/>
          <w:szCs w:val="22"/>
          <w:rtl w:val="0"/>
        </w:rPr>
        <w:t xml:space="preserve">Yeah, I don't know when we first got here, the first day that we</w:t>
      </w:r>
      <w:r w:rsidDel="00000000" w:rsidR="00000000" w:rsidRPr="00000000">
        <w:rPr>
          <w:rtl w:val="0"/>
        </w:rPr>
      </w:r>
    </w:p>
    <w:p w:rsidR="00000000" w:rsidDel="00000000" w:rsidP="00000000" w:rsidRDefault="00000000" w:rsidRPr="00000000" w14:paraId="00000419">
      <w:pPr>
        <w:spacing w:after="0" w:lineRule="auto"/>
        <w:rPr/>
      </w:pPr>
      <w:r w:rsidDel="00000000" w:rsidR="00000000" w:rsidRPr="00000000">
        <w:rPr>
          <w:rtl w:val="0"/>
        </w:rPr>
      </w:r>
    </w:p>
    <w:p w:rsidR="00000000" w:rsidDel="00000000" w:rsidP="00000000" w:rsidRDefault="00000000" w:rsidRPr="00000000" w14:paraId="0000041A">
      <w:pPr>
        <w:spacing w:after="0" w:lineRule="auto"/>
        <w:rPr/>
      </w:pPr>
      <w:r w:rsidDel="00000000" w:rsidR="00000000" w:rsidRPr="00000000">
        <w:rPr>
          <w:rFonts w:ascii="Arial" w:cs="Arial" w:eastAsia="Arial" w:hAnsi="Arial"/>
          <w:color w:val="5d7284"/>
          <w:sz w:val="22"/>
          <w:szCs w:val="22"/>
          <w:rtl w:val="0"/>
        </w:rPr>
        <w:t xml:space="preserve">59:24</w:t>
      </w:r>
      <w:r w:rsidDel="00000000" w:rsidR="00000000" w:rsidRPr="00000000">
        <w:rPr>
          <w:rtl w:val="0"/>
        </w:rPr>
      </w:r>
    </w:p>
    <w:p w:rsidR="00000000" w:rsidDel="00000000" w:rsidP="00000000" w:rsidRDefault="00000000" w:rsidRPr="00000000" w14:paraId="0000041B">
      <w:pPr>
        <w:spacing w:after="0" w:lineRule="auto"/>
        <w:rPr/>
      </w:pPr>
      <w:r w:rsidDel="00000000" w:rsidR="00000000" w:rsidRPr="00000000">
        <w:rPr>
          <w:rFonts w:ascii="Arial" w:cs="Arial" w:eastAsia="Arial" w:hAnsi="Arial"/>
          <w:sz w:val="22"/>
          <w:szCs w:val="22"/>
          <w:rtl w:val="0"/>
        </w:rPr>
        <w:t xml:space="preserve">looked the guns were going really hard, and</w:t>
      </w:r>
      <w:r w:rsidDel="00000000" w:rsidR="00000000" w:rsidRPr="00000000">
        <w:rPr>
          <w:rtl w:val="0"/>
        </w:rPr>
      </w:r>
    </w:p>
    <w:p w:rsidR="00000000" w:rsidDel="00000000" w:rsidP="00000000" w:rsidRDefault="00000000" w:rsidRPr="00000000" w14:paraId="0000041C">
      <w:pPr>
        <w:spacing w:after="0" w:lineRule="auto"/>
        <w:rPr/>
      </w:pPr>
      <w:r w:rsidDel="00000000" w:rsidR="00000000" w:rsidRPr="00000000">
        <w:rPr>
          <w:rtl w:val="0"/>
        </w:rPr>
      </w:r>
    </w:p>
    <w:p w:rsidR="00000000" w:rsidDel="00000000" w:rsidP="00000000" w:rsidRDefault="00000000" w:rsidRPr="00000000" w14:paraId="0000041D">
      <w:pPr>
        <w:spacing w:after="0" w:lineRule="auto"/>
        <w:rPr/>
      </w:pPr>
      <w:r w:rsidDel="00000000" w:rsidR="00000000" w:rsidRPr="00000000">
        <w:rPr>
          <w:rFonts w:ascii="Arial" w:cs="Arial" w:eastAsia="Arial" w:hAnsi="Arial"/>
          <w:color w:val="5d7284"/>
          <w:sz w:val="22"/>
          <w:szCs w:val="22"/>
          <w:rtl w:val="0"/>
        </w:rPr>
        <w:t xml:space="preserve">59:29</w:t>
      </w:r>
      <w:r w:rsidDel="00000000" w:rsidR="00000000" w:rsidRPr="00000000">
        <w:rPr>
          <w:rtl w:val="0"/>
        </w:rPr>
      </w:r>
    </w:p>
    <w:p w:rsidR="00000000" w:rsidDel="00000000" w:rsidP="00000000" w:rsidRDefault="00000000" w:rsidRPr="00000000" w14:paraId="0000041E">
      <w:pPr>
        <w:spacing w:after="0" w:lineRule="auto"/>
        <w:rPr/>
      </w:pPr>
      <w:r w:rsidDel="00000000" w:rsidR="00000000" w:rsidRPr="00000000">
        <w:rPr>
          <w:rFonts w:ascii="Arial" w:cs="Arial" w:eastAsia="Arial" w:hAnsi="Arial"/>
          <w:rtl w:val="0"/>
        </w:rPr>
        <w:t xml:space="preserve">That's, like</w:t>
      </w:r>
      <w:r w:rsidDel="00000000" w:rsidR="00000000" w:rsidRPr="00000000">
        <w:rPr>
          <w:rFonts w:ascii="Arial" w:cs="Arial" w:eastAsia="Arial" w:hAnsi="Arial"/>
          <w:sz w:val="22"/>
          <w:szCs w:val="22"/>
          <w:rtl w:val="0"/>
        </w:rPr>
        <w:t xml:space="preserve">, pretty intense. Are we gonna there was so many years, one</w:t>
      </w:r>
      <w:r w:rsidDel="00000000" w:rsidR="00000000" w:rsidRPr="00000000">
        <w:rPr>
          <w:rtl w:val="0"/>
        </w:rPr>
      </w:r>
    </w:p>
    <w:p w:rsidR="00000000" w:rsidDel="00000000" w:rsidP="00000000" w:rsidRDefault="00000000" w:rsidRPr="00000000" w14:paraId="0000041F">
      <w:pPr>
        <w:spacing w:after="0" w:lineRule="auto"/>
        <w:rPr/>
      </w:pPr>
      <w:r w:rsidDel="00000000" w:rsidR="00000000" w:rsidRPr="00000000">
        <w:rPr>
          <w:rtl w:val="0"/>
        </w:rPr>
      </w:r>
    </w:p>
    <w:p w:rsidR="00000000" w:rsidDel="00000000" w:rsidP="00000000" w:rsidRDefault="00000000" w:rsidRPr="00000000" w14:paraId="00000420">
      <w:pPr>
        <w:spacing w:after="0" w:lineRule="auto"/>
        <w:rPr/>
      </w:pPr>
      <w:r w:rsidDel="00000000" w:rsidR="00000000" w:rsidRPr="00000000">
        <w:rPr>
          <w:rFonts w:ascii="Arial" w:cs="Arial" w:eastAsia="Arial" w:hAnsi="Arial"/>
          <w:color w:val="5d7284"/>
          <w:sz w:val="22"/>
          <w:szCs w:val="22"/>
          <w:rtl w:val="0"/>
        </w:rPr>
        <w:t xml:space="preserve">59:35</w:t>
      </w:r>
      <w:r w:rsidDel="00000000" w:rsidR="00000000" w:rsidRPr="00000000">
        <w:rPr>
          <w:rtl w:val="0"/>
        </w:rPr>
      </w:r>
    </w:p>
    <w:p w:rsidR="00000000" w:rsidDel="00000000" w:rsidP="00000000" w:rsidRDefault="00000000" w:rsidRPr="00000000" w14:paraId="00000421">
      <w:pPr>
        <w:spacing w:after="0" w:lineRule="auto"/>
        <w:rPr/>
      </w:pPr>
      <w:r w:rsidDel="00000000" w:rsidR="00000000" w:rsidRPr="00000000">
        <w:rPr>
          <w:rFonts w:ascii="Arial" w:cs="Arial" w:eastAsia="Arial" w:hAnsi="Arial"/>
          <w:sz w:val="22"/>
          <w:szCs w:val="22"/>
          <w:rtl w:val="0"/>
        </w:rPr>
        <w:t xml:space="preserve">of them</w:t>
      </w:r>
      <w:r w:rsidDel="00000000" w:rsidR="00000000" w:rsidRPr="00000000">
        <w:rPr>
          <w:rtl w:val="0"/>
        </w:rPr>
      </w:r>
    </w:p>
    <w:p w:rsidR="00000000" w:rsidDel="00000000" w:rsidP="00000000" w:rsidRDefault="00000000" w:rsidRPr="00000000" w14:paraId="00000422">
      <w:pPr>
        <w:spacing w:after="0" w:lineRule="auto"/>
        <w:rPr/>
      </w:pPr>
      <w:r w:rsidDel="00000000" w:rsidR="00000000" w:rsidRPr="00000000">
        <w:rPr>
          <w:rtl w:val="0"/>
        </w:rPr>
      </w:r>
    </w:p>
    <w:p w:rsidR="00000000" w:rsidDel="00000000" w:rsidP="00000000" w:rsidRDefault="00000000" w:rsidRPr="00000000" w14:paraId="00000423">
      <w:pPr>
        <w:spacing w:after="0" w:lineRule="auto"/>
        <w:rPr/>
      </w:pPr>
      <w:r w:rsidDel="00000000" w:rsidR="00000000" w:rsidRPr="00000000">
        <w:rPr>
          <w:rFonts w:ascii="Arial" w:cs="Arial" w:eastAsia="Arial" w:hAnsi="Arial"/>
          <w:color w:val="5d7284"/>
          <w:sz w:val="22"/>
          <w:szCs w:val="22"/>
          <w:rtl w:val="0"/>
        </w:rPr>
        <w:t xml:space="preserve">59:38</w:t>
      </w:r>
      <w:r w:rsidDel="00000000" w:rsidR="00000000" w:rsidRPr="00000000">
        <w:rPr>
          <w:rtl w:val="0"/>
        </w:rPr>
      </w:r>
    </w:p>
    <w:p w:rsidR="00000000" w:rsidDel="00000000" w:rsidP="00000000" w:rsidRDefault="00000000" w:rsidRPr="00000000" w14:paraId="00000424">
      <w:pPr>
        <w:spacing w:after="0" w:lineRule="auto"/>
        <w:rPr/>
      </w:pPr>
      <w:r w:rsidDel="00000000" w:rsidR="00000000" w:rsidRPr="00000000">
        <w:rPr>
          <w:rFonts w:ascii="Arial" w:cs="Arial" w:eastAsia="Arial" w:hAnsi="Arial"/>
          <w:sz w:val="22"/>
          <w:szCs w:val="22"/>
          <w:rtl w:val="0"/>
        </w:rPr>
        <w:t xml:space="preserve">screaming.</w:t>
      </w:r>
      <w:r w:rsidDel="00000000" w:rsidR="00000000" w:rsidRPr="00000000">
        <w:rPr>
          <w:rtl w:val="0"/>
        </w:rPr>
      </w:r>
    </w:p>
    <w:p w:rsidR="00000000" w:rsidDel="00000000" w:rsidP="00000000" w:rsidRDefault="00000000" w:rsidRPr="00000000" w14:paraId="00000425">
      <w:pPr>
        <w:spacing w:after="0" w:lineRule="auto"/>
        <w:rPr/>
      </w:pPr>
      <w:r w:rsidDel="00000000" w:rsidR="00000000" w:rsidRPr="00000000">
        <w:rPr>
          <w:rtl w:val="0"/>
        </w:rPr>
      </w:r>
    </w:p>
    <w:p w:rsidR="00000000" w:rsidDel="00000000" w:rsidP="00000000" w:rsidRDefault="00000000" w:rsidRPr="00000000" w14:paraId="00000426">
      <w:pPr>
        <w:spacing w:after="0" w:lineRule="auto"/>
        <w:rPr/>
      </w:pPr>
      <w:r w:rsidDel="00000000" w:rsidR="00000000" w:rsidRPr="00000000">
        <w:rPr>
          <w:rFonts w:ascii="Arial" w:cs="Arial" w:eastAsia="Arial" w:hAnsi="Arial"/>
          <w:color w:val="5d7284"/>
          <w:sz w:val="22"/>
          <w:szCs w:val="22"/>
          <w:rtl w:val="0"/>
        </w:rPr>
        <w:t xml:space="preserve">59:40</w:t>
      </w:r>
      <w:r w:rsidDel="00000000" w:rsidR="00000000" w:rsidRPr="00000000">
        <w:rPr>
          <w:rtl w:val="0"/>
        </w:rPr>
      </w:r>
    </w:p>
    <w:p w:rsidR="00000000" w:rsidDel="00000000" w:rsidP="00000000" w:rsidRDefault="00000000" w:rsidRPr="00000000" w14:paraId="00000427">
      <w:pPr>
        <w:spacing w:after="0" w:lineRule="auto"/>
        <w:rPr/>
      </w:pPr>
      <w:r w:rsidDel="00000000" w:rsidR="00000000" w:rsidRPr="00000000">
        <w:rPr>
          <w:rFonts w:ascii="Arial" w:cs="Arial" w:eastAsia="Arial" w:hAnsi="Arial"/>
          <w:sz w:val="22"/>
          <w:szCs w:val="22"/>
          <w:rtl w:val="0"/>
        </w:rPr>
        <w:t xml:space="preserve">Family</w:t>
      </w:r>
      <w:r w:rsidDel="00000000" w:rsidR="00000000" w:rsidRPr="00000000">
        <w:rPr>
          <w:rtl w:val="0"/>
        </w:rPr>
      </w:r>
    </w:p>
    <w:p w:rsidR="00000000" w:rsidDel="00000000" w:rsidP="00000000" w:rsidRDefault="00000000" w:rsidRPr="00000000" w14:paraId="00000428">
      <w:pPr>
        <w:spacing w:after="0" w:lineRule="auto"/>
        <w:rPr/>
      </w:pPr>
      <w:r w:rsidDel="00000000" w:rsidR="00000000" w:rsidRPr="00000000">
        <w:rPr>
          <w:rtl w:val="0"/>
        </w:rPr>
      </w:r>
    </w:p>
    <w:p w:rsidR="00000000" w:rsidDel="00000000" w:rsidP="00000000" w:rsidRDefault="00000000" w:rsidRPr="00000000" w14:paraId="00000429">
      <w:pPr>
        <w:spacing w:after="0" w:lineRule="auto"/>
        <w:rPr/>
      </w:pPr>
      <w:r w:rsidDel="00000000" w:rsidR="00000000" w:rsidRPr="00000000">
        <w:rPr>
          <w:rFonts w:ascii="Arial" w:cs="Arial" w:eastAsia="Arial" w:hAnsi="Arial"/>
          <w:color w:val="5d7284"/>
          <w:sz w:val="22"/>
          <w:szCs w:val="22"/>
          <w:rtl w:val="0"/>
        </w:rPr>
        <w:t xml:space="preserve">59:42</w:t>
      </w:r>
      <w:r w:rsidDel="00000000" w:rsidR="00000000" w:rsidRPr="00000000">
        <w:rPr>
          <w:rtl w:val="0"/>
        </w:rPr>
      </w:r>
    </w:p>
    <w:p w:rsidR="00000000" w:rsidDel="00000000" w:rsidP="00000000" w:rsidRDefault="00000000" w:rsidRPr="00000000" w14:paraId="0000042A">
      <w:pPr>
        <w:spacing w:after="0" w:lineRule="auto"/>
        <w:rPr/>
      </w:pPr>
      <w:r w:rsidDel="00000000" w:rsidR="00000000" w:rsidRPr="00000000">
        <w:rPr>
          <w:rFonts w:ascii="Arial" w:cs="Arial" w:eastAsia="Arial" w:hAnsi="Arial"/>
          <w:sz w:val="22"/>
          <w:szCs w:val="22"/>
          <w:rtl w:val="0"/>
        </w:rPr>
        <w:t xml:space="preserve">members like</w:t>
      </w:r>
      <w:r w:rsidDel="00000000" w:rsidR="00000000" w:rsidRPr="00000000">
        <w:rPr>
          <w:rtl w:val="0"/>
        </w:rPr>
      </w:r>
    </w:p>
    <w:p w:rsidR="00000000" w:rsidDel="00000000" w:rsidP="00000000" w:rsidRDefault="00000000" w:rsidRPr="00000000" w14:paraId="0000042B">
      <w:pPr>
        <w:spacing w:after="0" w:lineRule="auto"/>
        <w:rPr/>
      </w:pPr>
      <w:r w:rsidDel="00000000" w:rsidR="00000000" w:rsidRPr="00000000">
        <w:rPr>
          <w:rtl w:val="0"/>
        </w:rPr>
      </w:r>
    </w:p>
    <w:p w:rsidR="00000000" w:rsidDel="00000000" w:rsidP="00000000" w:rsidRDefault="00000000" w:rsidRPr="00000000" w14:paraId="0000042C">
      <w:pPr>
        <w:spacing w:after="0" w:lineRule="auto"/>
        <w:rPr/>
      </w:pPr>
      <w:r w:rsidDel="00000000" w:rsidR="00000000" w:rsidRPr="00000000">
        <w:rPr>
          <w:rFonts w:ascii="Arial" w:cs="Arial" w:eastAsia="Arial" w:hAnsi="Arial"/>
          <w:color w:val="5d7284"/>
          <w:sz w:val="22"/>
          <w:szCs w:val="22"/>
          <w:rtl w:val="0"/>
        </w:rPr>
        <w:t xml:space="preserve">59:48</w:t>
      </w:r>
      <w:r w:rsidDel="00000000" w:rsidR="00000000" w:rsidRPr="00000000">
        <w:rPr>
          <w:rtl w:val="0"/>
        </w:rPr>
      </w:r>
    </w:p>
    <w:p w:rsidR="00000000" w:rsidDel="00000000" w:rsidP="00000000" w:rsidRDefault="00000000" w:rsidRPr="00000000" w14:paraId="0000042D">
      <w:pPr>
        <w:spacing w:after="0" w:lineRule="auto"/>
        <w:rPr/>
      </w:pPr>
      <w:r w:rsidDel="00000000" w:rsidR="00000000" w:rsidRPr="00000000">
        <w:rPr>
          <w:rFonts w:ascii="Arial" w:cs="Arial" w:eastAsia="Arial" w:hAnsi="Arial"/>
          <w:sz w:val="22"/>
          <w:szCs w:val="22"/>
          <w:rtl w:val="0"/>
        </w:rPr>
        <w:t xml:space="preserve">right here on the property</w:t>
      </w:r>
      <w:r w:rsidDel="00000000" w:rsidR="00000000" w:rsidRPr="00000000">
        <w:rPr>
          <w:rtl w:val="0"/>
        </w:rPr>
      </w:r>
    </w:p>
    <w:p w:rsidR="00000000" w:rsidDel="00000000" w:rsidP="00000000" w:rsidRDefault="00000000" w:rsidRPr="00000000" w14:paraId="0000042E">
      <w:pPr>
        <w:spacing w:after="0" w:lineRule="auto"/>
        <w:rPr/>
      </w:pPr>
      <w:r w:rsidDel="00000000" w:rsidR="00000000" w:rsidRPr="00000000">
        <w:rPr>
          <w:rtl w:val="0"/>
        </w:rPr>
      </w:r>
    </w:p>
    <w:p w:rsidR="00000000" w:rsidDel="00000000" w:rsidP="00000000" w:rsidRDefault="00000000" w:rsidRPr="00000000" w14:paraId="0000042F">
      <w:pPr>
        <w:spacing w:after="0" w:lineRule="auto"/>
        <w:rPr/>
      </w:pPr>
      <w:r w:rsidDel="00000000" w:rsidR="00000000" w:rsidRPr="00000000">
        <w:rPr>
          <w:rFonts w:ascii="Arial" w:cs="Arial" w:eastAsia="Arial" w:hAnsi="Arial"/>
          <w:color w:val="5d7284"/>
          <w:sz w:val="22"/>
          <w:szCs w:val="22"/>
          <w:rtl w:val="0"/>
        </w:rPr>
        <w:t xml:space="preserve">59:54</w:t>
      </w:r>
      <w:r w:rsidDel="00000000" w:rsidR="00000000" w:rsidRPr="00000000">
        <w:rPr>
          <w:rtl w:val="0"/>
        </w:rPr>
      </w:r>
    </w:p>
    <w:p w:rsidR="00000000" w:rsidDel="00000000" w:rsidP="00000000" w:rsidRDefault="00000000" w:rsidRPr="00000000" w14:paraId="00000430">
      <w:pPr>
        <w:spacing w:after="0" w:lineRule="auto"/>
        <w:rPr/>
      </w:pPr>
      <w:r w:rsidDel="00000000" w:rsidR="00000000" w:rsidRPr="00000000">
        <w:rPr>
          <w:rFonts w:ascii="Arial" w:cs="Arial" w:eastAsia="Arial" w:hAnsi="Arial"/>
          <w:sz w:val="22"/>
          <w:szCs w:val="22"/>
          <w:rtl w:val="0"/>
        </w:rPr>
        <w:t xml:space="preserve">from the bridge.</w:t>
      </w:r>
      <w:r w:rsidDel="00000000" w:rsidR="00000000" w:rsidRPr="00000000">
        <w:rPr>
          <w:rtl w:val="0"/>
        </w:rPr>
      </w:r>
    </w:p>
    <w:p w:rsidR="00000000" w:rsidDel="00000000" w:rsidP="00000000" w:rsidRDefault="00000000" w:rsidRPr="00000000" w14:paraId="00000431">
      <w:pPr>
        <w:spacing w:after="0" w:lineRule="auto"/>
        <w:rPr/>
      </w:pPr>
      <w:r w:rsidDel="00000000" w:rsidR="00000000" w:rsidRPr="00000000">
        <w:rPr>
          <w:rtl w:val="0"/>
        </w:rPr>
      </w:r>
    </w:p>
    <w:p w:rsidR="00000000" w:rsidDel="00000000" w:rsidP="00000000" w:rsidRDefault="00000000" w:rsidRPr="00000000" w14:paraId="00000432">
      <w:pPr>
        <w:spacing w:after="0" w:lineRule="auto"/>
        <w:rPr/>
      </w:pPr>
      <w:r w:rsidDel="00000000" w:rsidR="00000000" w:rsidRPr="00000000">
        <w:rPr>
          <w:rFonts w:ascii="Arial" w:cs="Arial" w:eastAsia="Arial" w:hAnsi="Arial"/>
          <w:color w:val="5d7284"/>
          <w:sz w:val="22"/>
          <w:szCs w:val="22"/>
          <w:rtl w:val="0"/>
        </w:rPr>
        <w:t xml:space="preserve">59:58</w:t>
      </w:r>
      <w:r w:rsidDel="00000000" w:rsidR="00000000" w:rsidRPr="00000000">
        <w:rPr>
          <w:rtl w:val="0"/>
        </w:rPr>
      </w:r>
    </w:p>
    <w:p w:rsidR="00000000" w:rsidDel="00000000" w:rsidP="00000000" w:rsidRDefault="00000000" w:rsidRPr="00000000" w14:paraId="00000433">
      <w:pPr>
        <w:spacing w:after="0" w:lineRule="auto"/>
        <w:rPr/>
      </w:pPr>
      <w:r w:rsidDel="00000000" w:rsidR="00000000" w:rsidRPr="00000000">
        <w:rPr>
          <w:rFonts w:ascii="Arial" w:cs="Arial" w:eastAsia="Arial" w:hAnsi="Arial"/>
          <w:sz w:val="22"/>
          <w:szCs w:val="22"/>
          <w:rtl w:val="0"/>
        </w:rPr>
        <w:t xml:space="preserve">It's interesting. Oh.</w:t>
      </w:r>
      <w:r w:rsidDel="00000000" w:rsidR="00000000" w:rsidRPr="00000000">
        <w:rPr>
          <w:rtl w:val="0"/>
        </w:rPr>
      </w:r>
    </w:p>
    <w:p w:rsidR="00000000" w:rsidDel="00000000" w:rsidP="00000000" w:rsidRDefault="00000000" w:rsidRPr="00000000" w14:paraId="00000434">
      <w:pPr>
        <w:spacing w:after="0" w:lineRule="auto"/>
        <w:rPr/>
      </w:pPr>
      <w:r w:rsidDel="00000000" w:rsidR="00000000" w:rsidRPr="00000000">
        <w:rPr>
          <w:rtl w:val="0"/>
        </w:rPr>
      </w:r>
    </w:p>
    <w:p w:rsidR="00000000" w:rsidDel="00000000" w:rsidP="00000000" w:rsidRDefault="00000000" w:rsidRPr="00000000" w14:paraId="00000435">
      <w:pPr>
        <w:spacing w:after="0" w:lineRule="auto"/>
        <w:rPr/>
      </w:pPr>
      <w:r w:rsidDel="00000000" w:rsidR="00000000" w:rsidRPr="00000000">
        <w:rPr>
          <w:rFonts w:ascii="Arial" w:cs="Arial" w:eastAsia="Arial" w:hAnsi="Arial"/>
          <w:color w:val="5d7284"/>
          <w:sz w:val="22"/>
          <w:szCs w:val="22"/>
          <w:rtl w:val="0"/>
        </w:rPr>
        <w:t xml:space="preserve">1:00:00</w:t>
      </w:r>
      <w:r w:rsidDel="00000000" w:rsidR="00000000" w:rsidRPr="00000000">
        <w:rPr>
          <w:rtl w:val="0"/>
        </w:rPr>
      </w:r>
    </w:p>
    <w:p w:rsidR="00000000" w:rsidDel="00000000" w:rsidP="00000000" w:rsidRDefault="00000000" w:rsidRPr="00000000" w14:paraId="00000436">
      <w:pPr>
        <w:spacing w:after="0" w:lineRule="auto"/>
        <w:rPr/>
      </w:pPr>
      <w:r w:rsidDel="00000000" w:rsidR="00000000" w:rsidRPr="00000000">
        <w:rPr>
          <w:rFonts w:ascii="Arial" w:cs="Arial" w:eastAsia="Arial" w:hAnsi="Arial"/>
          <w:sz w:val="22"/>
          <w:szCs w:val="22"/>
          <w:rtl w:val="0"/>
        </w:rPr>
        <w:t xml:space="preserve">Like,</w:t>
      </w:r>
      <w:r w:rsidDel="00000000" w:rsidR="00000000" w:rsidRPr="00000000">
        <w:rPr>
          <w:rtl w:val="0"/>
        </w:rPr>
      </w:r>
    </w:p>
    <w:p w:rsidR="00000000" w:rsidDel="00000000" w:rsidP="00000000" w:rsidRDefault="00000000" w:rsidRPr="00000000" w14:paraId="00000437">
      <w:pPr>
        <w:spacing w:after="0" w:lineRule="auto"/>
        <w:rPr/>
      </w:pPr>
      <w:r w:rsidDel="00000000" w:rsidR="00000000" w:rsidRPr="00000000">
        <w:rPr>
          <w:rtl w:val="0"/>
        </w:rPr>
      </w:r>
    </w:p>
    <w:p w:rsidR="00000000" w:rsidDel="00000000" w:rsidP="00000000" w:rsidRDefault="00000000" w:rsidRPr="00000000" w14:paraId="00000438">
      <w:pPr>
        <w:spacing w:after="0" w:lineRule="auto"/>
        <w:rPr/>
      </w:pPr>
      <w:r w:rsidDel="00000000" w:rsidR="00000000" w:rsidRPr="00000000">
        <w:rPr>
          <w:rFonts w:ascii="Arial" w:cs="Arial" w:eastAsia="Arial" w:hAnsi="Arial"/>
          <w:color w:val="5d7284"/>
          <w:sz w:val="22"/>
          <w:szCs w:val="22"/>
          <w:rtl w:val="0"/>
        </w:rPr>
        <w:t xml:space="preserve">1:00:01</w:t>
      </w:r>
      <w:r w:rsidDel="00000000" w:rsidR="00000000" w:rsidRPr="00000000">
        <w:rPr>
          <w:rtl w:val="0"/>
        </w:rPr>
      </w:r>
    </w:p>
    <w:p w:rsidR="00000000" w:rsidDel="00000000" w:rsidP="00000000" w:rsidRDefault="00000000" w:rsidRPr="00000000" w14:paraId="00000439">
      <w:pPr>
        <w:spacing w:after="0" w:lineRule="auto"/>
        <w:rPr/>
      </w:pPr>
      <w:r w:rsidDel="00000000" w:rsidR="00000000" w:rsidRPr="00000000">
        <w:rPr>
          <w:rFonts w:ascii="Arial" w:cs="Arial" w:eastAsia="Arial" w:hAnsi="Arial"/>
          <w:sz w:val="22"/>
          <w:szCs w:val="22"/>
          <w:rtl w:val="0"/>
        </w:rPr>
        <w:t xml:space="preserve">I</w:t>
      </w:r>
      <w:r w:rsidDel="00000000" w:rsidR="00000000" w:rsidRPr="00000000">
        <w:rPr>
          <w:rtl w:val="0"/>
        </w:rPr>
      </w:r>
    </w:p>
    <w:p w:rsidR="00000000" w:rsidDel="00000000" w:rsidP="00000000" w:rsidRDefault="00000000" w:rsidRPr="00000000" w14:paraId="0000043A">
      <w:pPr>
        <w:spacing w:after="0" w:lineRule="auto"/>
        <w:rPr/>
      </w:pPr>
      <w:r w:rsidDel="00000000" w:rsidR="00000000" w:rsidRPr="00000000">
        <w:rPr>
          <w:rtl w:val="0"/>
        </w:rPr>
      </w:r>
    </w:p>
    <w:p w:rsidR="00000000" w:rsidDel="00000000" w:rsidP="00000000" w:rsidRDefault="00000000" w:rsidRPr="00000000" w14:paraId="0000043B">
      <w:pPr>
        <w:spacing w:after="0" w:lineRule="auto"/>
        <w:rPr/>
      </w:pPr>
      <w:r w:rsidDel="00000000" w:rsidR="00000000" w:rsidRPr="00000000">
        <w:rPr>
          <w:rFonts w:ascii="Arial" w:cs="Arial" w:eastAsia="Arial" w:hAnsi="Arial"/>
          <w:color w:val="5d7284"/>
          <w:sz w:val="22"/>
          <w:szCs w:val="22"/>
          <w:rtl w:val="0"/>
        </w:rPr>
        <w:t xml:space="preserve">1:00:04</w:t>
      </w:r>
      <w:r w:rsidDel="00000000" w:rsidR="00000000" w:rsidRPr="00000000">
        <w:rPr>
          <w:rtl w:val="0"/>
        </w:rPr>
      </w:r>
    </w:p>
    <w:p w:rsidR="00000000" w:rsidDel="00000000" w:rsidP="00000000" w:rsidRDefault="00000000" w:rsidRPr="00000000" w14:paraId="0000043C">
      <w:pPr>
        <w:spacing w:after="0" w:lineRule="auto"/>
        <w:rPr/>
      </w:pPr>
      <w:r w:rsidDel="00000000" w:rsidR="00000000" w:rsidRPr="00000000">
        <w:rPr>
          <w:rFonts w:ascii="Arial" w:cs="Arial" w:eastAsia="Arial" w:hAnsi="Arial"/>
          <w:sz w:val="22"/>
          <w:szCs w:val="22"/>
          <w:rtl w:val="0"/>
        </w:rPr>
        <w:t xml:space="preserve">think we have spent</w:t>
      </w:r>
      <w:r w:rsidDel="00000000" w:rsidR="00000000" w:rsidRPr="00000000">
        <w:rPr>
          <w:rtl w:val="0"/>
        </w:rPr>
      </w:r>
    </w:p>
    <w:p w:rsidR="00000000" w:rsidDel="00000000" w:rsidP="00000000" w:rsidRDefault="00000000" w:rsidRPr="00000000" w14:paraId="0000043D">
      <w:pPr>
        <w:spacing w:after="0" w:lineRule="auto"/>
        <w:rPr/>
      </w:pPr>
      <w:r w:rsidDel="00000000" w:rsidR="00000000" w:rsidRPr="00000000">
        <w:rPr>
          <w:rtl w:val="0"/>
        </w:rPr>
      </w:r>
    </w:p>
    <w:p w:rsidR="00000000" w:rsidDel="00000000" w:rsidP="00000000" w:rsidRDefault="00000000" w:rsidRPr="00000000" w14:paraId="0000043E">
      <w:pPr>
        <w:spacing w:after="0" w:lineRule="auto"/>
        <w:rPr/>
      </w:pPr>
      <w:r w:rsidDel="00000000" w:rsidR="00000000" w:rsidRPr="00000000">
        <w:rPr>
          <w:rFonts w:ascii="Arial" w:cs="Arial" w:eastAsia="Arial" w:hAnsi="Arial"/>
          <w:color w:val="5d7284"/>
          <w:sz w:val="22"/>
          <w:szCs w:val="22"/>
          <w:rtl w:val="0"/>
        </w:rPr>
        <w:t xml:space="preserve">1:00:06</w:t>
      </w:r>
      <w:r w:rsidDel="00000000" w:rsidR="00000000" w:rsidRPr="00000000">
        <w:rPr>
          <w:rtl w:val="0"/>
        </w:rPr>
      </w:r>
    </w:p>
    <w:p w:rsidR="00000000" w:rsidDel="00000000" w:rsidP="00000000" w:rsidRDefault="00000000" w:rsidRPr="00000000" w14:paraId="0000043F">
      <w:pPr>
        <w:spacing w:after="0" w:lineRule="auto"/>
        <w:rPr/>
      </w:pPr>
      <w:r w:rsidDel="00000000" w:rsidR="00000000" w:rsidRPr="00000000">
        <w:rPr>
          <w:rFonts w:ascii="Arial" w:cs="Arial" w:eastAsia="Arial" w:hAnsi="Arial"/>
          <w:sz w:val="22"/>
          <w:szCs w:val="22"/>
          <w:rtl w:val="0"/>
        </w:rPr>
        <w:t xml:space="preserve">every</w:t>
      </w:r>
      <w:r w:rsidDel="00000000" w:rsidR="00000000" w:rsidRPr="00000000">
        <w:rPr>
          <w:rtl w:val="0"/>
        </w:rPr>
      </w:r>
    </w:p>
    <w:p w:rsidR="00000000" w:rsidDel="00000000" w:rsidP="00000000" w:rsidRDefault="00000000" w:rsidRPr="00000000" w14:paraId="00000440">
      <w:pPr>
        <w:spacing w:after="0" w:lineRule="auto"/>
        <w:rPr/>
      </w:pPr>
      <w:r w:rsidDel="00000000" w:rsidR="00000000" w:rsidRPr="00000000">
        <w:rPr>
          <w:rtl w:val="0"/>
        </w:rPr>
      </w:r>
    </w:p>
    <w:p w:rsidR="00000000" w:rsidDel="00000000" w:rsidP="00000000" w:rsidRDefault="00000000" w:rsidRPr="00000000" w14:paraId="00000441">
      <w:pPr>
        <w:spacing w:after="0" w:lineRule="auto"/>
        <w:rPr/>
      </w:pPr>
      <w:r w:rsidDel="00000000" w:rsidR="00000000" w:rsidRPr="00000000">
        <w:rPr>
          <w:rFonts w:ascii="Arial" w:cs="Arial" w:eastAsia="Arial" w:hAnsi="Arial"/>
          <w:color w:val="5d7284"/>
          <w:sz w:val="22"/>
          <w:szCs w:val="22"/>
          <w:rtl w:val="0"/>
        </w:rPr>
        <w:t xml:space="preserve">1:00:09</w:t>
      </w:r>
      <w:r w:rsidDel="00000000" w:rsidR="00000000" w:rsidRPr="00000000">
        <w:rPr>
          <w:rtl w:val="0"/>
        </w:rPr>
      </w:r>
    </w:p>
    <w:p w:rsidR="00000000" w:rsidDel="00000000" w:rsidP="00000000" w:rsidRDefault="00000000" w:rsidRPr="00000000" w14:paraId="00000442">
      <w:pPr>
        <w:spacing w:after="0" w:lineRule="auto"/>
        <w:rPr/>
      </w:pPr>
      <w:r w:rsidDel="00000000" w:rsidR="00000000" w:rsidRPr="00000000">
        <w:rPr>
          <w:rFonts w:ascii="Arial" w:cs="Arial" w:eastAsia="Arial" w:hAnsi="Arial"/>
          <w:sz w:val="22"/>
          <w:szCs w:val="22"/>
          <w:rtl w:val="0"/>
        </w:rPr>
        <w:t xml:space="preserve">summer here,</w:t>
      </w:r>
      <w:r w:rsidDel="00000000" w:rsidR="00000000" w:rsidRPr="00000000">
        <w:rPr>
          <w:rtl w:val="0"/>
        </w:rPr>
      </w:r>
    </w:p>
    <w:p w:rsidR="00000000" w:rsidDel="00000000" w:rsidP="00000000" w:rsidRDefault="00000000" w:rsidRPr="00000000" w14:paraId="00000443">
      <w:pPr>
        <w:spacing w:after="0" w:lineRule="auto"/>
        <w:rPr/>
      </w:pPr>
      <w:r w:rsidDel="00000000" w:rsidR="00000000" w:rsidRPr="00000000">
        <w:rPr>
          <w:rtl w:val="0"/>
        </w:rPr>
      </w:r>
    </w:p>
    <w:p w:rsidR="00000000" w:rsidDel="00000000" w:rsidP="00000000" w:rsidRDefault="00000000" w:rsidRPr="00000000" w14:paraId="00000444">
      <w:pPr>
        <w:spacing w:after="0" w:lineRule="auto"/>
        <w:rPr/>
      </w:pPr>
      <w:r w:rsidDel="00000000" w:rsidR="00000000" w:rsidRPr="00000000">
        <w:rPr>
          <w:rFonts w:ascii="Arial" w:cs="Arial" w:eastAsia="Arial" w:hAnsi="Arial"/>
          <w:color w:val="5d7284"/>
          <w:sz w:val="22"/>
          <w:szCs w:val="22"/>
          <w:rtl w:val="0"/>
        </w:rPr>
        <w:t xml:space="preserve">1:00:12</w:t>
      </w:r>
      <w:r w:rsidDel="00000000" w:rsidR="00000000" w:rsidRPr="00000000">
        <w:rPr>
          <w:rtl w:val="0"/>
        </w:rPr>
      </w:r>
    </w:p>
    <w:p w:rsidR="00000000" w:rsidDel="00000000" w:rsidP="00000000" w:rsidRDefault="00000000" w:rsidRPr="00000000" w14:paraId="00000445">
      <w:pPr>
        <w:spacing w:after="0" w:lineRule="auto"/>
        <w:rPr/>
      </w:pPr>
      <w:r w:rsidDel="00000000" w:rsidR="00000000" w:rsidRPr="00000000">
        <w:rPr>
          <w:rFonts w:ascii="Arial" w:cs="Arial" w:eastAsia="Arial" w:hAnsi="Arial"/>
          <w:sz w:val="22"/>
          <w:szCs w:val="22"/>
          <w:rtl w:val="0"/>
        </w:rPr>
        <w:t xml:space="preserve">especially the </w:t>
      </w:r>
      <w:r w:rsidDel="00000000" w:rsidR="00000000" w:rsidRPr="00000000">
        <w:rPr>
          <w:rFonts w:ascii="Arial" w:cs="Arial" w:eastAsia="Arial" w:hAnsi="Arial"/>
          <w:rtl w:val="0"/>
        </w:rPr>
        <w:t xml:space="preserve">Machias, and </w:t>
      </w:r>
      <w:r w:rsidDel="00000000" w:rsidR="00000000" w:rsidRPr="00000000">
        <w:rPr>
          <w:rFonts w:ascii="Arial" w:cs="Arial" w:eastAsia="Arial" w:hAnsi="Arial"/>
          <w:sz w:val="22"/>
          <w:szCs w:val="22"/>
          <w:rtl w:val="0"/>
        </w:rPr>
        <w:t xml:space="preserve"> brother, Michael. Have you</w:t>
      </w:r>
      <w:r w:rsidDel="00000000" w:rsidR="00000000" w:rsidRPr="00000000">
        <w:rPr>
          <w:rtl w:val="0"/>
        </w:rPr>
      </w:r>
    </w:p>
    <w:p w:rsidR="00000000" w:rsidDel="00000000" w:rsidP="00000000" w:rsidRDefault="00000000" w:rsidRPr="00000000" w14:paraId="00000446">
      <w:pPr>
        <w:spacing w:after="0" w:lineRule="auto"/>
        <w:rPr/>
      </w:pPr>
      <w:r w:rsidDel="00000000" w:rsidR="00000000" w:rsidRPr="00000000">
        <w:rPr>
          <w:rtl w:val="0"/>
        </w:rPr>
      </w:r>
    </w:p>
    <w:p w:rsidR="00000000" w:rsidDel="00000000" w:rsidP="00000000" w:rsidRDefault="00000000" w:rsidRPr="00000000" w14:paraId="00000447">
      <w:pPr>
        <w:spacing w:after="0" w:lineRule="auto"/>
        <w:rPr/>
      </w:pPr>
      <w:r w:rsidDel="00000000" w:rsidR="00000000" w:rsidRPr="00000000">
        <w:rPr>
          <w:rFonts w:ascii="Arial" w:cs="Arial" w:eastAsia="Arial" w:hAnsi="Arial"/>
          <w:color w:val="5d7284"/>
          <w:sz w:val="22"/>
          <w:szCs w:val="22"/>
          <w:rtl w:val="0"/>
        </w:rPr>
        <w:t xml:space="preserve">1:00:17</w:t>
      </w:r>
      <w:r w:rsidDel="00000000" w:rsidR="00000000" w:rsidRPr="00000000">
        <w:rPr>
          <w:rtl w:val="0"/>
        </w:rPr>
      </w:r>
    </w:p>
    <w:p w:rsidR="00000000" w:rsidDel="00000000" w:rsidP="00000000" w:rsidRDefault="00000000" w:rsidRPr="00000000" w14:paraId="00000448">
      <w:pPr>
        <w:spacing w:after="0" w:lineRule="auto"/>
        <w:rPr/>
      </w:pPr>
      <w:r w:rsidDel="00000000" w:rsidR="00000000" w:rsidRPr="00000000">
        <w:rPr>
          <w:rFonts w:ascii="Arial" w:cs="Arial" w:eastAsia="Arial" w:hAnsi="Arial"/>
          <w:sz w:val="22"/>
          <w:szCs w:val="22"/>
          <w:rtl w:val="0"/>
        </w:rPr>
        <w:t xml:space="preserve">met Michael and Barbara? I have, and I know I think Jane, you at the LEX Right? Or Barbara,</w:t>
      </w:r>
      <w:r w:rsidDel="00000000" w:rsidR="00000000" w:rsidRPr="00000000">
        <w:rPr>
          <w:rtl w:val="0"/>
        </w:rPr>
      </w:r>
    </w:p>
    <w:p w:rsidR="00000000" w:rsidDel="00000000" w:rsidP="00000000" w:rsidRDefault="00000000" w:rsidRPr="00000000" w14:paraId="00000449">
      <w:pPr>
        <w:spacing w:after="0" w:lineRule="auto"/>
        <w:rPr/>
      </w:pPr>
      <w:r w:rsidDel="00000000" w:rsidR="00000000" w:rsidRPr="00000000">
        <w:rPr>
          <w:rtl w:val="0"/>
        </w:rPr>
      </w:r>
    </w:p>
    <w:p w:rsidR="00000000" w:rsidDel="00000000" w:rsidP="00000000" w:rsidRDefault="00000000" w:rsidRPr="00000000" w14:paraId="0000044A">
      <w:pPr>
        <w:spacing w:after="0" w:lineRule="auto"/>
        <w:rPr/>
      </w:pPr>
      <w:r w:rsidDel="00000000" w:rsidR="00000000" w:rsidRPr="00000000">
        <w:rPr>
          <w:rFonts w:ascii="Arial" w:cs="Arial" w:eastAsia="Arial" w:hAnsi="Arial"/>
          <w:color w:val="5d7284"/>
          <w:sz w:val="22"/>
          <w:szCs w:val="22"/>
          <w:rtl w:val="0"/>
        </w:rPr>
        <w:t xml:space="preserve">1:00:25</w:t>
      </w:r>
      <w:r w:rsidDel="00000000" w:rsidR="00000000" w:rsidRPr="00000000">
        <w:rPr>
          <w:rtl w:val="0"/>
        </w:rPr>
      </w:r>
    </w:p>
    <w:p w:rsidR="00000000" w:rsidDel="00000000" w:rsidP="00000000" w:rsidRDefault="00000000" w:rsidRPr="00000000" w14:paraId="0000044B">
      <w:pPr>
        <w:spacing w:after="0" w:lineRule="auto"/>
        <w:rPr/>
      </w:pPr>
      <w:r w:rsidDel="00000000" w:rsidR="00000000" w:rsidRPr="00000000">
        <w:rPr>
          <w:rFonts w:ascii="Arial" w:cs="Arial" w:eastAsia="Arial" w:hAnsi="Arial"/>
          <w:sz w:val="22"/>
          <w:szCs w:val="22"/>
          <w:rtl w:val="0"/>
        </w:rPr>
        <w:t xml:space="preserve">Michael walks too. We've, we've met them both. Yeah, yeah. They're nice. They have a beautiful house, so much art. They were very close friends with my dad, oh yeah, because they lived in Albany when he did each other a long</w:t>
      </w:r>
      <w:r w:rsidDel="00000000" w:rsidR="00000000" w:rsidRPr="00000000">
        <w:rPr>
          <w:rtl w:val="0"/>
        </w:rPr>
      </w:r>
    </w:p>
    <w:p w:rsidR="00000000" w:rsidDel="00000000" w:rsidP="00000000" w:rsidRDefault="00000000" w:rsidRPr="00000000" w14:paraId="0000044C">
      <w:pPr>
        <w:spacing w:after="0" w:lineRule="auto"/>
        <w:rPr/>
      </w:pPr>
      <w:r w:rsidDel="00000000" w:rsidR="00000000" w:rsidRPr="00000000">
        <w:rPr>
          <w:rtl w:val="0"/>
        </w:rPr>
      </w:r>
    </w:p>
    <w:p w:rsidR="00000000" w:rsidDel="00000000" w:rsidP="00000000" w:rsidRDefault="00000000" w:rsidRPr="00000000" w14:paraId="0000044D">
      <w:pPr>
        <w:spacing w:after="0" w:lineRule="auto"/>
        <w:rPr/>
      </w:pPr>
      <w:r w:rsidDel="00000000" w:rsidR="00000000" w:rsidRPr="00000000">
        <w:rPr>
          <w:rFonts w:ascii="Arial" w:cs="Arial" w:eastAsia="Arial" w:hAnsi="Arial"/>
          <w:color w:val="5d7284"/>
          <w:sz w:val="22"/>
          <w:szCs w:val="22"/>
          <w:rtl w:val="0"/>
        </w:rPr>
        <w:t xml:space="preserve">1:00:37</w:t>
      </w:r>
      <w:r w:rsidDel="00000000" w:rsidR="00000000" w:rsidRPr="00000000">
        <w:rPr>
          <w:rtl w:val="0"/>
        </w:rPr>
      </w:r>
    </w:p>
    <w:p w:rsidR="00000000" w:rsidDel="00000000" w:rsidP="00000000" w:rsidRDefault="00000000" w:rsidRPr="00000000" w14:paraId="0000044E">
      <w:pPr>
        <w:spacing w:after="0" w:lineRule="auto"/>
        <w:rPr/>
      </w:pPr>
      <w:r w:rsidDel="00000000" w:rsidR="00000000" w:rsidRPr="00000000">
        <w:rPr>
          <w:rFonts w:ascii="Arial" w:cs="Arial" w:eastAsia="Arial" w:hAnsi="Arial"/>
          <w:sz w:val="22"/>
          <w:szCs w:val="22"/>
          <w:rtl w:val="0"/>
        </w:rPr>
        <w:t xml:space="preserve">time.</w:t>
      </w:r>
      <w:r w:rsidDel="00000000" w:rsidR="00000000" w:rsidRPr="00000000">
        <w:rPr>
          <w:rtl w:val="0"/>
        </w:rPr>
      </w:r>
    </w:p>
    <w:p w:rsidR="00000000" w:rsidDel="00000000" w:rsidP="00000000" w:rsidRDefault="00000000" w:rsidRPr="00000000" w14:paraId="0000044F">
      <w:pPr>
        <w:spacing w:after="0" w:lineRule="auto"/>
        <w:rPr/>
      </w:pPr>
      <w:r w:rsidDel="00000000" w:rsidR="00000000" w:rsidRPr="00000000">
        <w:rPr>
          <w:rtl w:val="0"/>
        </w:rPr>
      </w:r>
    </w:p>
    <w:p w:rsidR="00000000" w:rsidDel="00000000" w:rsidP="00000000" w:rsidRDefault="00000000" w:rsidRPr="00000000" w14:paraId="00000450">
      <w:pPr>
        <w:spacing w:after="0" w:lineRule="auto"/>
        <w:rPr/>
      </w:pPr>
      <w:r w:rsidDel="00000000" w:rsidR="00000000" w:rsidRPr="00000000">
        <w:rPr>
          <w:rFonts w:ascii="Arial" w:cs="Arial" w:eastAsia="Arial" w:hAnsi="Arial"/>
          <w:color w:val="5d7284"/>
          <w:sz w:val="22"/>
          <w:szCs w:val="22"/>
          <w:rtl w:val="0"/>
        </w:rPr>
        <w:t xml:space="preserve">1:00:38</w:t>
      </w:r>
      <w:r w:rsidDel="00000000" w:rsidR="00000000" w:rsidRPr="00000000">
        <w:rPr>
          <w:rtl w:val="0"/>
        </w:rPr>
      </w:r>
    </w:p>
    <w:p w:rsidR="00000000" w:rsidDel="00000000" w:rsidP="00000000" w:rsidRDefault="00000000" w:rsidRPr="00000000" w14:paraId="00000451">
      <w:pPr>
        <w:spacing w:after="0" w:lineRule="auto"/>
        <w:rPr/>
      </w:pPr>
      <w:r w:rsidDel="00000000" w:rsidR="00000000" w:rsidRPr="00000000">
        <w:rPr>
          <w:rFonts w:ascii="Arial" w:cs="Arial" w:eastAsia="Arial" w:hAnsi="Arial"/>
          <w:sz w:val="22"/>
          <w:szCs w:val="22"/>
          <w:rtl w:val="0"/>
        </w:rPr>
        <w:t xml:space="preserve">There's a red squirrel you missed, yeah, right,</w:t>
      </w:r>
      <w:r w:rsidDel="00000000" w:rsidR="00000000" w:rsidRPr="00000000">
        <w:rPr>
          <w:rtl w:val="0"/>
        </w:rPr>
      </w:r>
    </w:p>
    <w:p w:rsidR="00000000" w:rsidDel="00000000" w:rsidP="00000000" w:rsidRDefault="00000000" w:rsidRPr="00000000" w14:paraId="00000452">
      <w:pPr>
        <w:spacing w:after="0" w:lineRule="auto"/>
        <w:rPr/>
      </w:pPr>
      <w:r w:rsidDel="00000000" w:rsidR="00000000" w:rsidRPr="00000000">
        <w:rPr>
          <w:rtl w:val="0"/>
        </w:rPr>
      </w:r>
    </w:p>
    <w:p w:rsidR="00000000" w:rsidDel="00000000" w:rsidP="00000000" w:rsidRDefault="00000000" w:rsidRPr="00000000" w14:paraId="00000453">
      <w:pPr>
        <w:spacing w:after="0" w:lineRule="auto"/>
        <w:rPr/>
      </w:pPr>
      <w:r w:rsidDel="00000000" w:rsidR="00000000" w:rsidRPr="00000000">
        <w:rPr>
          <w:rFonts w:ascii="Arial" w:cs="Arial" w:eastAsia="Arial" w:hAnsi="Arial"/>
          <w:color w:val="5d7284"/>
          <w:sz w:val="22"/>
          <w:szCs w:val="22"/>
          <w:rtl w:val="0"/>
        </w:rPr>
        <w:t xml:space="preserve">1:00:43</w:t>
      </w:r>
      <w:r w:rsidDel="00000000" w:rsidR="00000000" w:rsidRPr="00000000">
        <w:rPr>
          <w:rtl w:val="0"/>
        </w:rPr>
      </w:r>
    </w:p>
    <w:p w:rsidR="00000000" w:rsidDel="00000000" w:rsidP="00000000" w:rsidRDefault="00000000" w:rsidRPr="00000000" w14:paraId="00000454">
      <w:pPr>
        <w:spacing w:after="0" w:lineRule="auto"/>
        <w:rPr/>
      </w:pPr>
      <w:r w:rsidDel="00000000" w:rsidR="00000000" w:rsidRPr="00000000">
        <w:rPr>
          <w:rFonts w:ascii="Arial" w:cs="Arial" w:eastAsia="Arial" w:hAnsi="Arial"/>
          <w:sz w:val="22"/>
          <w:szCs w:val="22"/>
          <w:rtl w:val="0"/>
        </w:rPr>
        <w:t xml:space="preserve">these</w:t>
      </w:r>
      <w:r w:rsidDel="00000000" w:rsidR="00000000" w:rsidRPr="00000000">
        <w:rPr>
          <w:rtl w:val="0"/>
        </w:rPr>
      </w:r>
    </w:p>
    <w:p w:rsidR="00000000" w:rsidDel="00000000" w:rsidP="00000000" w:rsidRDefault="00000000" w:rsidRPr="00000000" w14:paraId="00000455">
      <w:pPr>
        <w:spacing w:after="0" w:lineRule="auto"/>
        <w:rPr/>
      </w:pPr>
      <w:r w:rsidDel="00000000" w:rsidR="00000000" w:rsidRPr="00000000">
        <w:rPr>
          <w:rtl w:val="0"/>
        </w:rPr>
      </w:r>
    </w:p>
    <w:p w:rsidR="00000000" w:rsidDel="00000000" w:rsidP="00000000" w:rsidRDefault="00000000" w:rsidRPr="00000000" w14:paraId="00000456">
      <w:pPr>
        <w:spacing w:after="0" w:lineRule="auto"/>
        <w:rPr/>
      </w:pPr>
      <w:r w:rsidDel="00000000" w:rsidR="00000000" w:rsidRPr="00000000">
        <w:rPr>
          <w:rFonts w:ascii="Arial" w:cs="Arial" w:eastAsia="Arial" w:hAnsi="Arial"/>
          <w:color w:val="5d7284"/>
          <w:sz w:val="22"/>
          <w:szCs w:val="22"/>
          <w:rtl w:val="0"/>
        </w:rPr>
        <w:t xml:space="preserve">1:00:47</w:t>
      </w:r>
      <w:r w:rsidDel="00000000" w:rsidR="00000000" w:rsidRPr="00000000">
        <w:rPr>
          <w:rtl w:val="0"/>
        </w:rPr>
      </w:r>
    </w:p>
    <w:p w:rsidR="00000000" w:rsidDel="00000000" w:rsidP="00000000" w:rsidRDefault="00000000" w:rsidRPr="00000000" w14:paraId="00000457">
      <w:pPr>
        <w:spacing w:after="0" w:lineRule="auto"/>
        <w:rPr/>
      </w:pPr>
      <w:r w:rsidDel="00000000" w:rsidR="00000000" w:rsidRPr="00000000">
        <w:rPr>
          <w:rFonts w:ascii="Arial" w:cs="Arial" w:eastAsia="Arial" w:hAnsi="Arial"/>
          <w:sz w:val="22"/>
          <w:szCs w:val="22"/>
          <w:rtl w:val="0"/>
        </w:rPr>
        <w:t xml:space="preserve">curled up it </w:t>
      </w:r>
      <w:r w:rsidDel="00000000" w:rsidR="00000000" w:rsidRPr="00000000">
        <w:rPr>
          <w:rFonts w:ascii="Arial" w:cs="Arial" w:eastAsia="Arial" w:hAnsi="Arial"/>
          <w:rtl w:val="0"/>
        </w:rPr>
        <w:t xml:space="preserve">has built</w:t>
      </w:r>
      <w:r w:rsidDel="00000000" w:rsidR="00000000" w:rsidRPr="00000000">
        <w:rPr>
          <w:rFonts w:ascii="Arial" w:cs="Arial" w:eastAsia="Arial" w:hAnsi="Arial"/>
          <w:sz w:val="22"/>
          <w:szCs w:val="22"/>
          <w:rtl w:val="0"/>
        </w:rPr>
        <w:t xml:space="preserve"> a little nest.</w:t>
      </w:r>
      <w:r w:rsidDel="00000000" w:rsidR="00000000" w:rsidRPr="00000000">
        <w:rPr>
          <w:rtl w:val="0"/>
        </w:rPr>
      </w:r>
    </w:p>
    <w:p w:rsidR="00000000" w:rsidDel="00000000" w:rsidP="00000000" w:rsidRDefault="00000000" w:rsidRPr="00000000" w14:paraId="00000458">
      <w:pPr>
        <w:spacing w:after="0" w:lineRule="auto"/>
        <w:rPr/>
      </w:pPr>
      <w:r w:rsidDel="00000000" w:rsidR="00000000" w:rsidRPr="00000000">
        <w:rPr>
          <w:rtl w:val="0"/>
        </w:rPr>
      </w:r>
    </w:p>
    <w:p w:rsidR="00000000" w:rsidDel="00000000" w:rsidP="00000000" w:rsidRDefault="00000000" w:rsidRPr="00000000" w14:paraId="00000459">
      <w:pPr>
        <w:spacing w:after="0" w:lineRule="auto"/>
        <w:rPr/>
      </w:pPr>
      <w:r w:rsidDel="00000000" w:rsidR="00000000" w:rsidRPr="00000000">
        <w:rPr>
          <w:rFonts w:ascii="Arial" w:cs="Arial" w:eastAsia="Arial" w:hAnsi="Arial"/>
          <w:color w:val="5d7284"/>
          <w:sz w:val="22"/>
          <w:szCs w:val="22"/>
          <w:rtl w:val="0"/>
        </w:rPr>
        <w:t xml:space="preserve">1:00:54</w:t>
      </w:r>
      <w:r w:rsidDel="00000000" w:rsidR="00000000" w:rsidRPr="00000000">
        <w:rPr>
          <w:rtl w:val="0"/>
        </w:rPr>
      </w:r>
    </w:p>
    <w:p w:rsidR="00000000" w:rsidDel="00000000" w:rsidP="00000000" w:rsidRDefault="00000000" w:rsidRPr="00000000" w14:paraId="0000045A">
      <w:pPr>
        <w:spacing w:after="0" w:lineRule="auto"/>
        <w:rPr/>
      </w:pPr>
      <w:r w:rsidDel="00000000" w:rsidR="00000000" w:rsidRPr="00000000">
        <w:rPr>
          <w:rFonts w:ascii="Arial" w:cs="Arial" w:eastAsia="Arial" w:hAnsi="Arial"/>
          <w:sz w:val="22"/>
          <w:szCs w:val="22"/>
          <w:rtl w:val="0"/>
        </w:rPr>
        <w:t xml:space="preserve">Maybe when it gets dark, in a lockout.</w:t>
      </w:r>
      <w:r w:rsidDel="00000000" w:rsidR="00000000" w:rsidRPr="00000000">
        <w:rPr>
          <w:rtl w:val="0"/>
        </w:rPr>
      </w:r>
    </w:p>
    <w:p w:rsidR="00000000" w:rsidDel="00000000" w:rsidP="00000000" w:rsidRDefault="00000000" w:rsidRPr="00000000" w14:paraId="0000045B">
      <w:pPr>
        <w:spacing w:after="0" w:lineRule="auto"/>
        <w:rPr/>
      </w:pPr>
      <w:r w:rsidDel="00000000" w:rsidR="00000000" w:rsidRPr="00000000">
        <w:rPr>
          <w:rtl w:val="0"/>
        </w:rPr>
      </w:r>
    </w:p>
    <w:p w:rsidR="00000000" w:rsidDel="00000000" w:rsidP="00000000" w:rsidRDefault="00000000" w:rsidRPr="00000000" w14:paraId="0000045C">
      <w:pPr>
        <w:spacing w:after="0" w:lineRule="auto"/>
        <w:rPr/>
      </w:pPr>
      <w:r w:rsidDel="00000000" w:rsidR="00000000" w:rsidRPr="00000000">
        <w:rPr>
          <w:rFonts w:ascii="Arial" w:cs="Arial" w:eastAsia="Arial" w:hAnsi="Arial"/>
          <w:color w:val="5d7284"/>
          <w:sz w:val="22"/>
          <w:szCs w:val="22"/>
          <w:rtl w:val="0"/>
        </w:rPr>
        <w:t xml:space="preserve">1:01:03</w:t>
      </w:r>
      <w:r w:rsidDel="00000000" w:rsidR="00000000" w:rsidRPr="00000000">
        <w:rPr>
          <w:rtl w:val="0"/>
        </w:rPr>
      </w:r>
    </w:p>
    <w:p w:rsidR="00000000" w:rsidDel="00000000" w:rsidP="00000000" w:rsidRDefault="00000000" w:rsidRPr="00000000" w14:paraId="0000045D">
      <w:pPr>
        <w:spacing w:after="0" w:lineRule="auto"/>
        <w:rPr/>
      </w:pPr>
      <w:r w:rsidDel="00000000" w:rsidR="00000000" w:rsidRPr="00000000">
        <w:rPr>
          <w:rFonts w:ascii="Arial" w:cs="Arial" w:eastAsia="Arial" w:hAnsi="Arial"/>
          <w:sz w:val="22"/>
          <w:szCs w:val="22"/>
          <w:rtl w:val="0"/>
        </w:rPr>
        <w:t xml:space="preserve">Thank</w:t>
      </w:r>
      <w:r w:rsidDel="00000000" w:rsidR="00000000" w:rsidRPr="00000000">
        <w:rPr>
          <w:rtl w:val="0"/>
        </w:rPr>
      </w:r>
    </w:p>
    <w:p w:rsidR="00000000" w:rsidDel="00000000" w:rsidP="00000000" w:rsidRDefault="00000000" w:rsidRPr="00000000" w14:paraId="0000045E">
      <w:pPr>
        <w:spacing w:after="0" w:lineRule="auto"/>
        <w:rPr/>
      </w:pPr>
      <w:r w:rsidDel="00000000" w:rsidR="00000000" w:rsidRPr="00000000">
        <w:rPr>
          <w:rtl w:val="0"/>
        </w:rPr>
      </w:r>
    </w:p>
    <w:p w:rsidR="00000000" w:rsidDel="00000000" w:rsidP="00000000" w:rsidRDefault="00000000" w:rsidRPr="00000000" w14:paraId="0000045F">
      <w:pPr>
        <w:spacing w:after="0" w:lineRule="auto"/>
        <w:rPr/>
      </w:pPr>
      <w:r w:rsidDel="00000000" w:rsidR="00000000" w:rsidRPr="00000000">
        <w:rPr>
          <w:rFonts w:ascii="Arial" w:cs="Arial" w:eastAsia="Arial" w:hAnsi="Arial"/>
          <w:color w:val="5d7284"/>
          <w:sz w:val="22"/>
          <w:szCs w:val="22"/>
          <w:rtl w:val="0"/>
        </w:rPr>
        <w:t xml:space="preserve">1:01:16</w:t>
      </w:r>
      <w:r w:rsidDel="00000000" w:rsidR="00000000" w:rsidRPr="00000000">
        <w:rPr>
          <w:rtl w:val="0"/>
        </w:rPr>
      </w:r>
    </w:p>
    <w:p w:rsidR="00000000" w:rsidDel="00000000" w:rsidP="00000000" w:rsidRDefault="00000000" w:rsidRPr="00000000" w14:paraId="00000460">
      <w:pPr>
        <w:spacing w:after="0" w:lineRule="auto"/>
        <w:rPr/>
      </w:pPr>
      <w:r w:rsidDel="00000000" w:rsidR="00000000" w:rsidRPr="00000000">
        <w:rPr>
          <w:rFonts w:ascii="Arial" w:cs="Arial" w:eastAsia="Arial" w:hAnsi="Arial"/>
          <w:sz w:val="22"/>
          <w:szCs w:val="22"/>
          <w:rtl w:val="0"/>
        </w:rPr>
        <w:t xml:space="preserve">you.</w:t>
      </w:r>
      <w:r w:rsidDel="00000000" w:rsidR="00000000" w:rsidRPr="00000000">
        <w:rPr>
          <w:rtl w:val="0"/>
        </w:rPr>
      </w:r>
    </w:p>
    <w:p w:rsidR="00000000" w:rsidDel="00000000" w:rsidP="00000000" w:rsidRDefault="00000000" w:rsidRPr="00000000" w14:paraId="00000461">
      <w:pPr>
        <w:spacing w:after="0" w:lineRule="auto"/>
        <w:rPr/>
      </w:pPr>
      <w:r w:rsidDel="00000000" w:rsidR="00000000" w:rsidRPr="00000000">
        <w:rPr>
          <w:rtl w:val="0"/>
        </w:rPr>
      </w:r>
    </w:p>
    <w:p w:rsidR="00000000" w:rsidDel="00000000" w:rsidP="00000000" w:rsidRDefault="00000000" w:rsidRPr="00000000" w14:paraId="00000462">
      <w:pPr>
        <w:spacing w:after="0" w:lineRule="auto"/>
        <w:rPr/>
      </w:pPr>
      <w:r w:rsidDel="00000000" w:rsidR="00000000" w:rsidRPr="00000000">
        <w:rPr>
          <w:rFonts w:ascii="Arial" w:cs="Arial" w:eastAsia="Arial" w:hAnsi="Arial"/>
          <w:color w:val="5d7284"/>
          <w:sz w:val="22"/>
          <w:szCs w:val="22"/>
          <w:rtl w:val="0"/>
        </w:rPr>
        <w:t xml:space="preserve">1:01:23</w:t>
      </w:r>
      <w:r w:rsidDel="00000000" w:rsidR="00000000" w:rsidRPr="00000000">
        <w:rPr>
          <w:rtl w:val="0"/>
        </w:rPr>
      </w:r>
    </w:p>
    <w:p w:rsidR="00000000" w:rsidDel="00000000" w:rsidP="00000000" w:rsidRDefault="00000000" w:rsidRPr="00000000" w14:paraId="00000463">
      <w:pPr>
        <w:spacing w:after="0" w:lineRule="auto"/>
        <w:rPr/>
      </w:pPr>
      <w:r w:rsidDel="00000000" w:rsidR="00000000" w:rsidRPr="00000000">
        <w:rPr>
          <w:rFonts w:ascii="Arial" w:cs="Arial" w:eastAsia="Arial" w:hAnsi="Arial"/>
          <w:sz w:val="22"/>
          <w:szCs w:val="22"/>
          <w:rtl w:val="0"/>
        </w:rPr>
        <w:t xml:space="preserve">On</w:t>
      </w:r>
      <w:r w:rsidDel="00000000" w:rsidR="00000000" w:rsidRPr="00000000">
        <w:rPr>
          <w:rtl w:val="0"/>
        </w:rPr>
      </w:r>
    </w:p>
    <w:p w:rsidR="00000000" w:rsidDel="00000000" w:rsidP="00000000" w:rsidRDefault="00000000" w:rsidRPr="00000000" w14:paraId="00000464">
      <w:pPr>
        <w:spacing w:after="0" w:lineRule="auto"/>
        <w:rPr/>
      </w:pPr>
      <w:r w:rsidDel="00000000" w:rsidR="00000000" w:rsidRPr="00000000">
        <w:rPr>
          <w:rtl w:val="0"/>
        </w:rPr>
      </w:r>
    </w:p>
    <w:p w:rsidR="00000000" w:rsidDel="00000000" w:rsidP="00000000" w:rsidRDefault="00000000" w:rsidRPr="00000000" w14:paraId="00000465">
      <w:pPr>
        <w:spacing w:after="0" w:lineRule="auto"/>
        <w:rPr/>
      </w:pPr>
      <w:r w:rsidDel="00000000" w:rsidR="00000000" w:rsidRPr="00000000">
        <w:rPr>
          <w:rFonts w:ascii="Arial" w:cs="Arial" w:eastAsia="Arial" w:hAnsi="Arial"/>
          <w:color w:val="5d7284"/>
          <w:sz w:val="22"/>
          <w:szCs w:val="22"/>
          <w:rtl w:val="0"/>
        </w:rPr>
        <w:t xml:space="preserve">1:01:24</w:t>
      </w:r>
      <w:r w:rsidDel="00000000" w:rsidR="00000000" w:rsidRPr="00000000">
        <w:rPr>
          <w:rtl w:val="0"/>
        </w:rPr>
      </w:r>
    </w:p>
    <w:p w:rsidR="00000000" w:rsidDel="00000000" w:rsidP="00000000" w:rsidRDefault="00000000" w:rsidRPr="00000000" w14:paraId="00000466">
      <w:pPr>
        <w:spacing w:after="0" w:lineRule="auto"/>
        <w:rPr/>
      </w:pPr>
      <w:r w:rsidDel="00000000" w:rsidR="00000000" w:rsidRPr="00000000">
        <w:rPr>
          <w:rFonts w:ascii="Arial" w:cs="Arial" w:eastAsia="Arial" w:hAnsi="Arial"/>
          <w:sz w:val="22"/>
          <w:szCs w:val="22"/>
          <w:rtl w:val="0"/>
        </w:rPr>
        <w:t xml:space="preserve">Good, thank</w:t>
      </w:r>
      <w:r w:rsidDel="00000000" w:rsidR="00000000" w:rsidRPr="00000000">
        <w:rPr>
          <w:rtl w:val="0"/>
        </w:rPr>
      </w:r>
    </w:p>
    <w:p w:rsidR="00000000" w:rsidDel="00000000" w:rsidP="00000000" w:rsidRDefault="00000000" w:rsidRPr="00000000" w14:paraId="00000467">
      <w:pPr>
        <w:spacing w:after="0" w:lineRule="auto"/>
        <w:rPr/>
      </w:pPr>
      <w:r w:rsidDel="00000000" w:rsidR="00000000" w:rsidRPr="00000000">
        <w:rPr>
          <w:rtl w:val="0"/>
        </w:rPr>
      </w:r>
    </w:p>
    <w:p w:rsidR="00000000" w:rsidDel="00000000" w:rsidP="00000000" w:rsidRDefault="00000000" w:rsidRPr="00000000" w14:paraId="00000468">
      <w:pPr>
        <w:spacing w:after="0" w:lineRule="auto"/>
        <w:rPr/>
      </w:pPr>
      <w:r w:rsidDel="00000000" w:rsidR="00000000" w:rsidRPr="00000000">
        <w:rPr>
          <w:rFonts w:ascii="Arial" w:cs="Arial" w:eastAsia="Arial" w:hAnsi="Arial"/>
          <w:color w:val="5d7284"/>
          <w:sz w:val="22"/>
          <w:szCs w:val="22"/>
          <w:rtl w:val="0"/>
        </w:rPr>
        <w:t xml:space="preserve">1:01:26</w:t>
      </w:r>
      <w:r w:rsidDel="00000000" w:rsidR="00000000" w:rsidRPr="00000000">
        <w:rPr>
          <w:rtl w:val="0"/>
        </w:rPr>
      </w:r>
    </w:p>
    <w:p w:rsidR="00000000" w:rsidDel="00000000" w:rsidP="00000000" w:rsidRDefault="00000000" w:rsidRPr="00000000" w14:paraId="00000469">
      <w:pPr>
        <w:spacing w:after="0" w:lineRule="auto"/>
        <w:rPr/>
      </w:pPr>
      <w:r w:rsidDel="00000000" w:rsidR="00000000" w:rsidRPr="00000000">
        <w:rPr>
          <w:rFonts w:ascii="Arial" w:cs="Arial" w:eastAsia="Arial" w:hAnsi="Arial"/>
          <w:sz w:val="22"/>
          <w:szCs w:val="22"/>
          <w:rtl w:val="0"/>
        </w:rPr>
        <w:t xml:space="preserve">you.</w:t>
      </w:r>
      <w:r w:rsidDel="00000000" w:rsidR="00000000" w:rsidRPr="00000000">
        <w:rPr>
          <w:rtl w:val="0"/>
        </w:rPr>
      </w:r>
    </w:p>
    <w:p w:rsidR="00000000" w:rsidDel="00000000" w:rsidP="00000000" w:rsidRDefault="00000000" w:rsidRPr="00000000" w14:paraId="0000046A">
      <w:pPr>
        <w:spacing w:after="0" w:lineRule="auto"/>
        <w:rPr/>
      </w:pPr>
      <w:r w:rsidDel="00000000" w:rsidR="00000000" w:rsidRPr="00000000">
        <w:rPr>
          <w:rtl w:val="0"/>
        </w:rPr>
      </w:r>
    </w:p>
    <w:p w:rsidR="00000000" w:rsidDel="00000000" w:rsidP="00000000" w:rsidRDefault="00000000" w:rsidRPr="00000000" w14:paraId="0000046B">
      <w:pPr>
        <w:spacing w:after="0" w:lineRule="auto"/>
        <w:rPr/>
      </w:pPr>
      <w:r w:rsidDel="00000000" w:rsidR="00000000" w:rsidRPr="00000000">
        <w:rPr>
          <w:rFonts w:ascii="Arial" w:cs="Arial" w:eastAsia="Arial" w:hAnsi="Arial"/>
          <w:color w:val="5d7284"/>
          <w:sz w:val="22"/>
          <w:szCs w:val="22"/>
          <w:rtl w:val="0"/>
        </w:rPr>
        <w:t xml:space="preserve">1:01:31</w:t>
      </w:r>
      <w:r w:rsidDel="00000000" w:rsidR="00000000" w:rsidRPr="00000000">
        <w:rPr>
          <w:rtl w:val="0"/>
        </w:rPr>
      </w:r>
    </w:p>
    <w:p w:rsidR="00000000" w:rsidDel="00000000" w:rsidP="00000000" w:rsidRDefault="00000000" w:rsidRPr="00000000" w14:paraId="0000046C">
      <w:pPr>
        <w:spacing w:after="0" w:lineRule="auto"/>
        <w:rPr/>
      </w:pPr>
      <w:r w:rsidDel="00000000" w:rsidR="00000000" w:rsidRPr="00000000">
        <w:rPr>
          <w:rFonts w:ascii="Arial" w:cs="Arial" w:eastAsia="Arial" w:hAnsi="Arial"/>
          <w:sz w:val="22"/>
          <w:szCs w:val="22"/>
          <w:rtl w:val="0"/>
        </w:rPr>
        <w:t xml:space="preserve">We had like,</w:t>
      </w:r>
      <w:r w:rsidDel="00000000" w:rsidR="00000000" w:rsidRPr="00000000">
        <w:rPr>
          <w:rtl w:val="0"/>
        </w:rPr>
      </w:r>
    </w:p>
    <w:p w:rsidR="00000000" w:rsidDel="00000000" w:rsidP="00000000" w:rsidRDefault="00000000" w:rsidRPr="00000000" w14:paraId="0000046D">
      <w:pPr>
        <w:spacing w:after="0" w:lineRule="auto"/>
        <w:rPr/>
      </w:pPr>
      <w:r w:rsidDel="00000000" w:rsidR="00000000" w:rsidRPr="00000000">
        <w:rPr>
          <w:rtl w:val="0"/>
        </w:rPr>
      </w:r>
    </w:p>
    <w:p w:rsidR="00000000" w:rsidDel="00000000" w:rsidP="00000000" w:rsidRDefault="00000000" w:rsidRPr="00000000" w14:paraId="0000046E">
      <w:pPr>
        <w:spacing w:after="0" w:lineRule="auto"/>
        <w:rPr/>
      </w:pPr>
      <w:r w:rsidDel="00000000" w:rsidR="00000000" w:rsidRPr="00000000">
        <w:rPr>
          <w:rFonts w:ascii="Arial" w:cs="Arial" w:eastAsia="Arial" w:hAnsi="Arial"/>
          <w:color w:val="5d7284"/>
          <w:sz w:val="22"/>
          <w:szCs w:val="22"/>
          <w:rtl w:val="0"/>
        </w:rPr>
        <w:t xml:space="preserve">1:01:33</w:t>
      </w:r>
      <w:r w:rsidDel="00000000" w:rsidR="00000000" w:rsidRPr="00000000">
        <w:rPr>
          <w:rtl w:val="0"/>
        </w:rPr>
      </w:r>
    </w:p>
    <w:p w:rsidR="00000000" w:rsidDel="00000000" w:rsidP="00000000" w:rsidRDefault="00000000" w:rsidRPr="00000000" w14:paraId="0000046F">
      <w:pPr>
        <w:spacing w:after="0" w:lineRule="auto"/>
        <w:rPr/>
      </w:pPr>
      <w:r w:rsidDel="00000000" w:rsidR="00000000" w:rsidRPr="00000000">
        <w:rPr>
          <w:rFonts w:ascii="Arial" w:cs="Arial" w:eastAsia="Arial" w:hAnsi="Arial"/>
          <w:sz w:val="22"/>
          <w:szCs w:val="22"/>
          <w:rtl w:val="0"/>
        </w:rPr>
        <w:t xml:space="preserve">a review board</w:t>
      </w:r>
      <w:r w:rsidDel="00000000" w:rsidR="00000000" w:rsidRPr="00000000">
        <w:rPr>
          <w:rtl w:val="0"/>
        </w:rPr>
      </w:r>
    </w:p>
    <w:p w:rsidR="00000000" w:rsidDel="00000000" w:rsidP="00000000" w:rsidRDefault="00000000" w:rsidRPr="00000000" w14:paraId="00000470">
      <w:pPr>
        <w:spacing w:after="0" w:lineRule="auto"/>
        <w:rPr/>
      </w:pPr>
      <w:r w:rsidDel="00000000" w:rsidR="00000000" w:rsidRPr="00000000">
        <w:rPr>
          <w:rtl w:val="0"/>
        </w:rPr>
      </w:r>
    </w:p>
    <w:p w:rsidR="00000000" w:rsidDel="00000000" w:rsidP="00000000" w:rsidRDefault="00000000" w:rsidRPr="00000000" w14:paraId="00000471">
      <w:pPr>
        <w:spacing w:after="0" w:lineRule="auto"/>
        <w:rPr/>
      </w:pPr>
      <w:r w:rsidDel="00000000" w:rsidR="00000000" w:rsidRPr="00000000">
        <w:rPr>
          <w:rFonts w:ascii="Arial" w:cs="Arial" w:eastAsia="Arial" w:hAnsi="Arial"/>
          <w:color w:val="5d7284"/>
          <w:sz w:val="22"/>
          <w:szCs w:val="22"/>
          <w:rtl w:val="0"/>
        </w:rPr>
        <w:t xml:space="preserve">1:01:35</w:t>
      </w:r>
      <w:r w:rsidDel="00000000" w:rsidR="00000000" w:rsidRPr="00000000">
        <w:rPr>
          <w:rtl w:val="0"/>
        </w:rPr>
      </w:r>
    </w:p>
    <w:p w:rsidR="00000000" w:rsidDel="00000000" w:rsidP="00000000" w:rsidRDefault="00000000" w:rsidRPr="00000000" w14:paraId="00000472">
      <w:pPr>
        <w:spacing w:after="0" w:lineRule="auto"/>
        <w:rPr/>
      </w:pPr>
      <w:r w:rsidDel="00000000" w:rsidR="00000000" w:rsidRPr="00000000">
        <w:rPr>
          <w:rFonts w:ascii="Arial" w:cs="Arial" w:eastAsia="Arial" w:hAnsi="Arial"/>
          <w:sz w:val="22"/>
          <w:szCs w:val="22"/>
          <w:rtl w:val="0"/>
        </w:rPr>
        <w:t xml:space="preserve">with her partner, her husband, yeah, so we met them. Then</w:t>
      </w:r>
      <w:r w:rsidDel="00000000" w:rsidR="00000000" w:rsidRPr="00000000">
        <w:rPr>
          <w:rtl w:val="0"/>
        </w:rPr>
      </w:r>
    </w:p>
    <w:p w:rsidR="00000000" w:rsidDel="00000000" w:rsidP="00000000" w:rsidRDefault="00000000" w:rsidRPr="00000000" w14:paraId="00000473">
      <w:pPr>
        <w:spacing w:after="0" w:lineRule="auto"/>
        <w:rPr/>
      </w:pPr>
      <w:r w:rsidDel="00000000" w:rsidR="00000000" w:rsidRPr="00000000">
        <w:rPr>
          <w:rtl w:val="0"/>
        </w:rPr>
      </w:r>
    </w:p>
    <w:p w:rsidR="00000000" w:rsidDel="00000000" w:rsidP="00000000" w:rsidRDefault="00000000" w:rsidRPr="00000000" w14:paraId="00000474">
      <w:pPr>
        <w:spacing w:after="0" w:lineRule="auto"/>
        <w:rPr/>
      </w:pPr>
      <w:r w:rsidDel="00000000" w:rsidR="00000000" w:rsidRPr="00000000">
        <w:rPr>
          <w:rFonts w:ascii="Arial" w:cs="Arial" w:eastAsia="Arial" w:hAnsi="Arial"/>
          <w:color w:val="5d7284"/>
          <w:sz w:val="22"/>
          <w:szCs w:val="22"/>
          <w:rtl w:val="0"/>
        </w:rPr>
        <w:t xml:space="preserve">1:01:40</w:t>
      </w:r>
      <w:r w:rsidDel="00000000" w:rsidR="00000000" w:rsidRPr="00000000">
        <w:rPr>
          <w:rtl w:val="0"/>
        </w:rPr>
      </w:r>
    </w:p>
    <w:p w:rsidR="00000000" w:rsidDel="00000000" w:rsidP="00000000" w:rsidRDefault="00000000" w:rsidRPr="00000000" w14:paraId="00000475">
      <w:pPr>
        <w:spacing w:after="0" w:lineRule="auto"/>
        <w:rPr/>
      </w:pPr>
      <w:r w:rsidDel="00000000" w:rsidR="00000000" w:rsidRPr="00000000">
        <w:rPr>
          <w:rFonts w:ascii="Arial" w:cs="Arial" w:eastAsia="Arial" w:hAnsi="Arial"/>
          <w:rtl w:val="0"/>
        </w:rPr>
        <w:t xml:space="preserve">She's</w:t>
      </w:r>
      <w:r w:rsidDel="00000000" w:rsidR="00000000" w:rsidRPr="00000000">
        <w:rPr>
          <w:rFonts w:ascii="Arial" w:cs="Arial" w:eastAsia="Arial" w:hAnsi="Arial"/>
          <w:sz w:val="22"/>
          <w:szCs w:val="22"/>
          <w:rtl w:val="0"/>
        </w:rPr>
        <w:t xml:space="preserve"> here now.</w:t>
      </w:r>
      <w:r w:rsidDel="00000000" w:rsidR="00000000" w:rsidRPr="00000000">
        <w:rPr>
          <w:rtl w:val="0"/>
        </w:rPr>
      </w:r>
    </w:p>
    <w:p w:rsidR="00000000" w:rsidDel="00000000" w:rsidP="00000000" w:rsidRDefault="00000000" w:rsidRPr="00000000" w14:paraId="00000476">
      <w:pPr>
        <w:spacing w:after="0" w:lineRule="auto"/>
        <w:rPr/>
      </w:pPr>
      <w:r w:rsidDel="00000000" w:rsidR="00000000" w:rsidRPr="00000000">
        <w:rPr>
          <w:rtl w:val="0"/>
        </w:rPr>
      </w:r>
    </w:p>
    <w:p w:rsidR="00000000" w:rsidDel="00000000" w:rsidP="00000000" w:rsidRDefault="00000000" w:rsidRPr="00000000" w14:paraId="00000477">
      <w:pPr>
        <w:spacing w:after="0" w:lineRule="auto"/>
        <w:rPr/>
      </w:pPr>
      <w:r w:rsidDel="00000000" w:rsidR="00000000" w:rsidRPr="00000000">
        <w:rPr>
          <w:rFonts w:ascii="Arial" w:cs="Arial" w:eastAsia="Arial" w:hAnsi="Arial"/>
          <w:color w:val="5d7284"/>
          <w:sz w:val="22"/>
          <w:szCs w:val="22"/>
          <w:rtl w:val="0"/>
        </w:rPr>
        <w:t xml:space="preserve">1:01:44</w:t>
      </w:r>
      <w:r w:rsidDel="00000000" w:rsidR="00000000" w:rsidRPr="00000000">
        <w:rPr>
          <w:rtl w:val="0"/>
        </w:rPr>
      </w:r>
    </w:p>
    <w:p w:rsidR="00000000" w:rsidDel="00000000" w:rsidP="00000000" w:rsidRDefault="00000000" w:rsidRPr="00000000" w14:paraId="00000478">
      <w:pPr>
        <w:spacing w:after="0" w:lineRule="auto"/>
        <w:rPr/>
      </w:pPr>
      <w:r w:rsidDel="00000000" w:rsidR="00000000" w:rsidRPr="00000000">
        <w:rPr>
          <w:rFonts w:ascii="Arial" w:cs="Arial" w:eastAsia="Arial" w:hAnsi="Arial"/>
          <w:sz w:val="22"/>
          <w:szCs w:val="22"/>
          <w:rtl w:val="0"/>
        </w:rPr>
        <w:t xml:space="preserve">Her employer is in Burlington, but they do international</w:t>
      </w:r>
      <w:r w:rsidDel="00000000" w:rsidR="00000000" w:rsidRPr="00000000">
        <w:rPr>
          <w:rtl w:val="0"/>
        </w:rPr>
      </w:r>
    </w:p>
    <w:p w:rsidR="00000000" w:rsidDel="00000000" w:rsidP="00000000" w:rsidRDefault="00000000" w:rsidRPr="00000000" w14:paraId="00000479">
      <w:pPr>
        <w:spacing w:after="0" w:lineRule="auto"/>
        <w:rPr/>
      </w:pPr>
      <w:r w:rsidDel="00000000" w:rsidR="00000000" w:rsidRPr="00000000">
        <w:rPr>
          <w:rtl w:val="0"/>
        </w:rPr>
      </w:r>
    </w:p>
    <w:p w:rsidR="00000000" w:rsidDel="00000000" w:rsidP="00000000" w:rsidRDefault="00000000" w:rsidRPr="00000000" w14:paraId="0000047A">
      <w:pPr>
        <w:spacing w:after="0" w:lineRule="auto"/>
        <w:rPr/>
      </w:pPr>
      <w:r w:rsidDel="00000000" w:rsidR="00000000" w:rsidRPr="00000000">
        <w:rPr>
          <w:rFonts w:ascii="Arial" w:cs="Arial" w:eastAsia="Arial" w:hAnsi="Arial"/>
          <w:color w:val="5d7284"/>
          <w:sz w:val="22"/>
          <w:szCs w:val="22"/>
          <w:rtl w:val="0"/>
        </w:rPr>
        <w:t xml:space="preserve">1:01:50</w:t>
      </w:r>
      <w:r w:rsidDel="00000000" w:rsidR="00000000" w:rsidRPr="00000000">
        <w:rPr>
          <w:rtl w:val="0"/>
        </w:rPr>
      </w:r>
    </w:p>
    <w:p w:rsidR="00000000" w:rsidDel="00000000" w:rsidP="00000000" w:rsidRDefault="00000000" w:rsidRPr="00000000" w14:paraId="0000047B">
      <w:pPr>
        <w:spacing w:after="0" w:lineRule="auto"/>
        <w:rPr/>
      </w:pPr>
      <w:r w:rsidDel="00000000" w:rsidR="00000000" w:rsidRPr="00000000">
        <w:rPr>
          <w:rFonts w:ascii="Arial" w:cs="Arial" w:eastAsia="Arial" w:hAnsi="Arial"/>
          <w:sz w:val="22"/>
          <w:szCs w:val="22"/>
          <w:rtl w:val="0"/>
        </w:rPr>
        <w:t xml:space="preserve">development. She actually</w:t>
      </w:r>
      <w:r w:rsidDel="00000000" w:rsidR="00000000" w:rsidRPr="00000000">
        <w:rPr>
          <w:rtl w:val="0"/>
        </w:rPr>
      </w:r>
    </w:p>
    <w:p w:rsidR="00000000" w:rsidDel="00000000" w:rsidP="00000000" w:rsidRDefault="00000000" w:rsidRPr="00000000" w14:paraId="0000047C">
      <w:pPr>
        <w:spacing w:after="0" w:lineRule="auto"/>
        <w:rPr/>
      </w:pPr>
      <w:r w:rsidDel="00000000" w:rsidR="00000000" w:rsidRPr="00000000">
        <w:rPr>
          <w:rtl w:val="0"/>
        </w:rPr>
      </w:r>
    </w:p>
    <w:p w:rsidR="00000000" w:rsidDel="00000000" w:rsidP="00000000" w:rsidRDefault="00000000" w:rsidRPr="00000000" w14:paraId="0000047D">
      <w:pPr>
        <w:spacing w:after="0" w:lineRule="auto"/>
        <w:rPr/>
      </w:pPr>
      <w:r w:rsidDel="00000000" w:rsidR="00000000" w:rsidRPr="00000000">
        <w:rPr>
          <w:rFonts w:ascii="Arial" w:cs="Arial" w:eastAsia="Arial" w:hAnsi="Arial"/>
          <w:color w:val="5d7284"/>
          <w:sz w:val="22"/>
          <w:szCs w:val="22"/>
          <w:rtl w:val="0"/>
        </w:rPr>
        <w:t xml:space="preserve">1:01:53</w:t>
      </w:r>
      <w:r w:rsidDel="00000000" w:rsidR="00000000" w:rsidRPr="00000000">
        <w:rPr>
          <w:rtl w:val="0"/>
        </w:rPr>
      </w:r>
    </w:p>
    <w:p w:rsidR="00000000" w:rsidDel="00000000" w:rsidP="00000000" w:rsidRDefault="00000000" w:rsidRPr="00000000" w14:paraId="0000047E">
      <w:pPr>
        <w:spacing w:after="0" w:lineRule="auto"/>
        <w:rPr/>
      </w:pPr>
      <w:r w:rsidDel="00000000" w:rsidR="00000000" w:rsidRPr="00000000">
        <w:rPr>
          <w:rFonts w:ascii="Arial" w:cs="Arial" w:eastAsia="Arial" w:hAnsi="Arial"/>
          <w:sz w:val="22"/>
          <w:szCs w:val="22"/>
          <w:rtl w:val="0"/>
        </w:rPr>
        <w:t xml:space="preserve">proposal writing.</w:t>
      </w: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8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8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bCs w:val="0"/>
        <w:i w:val="0"/>
        <w:iCs w:val="0"/>
        <w:smallCaps w:val="0"/>
        <w:strike w:val="0"/>
        <w:color w:val="bfbfbf"/>
        <w:sz w:val="22"/>
        <w:szCs w:val="22"/>
        <w:u w:val="none"/>
        <w:shd w:fill="auto" w:val="clear"/>
        <w:vertAlign w:val="baseline"/>
      </w:rPr>
    </w:pPr>
    <w:bookmarkStart w:colFirst="0" w:colLast="0" w:name="_heading=h.48ddngtly6wo" w:id="0"/>
    <w:bookmarkEnd w:id="0"/>
    <w:r w:rsidDel="00000000" w:rsidR="00000000" w:rsidRPr="00000000">
      <w:rPr>
        <w:rFonts w:ascii="Arial" w:cs="Arial" w:eastAsia="Arial" w:hAnsi="Arial"/>
        <w:b w:val="0"/>
        <w:bCs w:val="0"/>
        <w:i w:val="0"/>
        <w:iCs w:val="0"/>
        <w:smallCaps w:val="0"/>
        <w:strike w:val="0"/>
        <w:color w:val="bfbfbf"/>
        <w:sz w:val="22"/>
        <w:szCs w:val="22"/>
        <w:u w:val="none"/>
        <w:shd w:fill="auto" w:val="clear"/>
        <w:vertAlign w:val="baseline"/>
        <w:rtl w:val="0"/>
      </w:rPr>
      <w:t xml:space="preserve">Transcribed by </w:t>
    </w:r>
    <w:hyperlink r:id="rId1">
      <w:r w:rsidDel="00000000" w:rsidR="00000000" w:rsidRPr="00000000">
        <w:rPr>
          <w:rFonts w:ascii="Arial" w:cs="Arial" w:eastAsia="Arial" w:hAnsi="Arial"/>
          <w:b w:val="0"/>
          <w:bCs w:val="0"/>
          <w:i w:val="0"/>
          <w:iCs w:val="0"/>
          <w:smallCaps w:val="0"/>
          <w:strike w:val="0"/>
          <w:color w:val="0000ff"/>
          <w:sz w:val="22"/>
          <w:szCs w:val="22"/>
          <w:u w:val="single"/>
          <w:shd w:fill="auto" w:val="clear"/>
          <w:vertAlign w:val="baseline"/>
          <w:rtl w:val="0"/>
        </w:rPr>
        <w:t xml:space="preserve">https://otter.ai</w:t>
      </w:r>
    </w:hyperlink>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7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character" w:styleId="PageNumber">
    <w:name w:val="page number"/>
    <w:basedOn w:val="DefaultParagraphFont"/>
    <w:uiPriority w:val="99"/>
    <w:semiHidden w:val="1"/>
    <w:unhideWhenUsed w:val="1"/>
    <w:rsid w:val="001216B9"/>
  </w:style>
  <w:style w:type="character" w:styleId="Hyperlink">
    <w:name w:val="Hyperlink"/>
    <w:basedOn w:val="DefaultParagraphFont"/>
    <w:uiPriority w:val="99"/>
    <w:unhideWhenUsed w:val="1"/>
    <w:rsid w:val="006E2A8C"/>
    <w:rPr>
      <w:color w:val="0000ff" w:themeColor="hyperlink"/>
      <w:u w:val="single"/>
    </w:rPr>
  </w:style>
  <w:style w:type="character" w:styleId="UnresolvedMention">
    <w:name w:val="Unresolved Mention"/>
    <w:basedOn w:val="DefaultParagraphFont"/>
    <w:uiPriority w:val="99"/>
    <w:semiHidden w:val="1"/>
    <w:unhideWhenUsed w:val="1"/>
    <w:rsid w:val="006E2A8C"/>
    <w:rPr>
      <w:color w:val="605e5c"/>
      <w:shd w:color="auto" w:fill="e1dfdd" w:val="clear"/>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KuoojvymSZuY0eHkN/ivJw9/2A==">CgMxLjAyDmguNDhkZG5ndGx5NndvOAByITFnc0pMWU1pcXRXc0JHcmgxREZSeS1GU3ptTlZybzBJRw==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2019-09-10T23:59:00Z</dcterms:created>
  <dc:creator>python-docx</dc:creator>
</cp:coreProperties>
</file>